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7858" w:rsidR="00AC7858" w:rsidP="297B780E" w:rsidRDefault="7D6F19B3" w14:paraId="4CD9A33F" w14:textId="0F86085F">
      <w:pPr>
        <w:jc w:val="center"/>
        <w:rPr>
          <w:rFonts w:asciiTheme="majorHAnsi" w:hAnsiTheme="majorHAnsi" w:eastAsiaTheme="majorEastAsia" w:cstheme="majorBidi"/>
          <w:b/>
          <w:bCs/>
          <w:color w:val="4BACC6" w:themeColor="accent5"/>
          <w:sz w:val="56"/>
          <w:szCs w:val="56"/>
          <w:lang w:val="nl-NL"/>
        </w:rPr>
      </w:pPr>
      <w:r w:rsidRPr="297B780E">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Werkplan </w:t>
      </w:r>
      <w:r w:rsidRPr="297B780E" w:rsidR="74657BD6">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en begroting</w:t>
      </w:r>
    </w:p>
    <w:p w:rsidRPr="00AC7858" w:rsidR="00AC7858" w:rsidP="297B780E" w:rsidRDefault="74657BD6" w14:paraId="6AF2D696" w14:textId="6DF68372">
      <w:pPr>
        <w:jc w:val="center"/>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297B780E">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297B780E" w:rsidR="64A171BB">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026-2027</w:t>
      </w:r>
    </w:p>
    <w:p w:rsidRPr="00AC7858" w:rsidR="00AC7858" w:rsidP="297B780E" w:rsidRDefault="30B7D747" w14:paraId="7D69D99A" w14:textId="214AC214">
      <w:pPr>
        <w:jc w:val="center"/>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297B780E">
        <w:rPr>
          <w:rFonts w:asciiTheme="majorHAnsi" w:hAnsiTheme="majorHAnsi" w:eastAsiaTheme="majorEastAsia" w:cstheme="majorBidi"/>
          <w:b/>
          <w:bCs/>
          <w:color w:val="4BACC6" w:themeColor="accent5"/>
          <w:sz w:val="56"/>
          <w:szCs w:val="56"/>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District AN</w:t>
      </w:r>
    </w:p>
    <w:p w:rsidRPr="00AC7858" w:rsidR="00AC7858" w:rsidP="297B780E" w:rsidRDefault="00AC7858" w14:paraId="60CDD823" w14:textId="77777777">
      <w:pPr>
        <w:spacing w:after="0" w:line="240" w:lineRule="auto"/>
        <w:rPr>
          <w:rFonts w:asciiTheme="majorHAnsi" w:hAnsiTheme="majorHAnsi" w:eastAsiaTheme="majorEastAsia" w:cstheme="majorBidi"/>
          <w:b/>
          <w:bCs/>
          <w:color w:val="4BACC6" w:themeColor="accent5"/>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AC7858" w:rsidR="00AC7858" w:rsidP="297B780E" w:rsidRDefault="00AC7858" w14:paraId="53E9A5D5" w14:textId="77777777">
      <w:pPr>
        <w:spacing w:after="0" w:line="240" w:lineRule="auto"/>
        <w:rPr>
          <w:rFonts w:asciiTheme="majorHAnsi" w:hAnsiTheme="majorHAnsi" w:eastAsiaTheme="majorEastAsia" w:cstheme="majorBidi"/>
          <w:b/>
          <w:bCs/>
          <w:color w:val="4BACC6" w:themeColor="accent5"/>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AC7858" w:rsidR="00AC7858" w:rsidP="297B780E" w:rsidRDefault="00AC7858" w14:paraId="1DFF5B51" w14:textId="77777777">
      <w:pPr>
        <w:spacing w:after="0" w:line="240" w:lineRule="auto"/>
        <w:ind w:left="1440" w:firstLine="720"/>
        <w:rPr>
          <w:rFonts w:asciiTheme="majorHAnsi" w:hAnsiTheme="majorHAnsi" w:eastAsiaTheme="majorEastAsia" w:cstheme="majorBidi"/>
          <w:b/>
          <w:bCs/>
          <w:i/>
          <w:iCs/>
          <w:color w:val="4BACC6" w:themeColor="accent5"/>
          <w:sz w:val="44"/>
          <w:szCs w:val="44"/>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AC7858" w:rsidP="297B780E" w:rsidRDefault="00AC7858" w14:paraId="685EF7F5" w14:textId="77777777">
      <w:pPr>
        <w:spacing w:after="0" w:line="240" w:lineRule="auto"/>
        <w:ind w:left="1440" w:firstLine="720"/>
        <w:rPr>
          <w:rFonts w:asciiTheme="majorHAnsi" w:hAnsiTheme="majorHAnsi" w:eastAsiaTheme="majorEastAsia" w:cstheme="majorBidi"/>
          <w:b/>
          <w:bCs/>
          <w:i/>
          <w:iCs/>
          <w:color w:val="4BACC6" w:themeColor="accent5"/>
          <w:sz w:val="44"/>
          <w:szCs w:val="44"/>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AC7858" w:rsidR="00AC7858" w:rsidP="297B780E" w:rsidRDefault="00AC7858" w14:paraId="44207FDF" w14:textId="77777777">
      <w:pPr>
        <w:spacing w:after="0" w:line="240" w:lineRule="auto"/>
        <w:ind w:left="1440" w:firstLine="720"/>
        <w:rPr>
          <w:rFonts w:asciiTheme="majorHAnsi" w:hAnsiTheme="majorHAnsi" w:eastAsiaTheme="majorEastAsia" w:cstheme="majorBidi"/>
          <w:b/>
          <w:bCs/>
          <w:i/>
          <w:iCs/>
          <w:color w:val="4BACC6" w:themeColor="accent5"/>
          <w:sz w:val="44"/>
          <w:szCs w:val="44"/>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AC7858" w:rsidR="00AC7858" w:rsidP="297B780E" w:rsidRDefault="7D6F19B3" w14:paraId="6FE0B1FA" w14:textId="77777777">
      <w:pPr>
        <w:spacing w:after="0" w:line="240" w:lineRule="auto"/>
        <w:jc w:val="center"/>
        <w:rPr>
          <w:rFonts w:asciiTheme="majorHAnsi" w:hAnsiTheme="majorHAnsi" w:eastAsiaTheme="majorEastAsia" w:cstheme="majorBidi"/>
          <w:b/>
          <w:bCs/>
          <w:i/>
          <w:iCs/>
          <w:color w:val="4BACC6" w:themeColor="accent5"/>
          <w:sz w:val="72"/>
          <w:szCs w:val="72"/>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297B780E">
        <w:rPr>
          <w:rFonts w:asciiTheme="majorHAnsi" w:hAnsiTheme="majorHAnsi" w:eastAsiaTheme="majorEastAsia" w:cstheme="majorBidi"/>
          <w:b/>
          <w:bCs/>
          <w:i/>
          <w:iCs/>
          <w:color w:val="4BACC6" w:themeColor="accent5"/>
          <w:sz w:val="72"/>
          <w:szCs w:val="72"/>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Samen Verder Bouwen</w:t>
      </w:r>
    </w:p>
    <w:p w:rsidRPr="00AC7858" w:rsidR="00AC7858" w:rsidP="297B780E" w:rsidRDefault="00AC7858" w14:paraId="1A18B138" w14:textId="77777777">
      <w:pPr>
        <w:spacing w:after="0" w:line="240" w:lineRule="auto"/>
        <w:rPr>
          <w:rFonts w:asciiTheme="majorHAnsi" w:hAnsiTheme="majorHAnsi" w:eastAsiaTheme="majorEastAsia" w:cstheme="majorBidi"/>
          <w:b/>
          <w:bCs/>
          <w:color w:val="4BACC6" w:themeColor="accent5"/>
          <w:lang w:val="nl-N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AC7858" w:rsidP="297B780E" w:rsidRDefault="00AC7858" w14:paraId="0CFA79B1" w14:textId="77777777">
      <w:pPr>
        <w:rPr>
          <w:rFonts w:asciiTheme="majorHAnsi" w:hAnsiTheme="majorHAnsi" w:eastAsiaTheme="majorEastAsia" w:cstheme="majorBidi"/>
          <w:b/>
          <w:bCs/>
          <w:color w:val="365F91" w:themeColor="accent1" w:themeShade="BF"/>
          <w:sz w:val="28"/>
          <w:szCs w:val="28"/>
          <w:lang w:val="nl-NL"/>
        </w:rPr>
      </w:pPr>
      <w:bookmarkStart w:name="_Hlk214280827" w:id="0"/>
      <w:r w:rsidRPr="297B780E">
        <w:rPr>
          <w:rFonts w:asciiTheme="majorHAnsi" w:hAnsiTheme="majorHAnsi" w:eastAsiaTheme="majorEastAsia" w:cstheme="majorBidi"/>
          <w:lang w:val="nl-NL"/>
        </w:rPr>
        <w:br w:type="page"/>
      </w:r>
    </w:p>
    <w:p w:rsidR="00F34AAB" w:rsidP="297B780E" w:rsidRDefault="4373931A" w14:paraId="6ED86F76" w14:textId="77777777">
      <w:pPr>
        <w:pStyle w:val="Kop1"/>
        <w:spacing w:before="0" w:line="240" w:lineRule="auto"/>
        <w:rPr>
          <w:lang w:val="nl-NL"/>
        </w:rPr>
      </w:pPr>
      <w:r w:rsidRPr="297B780E">
        <w:rPr>
          <w:lang w:val="nl-NL"/>
        </w:rPr>
        <w:lastRenderedPageBreak/>
        <w:t xml:space="preserve">1. </w:t>
      </w:r>
      <w:r w:rsidRPr="297B780E" w:rsidR="38AACBF3">
        <w:rPr>
          <w:lang w:val="nl-NL"/>
        </w:rPr>
        <w:t>Inleiding</w:t>
      </w:r>
    </w:p>
    <w:p w:rsidRPr="000C2914" w:rsidR="000C2914" w:rsidP="297B780E" w:rsidRDefault="0B7FCBA2" w14:paraId="6484516D" w14:textId="77777777">
      <w:pPr>
        <w:pStyle w:val="Normaalweb"/>
        <w:spacing w:before="0" w:beforeAutospacing="0" w:after="0" w:afterAutospacing="0"/>
        <w:rPr>
          <w:rFonts w:ascii="Calibri koppen" w:hAnsi="Calibri koppen" w:eastAsia="Calibri koppen" w:cs="Calibri koppen"/>
          <w:sz w:val="22"/>
          <w:szCs w:val="22"/>
          <w:lang w:val="nl-NL"/>
        </w:rPr>
      </w:pPr>
      <w:r w:rsidRPr="297B780E">
        <w:rPr>
          <w:rFonts w:ascii="Calibri koppen" w:hAnsi="Calibri koppen" w:eastAsia="Calibri koppen" w:cs="Calibri koppen"/>
          <w:sz w:val="22"/>
          <w:szCs w:val="22"/>
          <w:lang w:val="nl-NL"/>
        </w:rPr>
        <w:t xml:space="preserve">Beste </w:t>
      </w:r>
      <w:proofErr w:type="spellStart"/>
      <w:r w:rsidRPr="297B780E">
        <w:rPr>
          <w:rFonts w:ascii="Calibri koppen" w:hAnsi="Calibri koppen" w:eastAsia="Calibri koppen" w:cs="Calibri koppen"/>
          <w:sz w:val="22"/>
          <w:szCs w:val="22"/>
          <w:lang w:val="nl-NL"/>
        </w:rPr>
        <w:t>Lions</w:t>
      </w:r>
      <w:proofErr w:type="spellEnd"/>
      <w:r w:rsidRPr="297B780E">
        <w:rPr>
          <w:rFonts w:ascii="Calibri koppen" w:hAnsi="Calibri koppen" w:eastAsia="Calibri koppen" w:cs="Calibri koppen"/>
          <w:sz w:val="22"/>
          <w:szCs w:val="22"/>
          <w:lang w:val="nl-NL"/>
        </w:rPr>
        <w:t>-vrienden van ons mooie District 110 AN,</w:t>
      </w:r>
    </w:p>
    <w:p w:rsidR="000C2914" w:rsidP="297B780E" w:rsidRDefault="000C2914" w14:paraId="08E0A54C" w14:textId="77777777">
      <w:pPr>
        <w:pStyle w:val="Normaalweb"/>
        <w:spacing w:before="0" w:beforeAutospacing="0" w:after="0" w:afterAutospacing="0"/>
        <w:rPr>
          <w:rFonts w:ascii="Calibri koppen" w:hAnsi="Calibri koppen" w:eastAsia="Calibri koppen" w:cs="Calibri koppen"/>
          <w:sz w:val="22"/>
          <w:szCs w:val="22"/>
          <w:lang w:val="nl-NL"/>
        </w:rPr>
      </w:pPr>
    </w:p>
    <w:p w:rsidRPr="000C2914" w:rsidR="000C2914" w:rsidP="297B780E" w:rsidRDefault="0A99445D" w14:paraId="4334B0BE" w14:textId="7E67084D">
      <w:pPr>
        <w:pStyle w:val="Normaalweb"/>
        <w:spacing w:before="0" w:beforeAutospacing="0" w:after="0" w:afterAutospacing="0"/>
        <w:rPr>
          <w:rFonts w:ascii="Calibri koppen" w:hAnsi="Calibri koppen" w:eastAsia="Calibri koppen" w:cs="Calibri koppen"/>
          <w:sz w:val="22"/>
          <w:szCs w:val="22"/>
          <w:lang w:val="nl-NL"/>
        </w:rPr>
      </w:pPr>
      <w:r w:rsidRPr="297B780E">
        <w:rPr>
          <w:rFonts w:ascii="Calibri koppen" w:hAnsi="Calibri koppen" w:eastAsia="Calibri koppen" w:cs="Calibri koppen"/>
          <w:sz w:val="22"/>
          <w:szCs w:val="22"/>
          <w:lang w:val="nl-NL"/>
        </w:rPr>
        <w:t xml:space="preserve">Met trots en een groot gevoel van verantwoordelijkheid presenteer ik u het </w:t>
      </w:r>
      <w:r w:rsidRPr="297B780E" w:rsidR="43AD87CB">
        <w:rPr>
          <w:rFonts w:ascii="Calibri koppen" w:hAnsi="Calibri koppen" w:eastAsia="Calibri koppen" w:cs="Calibri koppen"/>
          <w:sz w:val="22"/>
          <w:szCs w:val="22"/>
          <w:lang w:val="nl-NL"/>
        </w:rPr>
        <w:t>districts</w:t>
      </w:r>
      <w:r w:rsidRPr="297B780E">
        <w:rPr>
          <w:rFonts w:ascii="Calibri koppen" w:hAnsi="Calibri koppen" w:eastAsia="Calibri koppen" w:cs="Calibri koppen"/>
          <w:sz w:val="22"/>
          <w:szCs w:val="22"/>
          <w:lang w:val="nl-NL"/>
        </w:rPr>
        <w:t xml:space="preserve">werkplan voor het </w:t>
      </w:r>
      <w:proofErr w:type="spellStart"/>
      <w:r w:rsidRPr="297B780E">
        <w:rPr>
          <w:rFonts w:ascii="Calibri koppen" w:hAnsi="Calibri koppen" w:eastAsia="Calibri koppen" w:cs="Calibri koppen"/>
          <w:sz w:val="22"/>
          <w:szCs w:val="22"/>
          <w:lang w:val="nl-NL"/>
        </w:rPr>
        <w:t>Lionsjaar</w:t>
      </w:r>
      <w:proofErr w:type="spellEnd"/>
      <w:r w:rsidRPr="297B780E">
        <w:rPr>
          <w:rFonts w:ascii="Calibri koppen" w:hAnsi="Calibri koppen" w:eastAsia="Calibri koppen" w:cs="Calibri koppen"/>
          <w:sz w:val="22"/>
          <w:szCs w:val="22"/>
          <w:lang w:val="nl-NL"/>
        </w:rPr>
        <w:t xml:space="preserve"> 2026-2027. Het is een bijzonder jaar om districtsgouverneur te mogen zijn, niet alleen vanwege de dynamiek in ons eigen district, maar ook omdat we gezamenlijk stilstaan bij een mijlpaal: 75 jaar </w:t>
      </w:r>
      <w:proofErr w:type="spellStart"/>
      <w:r w:rsidRPr="297B780E">
        <w:rPr>
          <w:rFonts w:ascii="Calibri koppen" w:hAnsi="Calibri koppen" w:eastAsia="Calibri koppen" w:cs="Calibri koppen"/>
          <w:sz w:val="22"/>
          <w:szCs w:val="22"/>
          <w:lang w:val="nl-NL"/>
        </w:rPr>
        <w:t>Lions</w:t>
      </w:r>
      <w:proofErr w:type="spellEnd"/>
      <w:r w:rsidRPr="297B780E">
        <w:rPr>
          <w:rFonts w:ascii="Calibri koppen" w:hAnsi="Calibri koppen" w:eastAsia="Calibri koppen" w:cs="Calibri koppen"/>
          <w:sz w:val="22"/>
          <w:szCs w:val="22"/>
          <w:lang w:val="nl-NL"/>
        </w:rPr>
        <w:t xml:space="preserve"> in Nederland.</w:t>
      </w:r>
    </w:p>
    <w:p w:rsidR="007205A1" w:rsidP="297B780E" w:rsidRDefault="007205A1" w14:paraId="2316B1BE" w14:textId="77777777">
      <w:pPr>
        <w:pStyle w:val="Normaalweb"/>
        <w:spacing w:before="0" w:beforeAutospacing="0" w:after="0" w:afterAutospacing="0"/>
        <w:rPr>
          <w:rFonts w:ascii="Calibri koppen" w:hAnsi="Calibri koppen" w:eastAsia="Calibri koppen" w:cs="Calibri koppen"/>
          <w:sz w:val="22"/>
          <w:szCs w:val="22"/>
          <w:lang w:val="nl-NL"/>
        </w:rPr>
      </w:pPr>
    </w:p>
    <w:p w:rsidR="7D45D1F2" w:rsidP="297B780E" w:rsidRDefault="3A088628" w14:paraId="06FEFEC8" w14:textId="647B58C7">
      <w:pPr>
        <w:pStyle w:val="Normaalweb"/>
        <w:spacing w:before="0" w:beforeAutospacing="0" w:after="0" w:afterAutospacing="0"/>
        <w:rPr>
          <w:rFonts w:ascii="Calibri koppen" w:hAnsi="Calibri koppen" w:eastAsia="Calibri koppen" w:cs="Calibri koppen"/>
          <w:sz w:val="22"/>
          <w:szCs w:val="22"/>
          <w:lang w:val="nl-NL"/>
        </w:rPr>
      </w:pPr>
      <w:r w:rsidRPr="297B780E">
        <w:rPr>
          <w:rFonts w:ascii="Calibri koppen" w:hAnsi="Calibri koppen" w:eastAsia="Calibri koppen" w:cs="Calibri koppen"/>
          <w:sz w:val="22"/>
          <w:szCs w:val="22"/>
          <w:lang w:val="nl-NL"/>
        </w:rPr>
        <w:t xml:space="preserve">Mijn voorgangers hebben de afgelopen jaren een stevig fundament gelegd onder ons mooie district. We hebben laten zien dat we niet bang zijn voor vernieuwing, of het nu gaat om communicatie, opleidingen, de service activiteiten of ledenwerving of het uitdagen van de status quo binnen de </w:t>
      </w:r>
      <w:proofErr w:type="spellStart"/>
      <w:r w:rsidRPr="297B780E">
        <w:rPr>
          <w:rFonts w:ascii="Calibri koppen" w:hAnsi="Calibri koppen" w:eastAsia="Calibri koppen" w:cs="Calibri koppen"/>
          <w:sz w:val="22"/>
          <w:szCs w:val="22"/>
          <w:lang w:val="nl-NL"/>
        </w:rPr>
        <w:t>Lionsorganisatie</w:t>
      </w:r>
      <w:proofErr w:type="spellEnd"/>
      <w:r w:rsidRPr="297B780E">
        <w:rPr>
          <w:rFonts w:ascii="Calibri koppen" w:hAnsi="Calibri koppen" w:eastAsia="Calibri koppen" w:cs="Calibri koppen"/>
          <w:sz w:val="22"/>
          <w:szCs w:val="22"/>
          <w:lang w:val="nl-NL"/>
        </w:rPr>
        <w:t>.</w:t>
      </w:r>
    </w:p>
    <w:p w:rsidR="4AB4D333" w:rsidP="297B780E" w:rsidRDefault="4AB4D333" w14:paraId="7B426DEE" w14:textId="663D8ABC">
      <w:pPr>
        <w:pStyle w:val="Normaalweb"/>
        <w:spacing w:before="0" w:beforeAutospacing="0" w:after="0" w:afterAutospacing="0"/>
        <w:rPr>
          <w:rFonts w:ascii="Calibri koppen" w:hAnsi="Calibri koppen" w:eastAsia="Calibri koppen" w:cs="Calibri koppen"/>
          <w:sz w:val="22"/>
          <w:szCs w:val="22"/>
          <w:lang w:val="nl-NL"/>
        </w:rPr>
      </w:pPr>
    </w:p>
    <w:p w:rsidR="7D45D1F2" w:rsidP="297B780E" w:rsidRDefault="3A088628" w14:paraId="3722B644" w14:textId="05A928B5">
      <w:pPr>
        <w:pStyle w:val="Normaalweb"/>
        <w:spacing w:before="0" w:beforeAutospacing="0" w:after="0" w:afterAutospacing="0"/>
        <w:rPr>
          <w:rFonts w:ascii="Calibri koppen" w:hAnsi="Calibri koppen" w:eastAsia="Calibri koppen" w:cs="Calibri koppen"/>
          <w:color w:val="000000" w:themeColor="text1"/>
          <w:sz w:val="22"/>
          <w:szCs w:val="22"/>
          <w:lang w:val="nl-NL"/>
        </w:rPr>
      </w:pPr>
      <w:r w:rsidRPr="297B780E">
        <w:rPr>
          <w:rFonts w:ascii="Calibri koppen" w:hAnsi="Calibri koppen" w:eastAsia="Calibri koppen" w:cs="Calibri koppen"/>
          <w:sz w:val="22"/>
          <w:szCs w:val="22"/>
          <w:lang w:val="nl-NL"/>
        </w:rPr>
        <w:t>In 2026-2027 wordt op landelijk niveau bewust gekozen voor de weg van de geleidelijkheid en versterking. Dat wil ik graag doorzetten in ons district. We gaan niet alles anders doen; we gaan</w:t>
      </w:r>
      <w:r w:rsidRPr="297B780E">
        <w:rPr>
          <w:rFonts w:ascii="Calibri koppen" w:hAnsi="Calibri koppen" w:eastAsia="Calibri koppen" w:cs="Calibri koppen"/>
          <w:color w:val="000000" w:themeColor="text1"/>
          <w:sz w:val="22"/>
          <w:szCs w:val="22"/>
          <w:lang w:val="nl-NL"/>
        </w:rPr>
        <w:t xml:space="preserve"> </w:t>
      </w:r>
    </w:p>
    <w:p w:rsidR="4AB4D333" w:rsidP="297B780E" w:rsidRDefault="4AB4D333" w14:paraId="7F5C0034" w14:textId="5F0888E3">
      <w:pPr>
        <w:spacing w:after="0" w:line="240" w:lineRule="auto"/>
        <w:rPr>
          <w:rFonts w:asciiTheme="majorHAnsi" w:hAnsiTheme="majorHAnsi" w:eastAsiaTheme="majorEastAsia" w:cstheme="majorBidi"/>
          <w:color w:val="000000" w:themeColor="text1"/>
          <w:lang w:val="nl-NL"/>
        </w:rPr>
      </w:pPr>
    </w:p>
    <w:p w:rsidR="7D45D1F2" w:rsidP="297B780E" w:rsidRDefault="3A088628" w14:paraId="32DE56F9" w14:textId="60C67D67">
      <w:pPr>
        <w:pStyle w:val="Normaalweb"/>
        <w:spacing w:before="0" w:beforeAutospacing="0" w:after="0" w:afterAutospacing="0"/>
        <w:ind w:firstLine="720"/>
        <w:jc w:val="center"/>
        <w:rPr>
          <w:rFonts w:asciiTheme="majorHAnsi" w:hAnsiTheme="majorHAnsi" w:eastAsiaTheme="majorEastAsia" w:cstheme="majorBidi"/>
          <w:color w:val="1F497D" w:themeColor="text2"/>
          <w:sz w:val="28"/>
          <w:szCs w:val="28"/>
          <w:lang w:val="nl-NL"/>
        </w:rPr>
      </w:pPr>
      <w:r w:rsidRPr="297B780E">
        <w:rPr>
          <w:rFonts w:asciiTheme="majorHAnsi" w:hAnsiTheme="majorHAnsi" w:eastAsiaTheme="majorEastAsia" w:cstheme="majorBidi"/>
          <w:b/>
          <w:bCs/>
          <w:color w:val="1F487C"/>
          <w:sz w:val="28"/>
          <w:szCs w:val="28"/>
          <w:lang w:val="nl-NL"/>
        </w:rPr>
        <w:t>Samen Verder Bouwen</w:t>
      </w:r>
    </w:p>
    <w:p w:rsidR="4AB4D333" w:rsidP="297B780E" w:rsidRDefault="4AB4D333" w14:paraId="40766808" w14:textId="77CA7A96">
      <w:pPr>
        <w:pStyle w:val="Normaalweb"/>
        <w:spacing w:before="0" w:beforeAutospacing="0" w:after="0" w:afterAutospacing="0"/>
        <w:rPr>
          <w:rFonts w:asciiTheme="majorHAnsi" w:hAnsiTheme="majorHAnsi" w:eastAsiaTheme="majorEastAsia" w:cstheme="majorBidi"/>
          <w:sz w:val="22"/>
          <w:szCs w:val="22"/>
          <w:lang w:val="nl-NL"/>
        </w:rPr>
      </w:pPr>
    </w:p>
    <w:p w:rsidR="18927B99" w:rsidP="297B780E" w:rsidRDefault="18927B99" w14:paraId="1FCEBEE4" w14:textId="3986F0FB">
      <w:pPr>
        <w:pStyle w:val="Normaalweb"/>
        <w:spacing w:before="0" w:beforeAutospacing="0" w:after="0" w:afterAutospacing="0"/>
        <w:rPr>
          <w:rFonts w:asciiTheme="majorHAnsi" w:hAnsiTheme="majorHAnsi" w:eastAsiaTheme="majorEastAsia" w:cstheme="majorBidi"/>
          <w:sz w:val="22"/>
          <w:szCs w:val="22"/>
          <w:lang w:val="nl-NL"/>
        </w:rPr>
      </w:pPr>
    </w:p>
    <w:p w:rsidRPr="000C2914" w:rsidR="000C2914" w:rsidP="297B780E" w:rsidRDefault="796B5E70" w14:paraId="15BC292F" w14:textId="5235D9A5">
      <w:pPr>
        <w:pStyle w:val="Normaalweb"/>
        <w:spacing w:before="0" w:beforeAutospacing="0" w:after="0" w:afterAutospacing="0"/>
        <w:rPr>
          <w:rFonts w:asciiTheme="majorHAnsi" w:hAnsiTheme="majorHAnsi" w:eastAsiaTheme="majorEastAsia" w:cstheme="majorBidi"/>
          <w:sz w:val="22"/>
          <w:szCs w:val="22"/>
          <w:lang w:val="nl-NL"/>
        </w:rPr>
      </w:pPr>
      <w:r w:rsidRPr="297B780E">
        <w:rPr>
          <w:rFonts w:asciiTheme="majorHAnsi" w:hAnsiTheme="majorHAnsi" w:eastAsiaTheme="majorEastAsia" w:cstheme="majorBidi"/>
          <w:sz w:val="22"/>
          <w:szCs w:val="22"/>
          <w:lang w:val="nl-NL"/>
        </w:rPr>
        <w:t xml:space="preserve">Dit plan weerspiegelt </w:t>
      </w:r>
      <w:r w:rsidRPr="297B780E" w:rsidR="2056F3AD">
        <w:rPr>
          <w:rFonts w:asciiTheme="majorHAnsi" w:hAnsiTheme="majorHAnsi" w:eastAsiaTheme="majorEastAsia" w:cstheme="majorBidi"/>
          <w:sz w:val="22"/>
          <w:szCs w:val="22"/>
          <w:lang w:val="nl-NL"/>
        </w:rPr>
        <w:t>de</w:t>
      </w:r>
      <w:r w:rsidRPr="297B780E" w:rsidR="3403AC7D">
        <w:rPr>
          <w:rFonts w:asciiTheme="majorHAnsi" w:hAnsiTheme="majorHAnsi" w:eastAsiaTheme="majorEastAsia" w:cstheme="majorBidi"/>
          <w:sz w:val="22"/>
          <w:szCs w:val="22"/>
          <w:lang w:val="nl-NL"/>
        </w:rPr>
        <w:t xml:space="preserve"> </w:t>
      </w:r>
      <w:r w:rsidRPr="297B780E">
        <w:rPr>
          <w:rFonts w:asciiTheme="majorHAnsi" w:hAnsiTheme="majorHAnsi" w:eastAsiaTheme="majorEastAsia" w:cstheme="majorBidi"/>
          <w:sz w:val="22"/>
          <w:szCs w:val="22"/>
          <w:lang w:val="nl-NL"/>
        </w:rPr>
        <w:t xml:space="preserve">ambitie om de koers die </w:t>
      </w:r>
      <w:r w:rsidRPr="297B780E" w:rsidR="08B560D6">
        <w:rPr>
          <w:rFonts w:asciiTheme="majorHAnsi" w:hAnsiTheme="majorHAnsi" w:eastAsiaTheme="majorEastAsia" w:cstheme="majorBidi"/>
          <w:sz w:val="22"/>
          <w:szCs w:val="22"/>
          <w:lang w:val="nl-NL"/>
        </w:rPr>
        <w:t xml:space="preserve">is </w:t>
      </w:r>
      <w:r w:rsidRPr="297B780E">
        <w:rPr>
          <w:rFonts w:asciiTheme="majorHAnsi" w:hAnsiTheme="majorHAnsi" w:eastAsiaTheme="majorEastAsia" w:cstheme="majorBidi"/>
          <w:sz w:val="22"/>
          <w:szCs w:val="22"/>
          <w:lang w:val="nl-NL"/>
        </w:rPr>
        <w:t xml:space="preserve">ingezet te bestendigen. </w:t>
      </w:r>
      <w:r w:rsidRPr="297B780E" w:rsidR="0AA7C50D">
        <w:rPr>
          <w:rFonts w:asciiTheme="majorHAnsi" w:hAnsiTheme="majorHAnsi" w:eastAsiaTheme="majorEastAsia" w:cstheme="majorBidi"/>
          <w:sz w:val="22"/>
          <w:szCs w:val="22"/>
          <w:lang w:val="nl-NL"/>
        </w:rPr>
        <w:t xml:space="preserve">Ik </w:t>
      </w:r>
      <w:r w:rsidRPr="297B780E">
        <w:rPr>
          <w:rFonts w:asciiTheme="majorHAnsi" w:hAnsiTheme="majorHAnsi" w:eastAsiaTheme="majorEastAsia" w:cstheme="majorBidi"/>
          <w:sz w:val="22"/>
          <w:szCs w:val="22"/>
          <w:lang w:val="nl-NL"/>
        </w:rPr>
        <w:t>bouw verder op de energie van de afgelopen jaren, met een kabinet dat een mix is van ervaren krachten en nieuw talent, allen verenigd door de passie voor service.</w:t>
      </w:r>
    </w:p>
    <w:p w:rsidR="00994A5D" w:rsidP="297B780E" w:rsidRDefault="00994A5D" w14:paraId="385D7174" w14:textId="77777777">
      <w:pPr>
        <w:pStyle w:val="Normaalweb"/>
        <w:spacing w:before="0" w:beforeAutospacing="0" w:after="0" w:afterAutospacing="0"/>
        <w:rPr>
          <w:rFonts w:asciiTheme="majorHAnsi" w:hAnsiTheme="majorHAnsi" w:eastAsiaTheme="majorEastAsia" w:cstheme="majorBidi"/>
          <w:sz w:val="22"/>
          <w:szCs w:val="22"/>
          <w:lang w:val="nl-NL"/>
        </w:rPr>
      </w:pPr>
    </w:p>
    <w:p w:rsidR="406B856D" w:rsidP="297B780E" w:rsidRDefault="424DE179" w14:paraId="281252A7" w14:textId="56DA01E3">
      <w:pPr>
        <w:pStyle w:val="Normaalweb"/>
        <w:spacing w:before="0" w:beforeAutospacing="0" w:after="0" w:afterAutospacing="0"/>
        <w:rPr>
          <w:rFonts w:asciiTheme="majorHAnsi" w:hAnsiTheme="majorHAnsi" w:eastAsiaTheme="majorEastAsia" w:cstheme="majorBidi"/>
          <w:color w:val="000000" w:themeColor="text1"/>
          <w:sz w:val="22"/>
          <w:szCs w:val="22"/>
          <w:lang w:val="nl-NL"/>
        </w:rPr>
      </w:pPr>
      <w:r w:rsidRPr="297B780E">
        <w:rPr>
          <w:rFonts w:asciiTheme="majorHAnsi" w:hAnsiTheme="majorHAnsi" w:eastAsiaTheme="majorEastAsia" w:cstheme="majorBidi"/>
          <w:b/>
          <w:bCs/>
          <w:color w:val="000000" w:themeColor="text1"/>
          <w:sz w:val="22"/>
          <w:szCs w:val="22"/>
          <w:lang w:val="nl-NL"/>
        </w:rPr>
        <w:t>Thema 2026-2027: Samen Verder Bouwen</w:t>
      </w:r>
    </w:p>
    <w:p w:rsidRPr="006309AE" w:rsidR="4AB4D333" w:rsidP="006309AE" w:rsidRDefault="424DE179" w14:paraId="6C044D78" w14:textId="6ADC0B3A">
      <w:pPr>
        <w:pStyle w:val="Normaalweb"/>
        <w:spacing w:before="0" w:beforeAutospacing="0" w:after="0" w:afterAutospacing="0"/>
        <w:rPr>
          <w:rFonts w:asciiTheme="majorHAnsi" w:hAnsiTheme="majorHAnsi" w:eastAsiaTheme="majorEastAsia" w:cstheme="majorBidi"/>
          <w:color w:val="000000" w:themeColor="text1"/>
          <w:sz w:val="22"/>
          <w:szCs w:val="22"/>
          <w:lang w:val="nl-NL"/>
        </w:rPr>
      </w:pPr>
      <w:r w:rsidRPr="297B780E">
        <w:rPr>
          <w:rFonts w:asciiTheme="majorHAnsi" w:hAnsiTheme="majorHAnsi" w:eastAsiaTheme="majorEastAsia" w:cstheme="majorBidi"/>
          <w:color w:val="000000" w:themeColor="text1"/>
          <w:sz w:val="22"/>
          <w:szCs w:val="22"/>
          <w:lang w:val="nl-NL"/>
        </w:rPr>
        <w:t>Het landelijke thema van de Gouverneursraad voor dit jaar is "Samen Verder Bouwen". Voor District 110 BZ geven we hier een diepere, lokale betekenis aan. We zien 'bouwen' als een actief proces op drie niveaus:</w:t>
      </w:r>
    </w:p>
    <w:p w:rsidRPr="006309AE" w:rsidR="4AB4D333" w:rsidP="297B780E" w:rsidRDefault="424DE179" w14:paraId="2212235A" w14:textId="242A3CAF">
      <w:pPr>
        <w:spacing w:beforeAutospacing="1" w:after="0" w:line="240" w:lineRule="auto"/>
        <w:rPr>
          <w:rFonts w:asciiTheme="majorHAnsi" w:hAnsiTheme="majorHAnsi" w:eastAsiaTheme="majorEastAsia" w:cstheme="majorBidi"/>
          <w:color w:val="000000" w:themeColor="text1"/>
          <w:lang w:val="nl-NL"/>
        </w:rPr>
      </w:pPr>
      <w:r w:rsidRPr="297B780E">
        <w:rPr>
          <w:rFonts w:asciiTheme="majorHAnsi" w:hAnsiTheme="majorHAnsi" w:eastAsiaTheme="majorEastAsia" w:cstheme="majorBidi"/>
          <w:b/>
          <w:bCs/>
          <w:color w:val="000000" w:themeColor="text1"/>
          <w:lang w:val="nl-NL"/>
        </w:rPr>
        <w:t xml:space="preserve">Bouwen aan onze Clubs (Mission 1.5) </w:t>
      </w:r>
      <w:r w:rsidRPr="297B780E">
        <w:rPr>
          <w:rFonts w:asciiTheme="majorHAnsi" w:hAnsiTheme="majorHAnsi" w:eastAsiaTheme="majorEastAsia" w:cstheme="majorBidi"/>
          <w:color w:val="000000" w:themeColor="text1"/>
          <w:sz w:val="24"/>
          <w:szCs w:val="24"/>
          <w:lang w:val="nl-NL"/>
        </w:rPr>
        <w:t>I</w:t>
      </w:r>
      <w:r w:rsidRPr="297B780E">
        <w:rPr>
          <w:rFonts w:asciiTheme="majorHAnsi" w:hAnsiTheme="majorHAnsi" w:eastAsiaTheme="majorEastAsia" w:cstheme="majorBidi"/>
          <w:color w:val="000000" w:themeColor="text1"/>
          <w:lang w:val="nl-NL"/>
        </w:rPr>
        <w:t xml:space="preserve">n lijn met de internationale ambitie van Mission 1.5 ligt de primaire focus op de vitaliteit van onze clubs. Hierbij denken we in de eerste plaats aan aandacht voor onze leden; hoe kunnen we hen behouden. In de tweede plaats bouwen we aan groei, niet alleen in aantallen, maar vooral in betrokkenheid. We willen een district zijn waar elk lid zich gehoord voelt en waar de drempel voor actie laag is. We integreren de principes van New </w:t>
      </w:r>
      <w:proofErr w:type="spellStart"/>
      <w:r w:rsidRPr="297B780E">
        <w:rPr>
          <w:rFonts w:asciiTheme="majorHAnsi" w:hAnsiTheme="majorHAnsi" w:eastAsiaTheme="majorEastAsia" w:cstheme="majorBidi"/>
          <w:color w:val="000000" w:themeColor="text1"/>
          <w:lang w:val="nl-NL"/>
        </w:rPr>
        <w:t>Voices</w:t>
      </w:r>
      <w:proofErr w:type="spellEnd"/>
      <w:r w:rsidRPr="297B780E">
        <w:rPr>
          <w:rFonts w:asciiTheme="majorHAnsi" w:hAnsiTheme="majorHAnsi" w:eastAsiaTheme="majorEastAsia" w:cstheme="majorBidi"/>
          <w:color w:val="000000" w:themeColor="text1"/>
          <w:lang w:val="nl-NL"/>
        </w:rPr>
        <w:t xml:space="preserve"> in ons dagelijks handelen: diversiteit is bij ons geen project, maar het fundament.</w:t>
      </w:r>
    </w:p>
    <w:p w:rsidRPr="006309AE" w:rsidR="4AB4D333" w:rsidP="297B780E" w:rsidRDefault="424DE179" w14:paraId="279586EC" w14:textId="43037A57">
      <w:pPr>
        <w:spacing w:beforeAutospacing="1" w:after="0" w:line="240" w:lineRule="auto"/>
        <w:rPr>
          <w:rFonts w:asciiTheme="majorHAnsi" w:hAnsiTheme="majorHAnsi" w:eastAsiaTheme="majorEastAsia" w:cstheme="majorBidi"/>
          <w:color w:val="000000" w:themeColor="text1"/>
          <w:lang w:val="nl-NL"/>
        </w:rPr>
      </w:pPr>
      <w:r w:rsidRPr="297B780E">
        <w:rPr>
          <w:rFonts w:asciiTheme="majorHAnsi" w:hAnsiTheme="majorHAnsi" w:eastAsiaTheme="majorEastAsia" w:cstheme="majorBidi"/>
          <w:b/>
          <w:bCs/>
          <w:color w:val="000000" w:themeColor="text1"/>
          <w:lang w:val="nl-NL"/>
        </w:rPr>
        <w:t>Bouwen aan onze Impact en Zichtbaarheid (</w:t>
      </w:r>
      <w:proofErr w:type="spellStart"/>
      <w:r w:rsidRPr="297B780E">
        <w:rPr>
          <w:rFonts w:asciiTheme="majorHAnsi" w:hAnsiTheme="majorHAnsi" w:eastAsiaTheme="majorEastAsia" w:cstheme="majorBidi"/>
          <w:b/>
          <w:bCs/>
          <w:color w:val="000000" w:themeColor="text1"/>
          <w:lang w:val="nl-NL"/>
        </w:rPr>
        <w:t>Lions</w:t>
      </w:r>
      <w:proofErr w:type="spellEnd"/>
      <w:r w:rsidRPr="297B780E">
        <w:rPr>
          <w:rFonts w:asciiTheme="majorHAnsi" w:hAnsiTheme="majorHAnsi" w:eastAsiaTheme="majorEastAsia" w:cstheme="majorBidi"/>
          <w:b/>
          <w:bCs/>
          <w:color w:val="000000" w:themeColor="text1"/>
          <w:lang w:val="nl-NL"/>
        </w:rPr>
        <w:t xml:space="preserve"> Helpen)</w:t>
      </w:r>
      <w:r w:rsidRPr="297B780E">
        <w:rPr>
          <w:rFonts w:asciiTheme="majorHAnsi" w:hAnsiTheme="majorHAnsi" w:eastAsiaTheme="majorEastAsia" w:cstheme="majorBidi"/>
          <w:color w:val="000000" w:themeColor="text1"/>
          <w:sz w:val="24"/>
          <w:szCs w:val="24"/>
          <w:lang w:val="nl-NL"/>
        </w:rPr>
        <w:t xml:space="preserve"> </w:t>
      </w:r>
      <w:r w:rsidRPr="297B780E">
        <w:rPr>
          <w:rFonts w:asciiTheme="majorHAnsi" w:hAnsiTheme="majorHAnsi" w:eastAsiaTheme="majorEastAsia" w:cstheme="majorBidi"/>
          <w:color w:val="000000" w:themeColor="text1"/>
          <w:lang w:val="nl-NL"/>
        </w:rPr>
        <w:t xml:space="preserve">Ter gelegenheid van het 75-jarig jubileum van </w:t>
      </w:r>
      <w:proofErr w:type="spellStart"/>
      <w:r w:rsidRPr="297B780E">
        <w:rPr>
          <w:rFonts w:asciiTheme="majorHAnsi" w:hAnsiTheme="majorHAnsi" w:eastAsiaTheme="majorEastAsia" w:cstheme="majorBidi"/>
          <w:color w:val="000000" w:themeColor="text1"/>
          <w:lang w:val="nl-NL"/>
        </w:rPr>
        <w:t>Lions</w:t>
      </w:r>
      <w:proofErr w:type="spellEnd"/>
      <w:r w:rsidRPr="297B780E">
        <w:rPr>
          <w:rFonts w:asciiTheme="majorHAnsi" w:hAnsiTheme="majorHAnsi" w:eastAsiaTheme="majorEastAsia" w:cstheme="majorBidi"/>
          <w:color w:val="000000" w:themeColor="text1"/>
          <w:lang w:val="nl-NL"/>
        </w:rPr>
        <w:t xml:space="preserve"> Nederland willen we onze maatschappelijke relevantie laten zien en onze zichtbaarheid vergroten. Onder de noemer "</w:t>
      </w:r>
      <w:proofErr w:type="spellStart"/>
      <w:r w:rsidRPr="297B780E">
        <w:rPr>
          <w:rFonts w:asciiTheme="majorHAnsi" w:hAnsiTheme="majorHAnsi" w:eastAsiaTheme="majorEastAsia" w:cstheme="majorBidi"/>
          <w:color w:val="000000" w:themeColor="text1"/>
          <w:lang w:val="nl-NL"/>
        </w:rPr>
        <w:t>Lions</w:t>
      </w:r>
      <w:proofErr w:type="spellEnd"/>
      <w:r w:rsidRPr="297B780E">
        <w:rPr>
          <w:rFonts w:asciiTheme="majorHAnsi" w:hAnsiTheme="majorHAnsi" w:eastAsiaTheme="majorEastAsia" w:cstheme="majorBidi"/>
          <w:color w:val="000000" w:themeColor="text1"/>
          <w:lang w:val="nl-NL"/>
        </w:rPr>
        <w:t xml:space="preserve"> Helpen" maken we onze service-activiteiten zichtbaarder. We bouwen samen verder aan een duurzame leefomgeving door actief deel te nemen aan landelijke initiatieven zoals de World Clean-up Day en vertalen dit naar concrete acties in onze eigen regio's. Daarnaast bouwen we in het kader van ons jubileum aan projecten op het gebied van mentale gezondheid. We laten zien dat we er zijn als het erom gaat de noden </w:t>
      </w:r>
      <w:r w:rsidRPr="297B780E">
        <w:rPr>
          <w:rFonts w:asciiTheme="majorHAnsi" w:hAnsiTheme="majorHAnsi" w:eastAsiaTheme="majorEastAsia" w:cstheme="majorBidi"/>
          <w:color w:val="000000" w:themeColor="text1"/>
          <w:lang w:val="nl-NL"/>
        </w:rPr>
        <w:lastRenderedPageBreak/>
        <w:t>in onze omgeving te verlichten. Dat doen we intern door te rapporteren en extern door aanwezigheid in de (sociale)media. Wees trots op wat we doen.</w:t>
      </w:r>
    </w:p>
    <w:p w:rsidR="4AB4D333" w:rsidP="006309AE" w:rsidRDefault="424DE179" w14:paraId="2AEAFED9" w14:textId="5A472EA7">
      <w:pPr>
        <w:spacing w:beforeAutospacing="1" w:after="0" w:line="240" w:lineRule="auto"/>
        <w:rPr>
          <w:rFonts w:asciiTheme="majorHAnsi" w:hAnsiTheme="majorHAnsi" w:eastAsiaTheme="majorEastAsia" w:cstheme="majorBidi"/>
          <w:color w:val="000000" w:themeColor="text1"/>
          <w:lang w:val="nl-NL"/>
        </w:rPr>
      </w:pPr>
      <w:r w:rsidRPr="297B780E">
        <w:rPr>
          <w:rFonts w:asciiTheme="majorHAnsi" w:hAnsiTheme="majorHAnsi" w:eastAsiaTheme="majorEastAsia" w:cstheme="majorBidi"/>
          <w:b/>
          <w:bCs/>
          <w:color w:val="000000" w:themeColor="text1"/>
          <w:lang w:val="nl-NL"/>
        </w:rPr>
        <w:t>Bouwen aan de Organisatie (Innovatie &amp; ICT)</w:t>
      </w:r>
      <w:r w:rsidRPr="297B780E">
        <w:rPr>
          <w:rFonts w:asciiTheme="majorHAnsi" w:hAnsiTheme="majorHAnsi" w:eastAsiaTheme="majorEastAsia" w:cstheme="majorBidi"/>
          <w:color w:val="000000" w:themeColor="text1"/>
          <w:sz w:val="24"/>
          <w:szCs w:val="24"/>
          <w:lang w:val="nl-NL"/>
        </w:rPr>
        <w:t xml:space="preserve"> </w:t>
      </w:r>
      <w:r w:rsidRPr="297B780E">
        <w:rPr>
          <w:rFonts w:asciiTheme="majorHAnsi" w:hAnsiTheme="majorHAnsi" w:eastAsiaTheme="majorEastAsia" w:cstheme="majorBidi"/>
          <w:color w:val="000000" w:themeColor="text1"/>
          <w:lang w:val="nl-NL"/>
        </w:rPr>
        <w:t xml:space="preserve">Wij blijven het voortouw nemen in de digitale transitie. Door verder te bouwen aan de optimalisatie van </w:t>
      </w:r>
      <w:proofErr w:type="spellStart"/>
      <w:r w:rsidRPr="297B780E">
        <w:rPr>
          <w:rFonts w:asciiTheme="majorHAnsi" w:hAnsiTheme="majorHAnsi" w:eastAsiaTheme="majorEastAsia" w:cstheme="majorBidi"/>
          <w:color w:val="000000" w:themeColor="text1"/>
          <w:lang w:val="nl-NL"/>
        </w:rPr>
        <w:t>LionsBase</w:t>
      </w:r>
      <w:proofErr w:type="spellEnd"/>
      <w:r w:rsidRPr="297B780E">
        <w:rPr>
          <w:rFonts w:asciiTheme="majorHAnsi" w:hAnsiTheme="majorHAnsi" w:eastAsiaTheme="majorEastAsia" w:cstheme="majorBidi"/>
          <w:color w:val="000000" w:themeColor="text1"/>
          <w:lang w:val="nl-NL"/>
        </w:rPr>
        <w:t>, het verder implementeren bij de clubs en het slim inzetten van moderne hulpmiddelen (zoals AI), ontlasten we onze clubbestuurders. We bouwen aan een organisatie die efficiënt is achter de schermen</w:t>
      </w:r>
      <w:r w:rsidRPr="297B780E">
        <w:rPr>
          <w:rFonts w:asciiTheme="majorHAnsi" w:hAnsiTheme="majorHAnsi" w:eastAsiaTheme="majorEastAsia" w:cstheme="majorBidi"/>
          <w:color w:val="FF0000"/>
          <w:lang w:val="nl-NL"/>
        </w:rPr>
        <w:t xml:space="preserve"> </w:t>
      </w:r>
      <w:r w:rsidRPr="297B780E">
        <w:rPr>
          <w:rFonts w:asciiTheme="majorHAnsi" w:hAnsiTheme="majorHAnsi" w:eastAsiaTheme="majorEastAsia" w:cstheme="majorBidi"/>
          <w:color w:val="000000" w:themeColor="text1"/>
          <w:lang w:val="nl-NL"/>
        </w:rPr>
        <w:t>en bouwen verder aan een systeem, waarin documenten vindbaar zijn, zodat er aan de voorkant meer tijd en energie overblijft voor waar het echt om gaat: We Serve.</w:t>
      </w:r>
    </w:p>
    <w:p w:rsidRPr="006309AE" w:rsidR="006309AE" w:rsidP="006309AE" w:rsidRDefault="006309AE" w14:paraId="5AFE283D" w14:textId="77777777">
      <w:pPr>
        <w:spacing w:beforeAutospacing="1" w:after="0" w:line="240" w:lineRule="auto"/>
        <w:rPr>
          <w:rFonts w:asciiTheme="majorHAnsi" w:hAnsiTheme="majorHAnsi" w:eastAsiaTheme="majorEastAsia" w:cstheme="majorBidi"/>
          <w:color w:val="000000" w:themeColor="text1"/>
          <w:lang w:val="nl-NL"/>
        </w:rPr>
      </w:pPr>
    </w:p>
    <w:p w:rsidRPr="00C55644" w:rsidR="00F34AAB" w:rsidP="297B780E" w:rsidRDefault="35382396" w14:paraId="5E0AB8BE" w14:textId="460ABFC4">
      <w:pPr>
        <w:pStyle w:val="Kop1"/>
        <w:spacing w:before="0" w:line="240" w:lineRule="auto"/>
        <w:rPr>
          <w:lang w:val="nl-NL"/>
        </w:rPr>
      </w:pPr>
      <w:r w:rsidRPr="297B780E">
        <w:rPr>
          <w:lang w:val="nl-NL"/>
        </w:rPr>
        <w:t xml:space="preserve">2. </w:t>
      </w:r>
      <w:r w:rsidRPr="297B780E" w:rsidR="7EA14229">
        <w:rPr>
          <w:lang w:val="nl-NL"/>
        </w:rPr>
        <w:t>Kabinet AN, 2026-2027</w:t>
      </w:r>
    </w:p>
    <w:p w:rsidR="18927B99" w:rsidP="006309AE" w:rsidRDefault="79A8B56A" w14:paraId="6DDCE52C" w14:textId="16E3F3B9">
      <w:pPr>
        <w:spacing w:before="100" w:beforeAutospacing="1" w:after="100" w:afterAutospacing="1"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Om de ambities voor 2026-2027 waar te maken, bouwen we voort op een organisatiestructuur die zowel stabiliteit als vernieuwing biedt. In District 110 AN werken we volgens het GAT-model (Global Action Team), waarbij de synergie tussen Leden, Opleiding en Service de motor is achter onze activiteiten. Ons kabinet is een afspiegeling van ons district: veelzijdig, ervaren en klaar voor de toekomst.</w:t>
      </w:r>
    </w:p>
    <w:p w:rsidRPr="00550D67" w:rsidR="00550D67" w:rsidP="297B780E" w:rsidRDefault="4F55404F" w14:paraId="4ACD98FC" w14:textId="77777777">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b/>
          <w:bCs/>
          <w:sz w:val="20"/>
          <w:szCs w:val="20"/>
          <w:lang w:val="nl-NL" w:eastAsia="en-GB"/>
        </w:rPr>
        <w:t>Dagelijks Bestuur</w:t>
      </w:r>
    </w:p>
    <w:p w:rsidRPr="00550D67" w:rsidR="00550D67" w:rsidP="006B1769" w:rsidRDefault="7D8606D5" w14:paraId="4C72D4C9" w14:textId="14B8AE5E">
      <w:pPr>
        <w:numPr>
          <w:ilvl w:val="0"/>
          <w:numId w:val="12"/>
        </w:numPr>
        <w:spacing w:after="0" w:line="240" w:lineRule="auto"/>
        <w:contextualSpacing/>
        <w:rPr>
          <w:rFonts w:asciiTheme="majorHAnsi" w:hAnsiTheme="majorHAnsi" w:eastAsiaTheme="majorEastAsia" w:cstheme="majorBidi"/>
          <w:sz w:val="20"/>
          <w:szCs w:val="20"/>
          <w:lang w:val="nl-NL" w:eastAsia="en-GB"/>
        </w:rPr>
      </w:pPr>
      <w:proofErr w:type="spellStart"/>
      <w:r w:rsidRPr="297B780E">
        <w:rPr>
          <w:rFonts w:asciiTheme="majorHAnsi" w:hAnsiTheme="majorHAnsi" w:eastAsiaTheme="majorEastAsia" w:cstheme="majorBidi"/>
          <w:sz w:val="20"/>
          <w:szCs w:val="20"/>
          <w:lang w:val="nl-NL" w:eastAsia="en-GB"/>
        </w:rPr>
        <w:t>Jorick</w:t>
      </w:r>
      <w:proofErr w:type="spellEnd"/>
      <w:r w:rsidRPr="297B780E">
        <w:rPr>
          <w:rFonts w:asciiTheme="majorHAnsi" w:hAnsiTheme="majorHAnsi" w:eastAsiaTheme="majorEastAsia" w:cstheme="majorBidi"/>
          <w:sz w:val="20"/>
          <w:szCs w:val="20"/>
          <w:lang w:val="nl-NL" w:eastAsia="en-GB"/>
        </w:rPr>
        <w:t xml:space="preserve"> van Gemert</w:t>
      </w:r>
      <w:r w:rsidRPr="297B780E" w:rsidR="4F55404F">
        <w:rPr>
          <w:rFonts w:asciiTheme="majorHAnsi" w:hAnsiTheme="majorHAnsi" w:eastAsiaTheme="majorEastAsia" w:cstheme="majorBidi"/>
          <w:sz w:val="20"/>
          <w:szCs w:val="20"/>
          <w:lang w:val="nl-NL" w:eastAsia="en-GB"/>
        </w:rPr>
        <w:t xml:space="preserve">, </w:t>
      </w:r>
      <w:r w:rsidRPr="297B780E" w:rsidR="35F2680E">
        <w:rPr>
          <w:rFonts w:asciiTheme="majorHAnsi" w:hAnsiTheme="majorHAnsi" w:eastAsiaTheme="majorEastAsia" w:cstheme="majorBidi"/>
          <w:sz w:val="20"/>
          <w:szCs w:val="20"/>
          <w:lang w:val="nl-NL" w:eastAsia="en-GB"/>
        </w:rPr>
        <w:t>Club branche Alkmaar Victorie</w:t>
      </w:r>
      <w:r w:rsidRPr="297B780E" w:rsidR="4E92002C">
        <w:rPr>
          <w:rFonts w:asciiTheme="majorHAnsi" w:hAnsiTheme="majorHAnsi" w:eastAsiaTheme="majorEastAsia" w:cstheme="majorBidi"/>
          <w:sz w:val="20"/>
          <w:szCs w:val="20"/>
          <w:lang w:val="nl-NL" w:eastAsia="en-GB"/>
        </w:rPr>
        <w:t>,</w:t>
      </w:r>
      <w:r w:rsidRPr="297B780E" w:rsidR="4F55404F">
        <w:rPr>
          <w:rFonts w:asciiTheme="majorHAnsi" w:hAnsiTheme="majorHAnsi" w:eastAsiaTheme="majorEastAsia" w:cstheme="majorBidi"/>
          <w:sz w:val="20"/>
          <w:szCs w:val="20"/>
          <w:lang w:val="nl-NL" w:eastAsia="en-GB"/>
        </w:rPr>
        <w:t xml:space="preserve"> DG</w:t>
      </w:r>
    </w:p>
    <w:p w:rsidRPr="00550D67" w:rsidR="00550D67" w:rsidP="006B1769" w:rsidRDefault="7D8606D5" w14:paraId="6C5A09AB" w14:textId="2D02281A">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Pieter </w:t>
      </w:r>
      <w:proofErr w:type="spellStart"/>
      <w:r w:rsidRPr="297B780E">
        <w:rPr>
          <w:rFonts w:asciiTheme="majorHAnsi" w:hAnsiTheme="majorHAnsi" w:eastAsiaTheme="majorEastAsia" w:cstheme="majorBidi"/>
          <w:sz w:val="20"/>
          <w:szCs w:val="20"/>
          <w:lang w:val="nl-NL" w:eastAsia="en-GB"/>
        </w:rPr>
        <w:t>Haex</w:t>
      </w:r>
      <w:proofErr w:type="spellEnd"/>
      <w:r w:rsidRPr="297B780E" w:rsidR="4F55404F">
        <w:rPr>
          <w:rFonts w:asciiTheme="majorHAnsi" w:hAnsiTheme="majorHAnsi" w:eastAsiaTheme="majorEastAsia" w:cstheme="majorBidi"/>
          <w:sz w:val="20"/>
          <w:szCs w:val="20"/>
          <w:lang w:val="nl-NL" w:eastAsia="en-GB"/>
        </w:rPr>
        <w:t>, LC Amsterdam ’t IJ, IPDG</w:t>
      </w:r>
    </w:p>
    <w:p w:rsidRPr="00550D67" w:rsidR="00550D67" w:rsidP="006B1769" w:rsidRDefault="35F2680E" w14:paraId="5531DF7A" w14:textId="44245EA6">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Martijn </w:t>
      </w:r>
      <w:proofErr w:type="spellStart"/>
      <w:r w:rsidRPr="297B780E">
        <w:rPr>
          <w:rFonts w:asciiTheme="majorHAnsi" w:hAnsiTheme="majorHAnsi" w:eastAsiaTheme="majorEastAsia" w:cstheme="majorBidi"/>
          <w:sz w:val="20"/>
          <w:szCs w:val="20"/>
          <w:lang w:val="nl-NL" w:eastAsia="en-GB"/>
        </w:rPr>
        <w:t>Wokke</w:t>
      </w:r>
      <w:proofErr w:type="spellEnd"/>
      <w:r w:rsidRPr="297B780E" w:rsidR="4F55404F">
        <w:rPr>
          <w:rFonts w:asciiTheme="majorHAnsi" w:hAnsiTheme="majorHAnsi" w:eastAsiaTheme="majorEastAsia" w:cstheme="majorBidi"/>
          <w:sz w:val="20"/>
          <w:szCs w:val="20"/>
          <w:lang w:val="nl-NL" w:eastAsia="en-GB"/>
        </w:rPr>
        <w:t xml:space="preserve">, Club </w:t>
      </w:r>
      <w:proofErr w:type="spellStart"/>
      <w:r w:rsidRPr="297B780E" w:rsidR="4F55404F">
        <w:rPr>
          <w:rFonts w:asciiTheme="majorHAnsi" w:hAnsiTheme="majorHAnsi" w:eastAsiaTheme="majorEastAsia" w:cstheme="majorBidi"/>
          <w:sz w:val="20"/>
          <w:szCs w:val="20"/>
          <w:lang w:val="nl-NL" w:eastAsia="en-GB"/>
        </w:rPr>
        <w:t>branch</w:t>
      </w:r>
      <w:proofErr w:type="spellEnd"/>
      <w:r w:rsidRPr="297B780E" w:rsidR="4F55404F">
        <w:rPr>
          <w:rFonts w:asciiTheme="majorHAnsi" w:hAnsiTheme="majorHAnsi" w:eastAsiaTheme="majorEastAsia" w:cstheme="majorBidi"/>
          <w:sz w:val="20"/>
          <w:szCs w:val="20"/>
          <w:lang w:val="nl-NL" w:eastAsia="en-GB"/>
        </w:rPr>
        <w:t xml:space="preserve"> Alkmaar Victorie, 1</w:t>
      </w:r>
      <w:r w:rsidRPr="297B780E" w:rsidR="4F55404F">
        <w:rPr>
          <w:rFonts w:asciiTheme="majorHAnsi" w:hAnsiTheme="majorHAnsi" w:eastAsiaTheme="majorEastAsia" w:cstheme="majorBidi"/>
          <w:sz w:val="20"/>
          <w:szCs w:val="20"/>
          <w:vertAlign w:val="superscript"/>
          <w:lang w:val="nl-NL" w:eastAsia="en-GB"/>
        </w:rPr>
        <w:t>e</w:t>
      </w:r>
      <w:r w:rsidRPr="297B780E" w:rsidR="4F55404F">
        <w:rPr>
          <w:rFonts w:asciiTheme="majorHAnsi" w:hAnsiTheme="majorHAnsi" w:eastAsiaTheme="majorEastAsia" w:cstheme="majorBidi"/>
          <w:sz w:val="20"/>
          <w:szCs w:val="20"/>
          <w:lang w:val="nl-NL" w:eastAsia="en-GB"/>
        </w:rPr>
        <w:t xml:space="preserve"> VDG</w:t>
      </w:r>
    </w:p>
    <w:p w:rsidRPr="00550D67" w:rsidR="00550D67" w:rsidP="006B1769" w:rsidRDefault="35F2680E" w14:paraId="75573CFC" w14:textId="2584D07F">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Hans Lu</w:t>
      </w:r>
      <w:r w:rsidRPr="297B780E" w:rsidR="397EA5F3">
        <w:rPr>
          <w:rFonts w:asciiTheme="majorHAnsi" w:hAnsiTheme="majorHAnsi" w:eastAsiaTheme="majorEastAsia" w:cstheme="majorBidi"/>
          <w:sz w:val="20"/>
          <w:szCs w:val="20"/>
          <w:lang w:eastAsia="en-GB"/>
        </w:rPr>
        <w:t>ijcx</w:t>
      </w:r>
      <w:r w:rsidRPr="297B780E" w:rsidR="4F55404F">
        <w:rPr>
          <w:rFonts w:asciiTheme="majorHAnsi" w:hAnsiTheme="majorHAnsi" w:eastAsiaTheme="majorEastAsia" w:cstheme="majorBidi"/>
          <w:sz w:val="20"/>
          <w:szCs w:val="20"/>
          <w:lang w:eastAsia="en-GB"/>
        </w:rPr>
        <w:t xml:space="preserve">, </w:t>
      </w:r>
      <w:r w:rsidRPr="297B780E" w:rsidR="669B5AE0">
        <w:rPr>
          <w:rFonts w:asciiTheme="majorHAnsi" w:hAnsiTheme="majorHAnsi" w:eastAsiaTheme="majorEastAsia" w:cstheme="majorBidi"/>
          <w:sz w:val="20"/>
          <w:szCs w:val="20"/>
          <w:lang w:eastAsia="en-GB"/>
        </w:rPr>
        <w:t>LC Almere Host</w:t>
      </w:r>
      <w:r w:rsidRPr="297B780E" w:rsidR="4F55404F">
        <w:rPr>
          <w:rFonts w:asciiTheme="majorHAnsi" w:hAnsiTheme="majorHAnsi" w:eastAsiaTheme="majorEastAsia" w:cstheme="majorBidi"/>
          <w:sz w:val="20"/>
          <w:szCs w:val="20"/>
          <w:lang w:eastAsia="en-GB"/>
        </w:rPr>
        <w:t>, 2</w:t>
      </w:r>
      <w:r w:rsidRPr="297B780E" w:rsidR="4F55404F">
        <w:rPr>
          <w:rFonts w:asciiTheme="majorHAnsi" w:hAnsiTheme="majorHAnsi" w:eastAsiaTheme="majorEastAsia" w:cstheme="majorBidi"/>
          <w:sz w:val="20"/>
          <w:szCs w:val="20"/>
          <w:vertAlign w:val="superscript"/>
          <w:lang w:eastAsia="en-GB"/>
        </w:rPr>
        <w:t>e</w:t>
      </w:r>
      <w:r w:rsidRPr="297B780E" w:rsidR="4F55404F">
        <w:rPr>
          <w:rFonts w:asciiTheme="majorHAnsi" w:hAnsiTheme="majorHAnsi" w:eastAsiaTheme="majorEastAsia" w:cstheme="majorBidi"/>
          <w:sz w:val="20"/>
          <w:szCs w:val="20"/>
          <w:lang w:eastAsia="en-GB"/>
        </w:rPr>
        <w:t xml:space="preserve"> VDG</w:t>
      </w:r>
    </w:p>
    <w:p w:rsidRPr="00550D67" w:rsidR="00550D67" w:rsidP="006B1769" w:rsidRDefault="0B54612A" w14:paraId="2ECB7E71" w14:textId="4070DD73">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Hans-Peter Visser</w:t>
      </w:r>
      <w:r w:rsidRPr="297B780E" w:rsidR="4F55404F">
        <w:rPr>
          <w:rFonts w:asciiTheme="majorHAnsi" w:hAnsiTheme="majorHAnsi" w:eastAsiaTheme="majorEastAsia" w:cstheme="majorBidi"/>
          <w:sz w:val="20"/>
          <w:szCs w:val="20"/>
          <w:lang w:eastAsia="en-GB"/>
        </w:rPr>
        <w:t xml:space="preserve">, </w:t>
      </w:r>
      <w:r w:rsidRPr="297B780E" w:rsidR="4E92002C">
        <w:rPr>
          <w:rFonts w:asciiTheme="majorHAnsi" w:hAnsiTheme="majorHAnsi" w:eastAsiaTheme="majorEastAsia" w:cstheme="majorBidi"/>
          <w:sz w:val="20"/>
          <w:szCs w:val="20"/>
          <w:lang w:val="nl-NL" w:eastAsia="en-GB"/>
        </w:rPr>
        <w:t>Club branche Alkmaar Victorie</w:t>
      </w:r>
      <w:r w:rsidRPr="297B780E" w:rsidR="4F55404F">
        <w:rPr>
          <w:rFonts w:asciiTheme="majorHAnsi" w:hAnsiTheme="majorHAnsi" w:eastAsiaTheme="majorEastAsia" w:cstheme="majorBidi"/>
          <w:sz w:val="20"/>
          <w:szCs w:val="20"/>
          <w:lang w:eastAsia="en-GB"/>
        </w:rPr>
        <w:t>, secretaris</w:t>
      </w:r>
    </w:p>
    <w:p w:rsidRPr="00550D67" w:rsidR="00550D67" w:rsidP="006B1769" w:rsidRDefault="4F55404F" w14:paraId="4FBE884C"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Harrie </w:t>
      </w:r>
      <w:proofErr w:type="spellStart"/>
      <w:r w:rsidRPr="297B780E">
        <w:rPr>
          <w:rFonts w:asciiTheme="majorHAnsi" w:hAnsiTheme="majorHAnsi" w:eastAsiaTheme="majorEastAsia" w:cstheme="majorBidi"/>
          <w:sz w:val="20"/>
          <w:szCs w:val="20"/>
          <w:lang w:val="nl-NL" w:eastAsia="en-GB"/>
        </w:rPr>
        <w:t>Welmer</w:t>
      </w:r>
      <w:proofErr w:type="spellEnd"/>
      <w:r w:rsidRPr="297B780E">
        <w:rPr>
          <w:rFonts w:asciiTheme="majorHAnsi" w:hAnsiTheme="majorHAnsi" w:eastAsiaTheme="majorEastAsia" w:cstheme="majorBidi"/>
          <w:sz w:val="20"/>
          <w:szCs w:val="20"/>
          <w:lang w:val="nl-NL" w:eastAsia="en-GB"/>
        </w:rPr>
        <w:t>, LC Den Helder, penningmeester</w:t>
      </w:r>
    </w:p>
    <w:p w:rsidRPr="00550D67" w:rsidR="00550D67" w:rsidP="297B780E" w:rsidRDefault="00550D67" w14:paraId="5B7F9DE1" w14:textId="77777777">
      <w:pPr>
        <w:spacing w:after="0" w:line="240" w:lineRule="auto"/>
        <w:ind w:left="720"/>
        <w:contextualSpacing/>
        <w:rPr>
          <w:rFonts w:asciiTheme="majorHAnsi" w:hAnsiTheme="majorHAnsi" w:eastAsiaTheme="majorEastAsia" w:cstheme="majorBidi"/>
          <w:sz w:val="20"/>
          <w:szCs w:val="20"/>
          <w:lang w:val="nl-NL" w:eastAsia="en-GB"/>
        </w:rPr>
      </w:pPr>
    </w:p>
    <w:p w:rsidRPr="00550D67" w:rsidR="00550D67" w:rsidP="297B780E" w:rsidRDefault="4F55404F" w14:paraId="49D8AB83" w14:textId="77777777">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b/>
          <w:bCs/>
          <w:sz w:val="20"/>
          <w:szCs w:val="20"/>
          <w:lang w:val="nl-NL" w:eastAsia="en-GB"/>
        </w:rPr>
        <w:t xml:space="preserve">Global Action Team (voorzitter: Pieter </w:t>
      </w:r>
      <w:proofErr w:type="spellStart"/>
      <w:r w:rsidRPr="297B780E">
        <w:rPr>
          <w:rFonts w:asciiTheme="majorHAnsi" w:hAnsiTheme="majorHAnsi" w:eastAsiaTheme="majorEastAsia" w:cstheme="majorBidi"/>
          <w:b/>
          <w:bCs/>
          <w:sz w:val="20"/>
          <w:szCs w:val="20"/>
          <w:lang w:val="nl-NL" w:eastAsia="en-GB"/>
        </w:rPr>
        <w:t>Haex</w:t>
      </w:r>
      <w:proofErr w:type="spellEnd"/>
      <w:r w:rsidRPr="297B780E">
        <w:rPr>
          <w:rFonts w:asciiTheme="majorHAnsi" w:hAnsiTheme="majorHAnsi" w:eastAsiaTheme="majorEastAsia" w:cstheme="majorBidi"/>
          <w:b/>
          <w:bCs/>
          <w:sz w:val="20"/>
          <w:szCs w:val="20"/>
          <w:lang w:val="nl-NL" w:eastAsia="en-GB"/>
        </w:rPr>
        <w:t>, DG)</w:t>
      </w:r>
    </w:p>
    <w:p w:rsidRPr="00550D67" w:rsidR="00550D67" w:rsidP="006B1769" w:rsidRDefault="4F55404F" w14:paraId="18389436"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proofErr w:type="spellStart"/>
      <w:r w:rsidRPr="297B780E">
        <w:rPr>
          <w:rFonts w:asciiTheme="majorHAnsi" w:hAnsiTheme="majorHAnsi" w:eastAsiaTheme="majorEastAsia" w:cstheme="majorBidi"/>
          <w:sz w:val="20"/>
          <w:szCs w:val="20"/>
          <w:lang w:val="nl-NL" w:eastAsia="en-GB"/>
        </w:rPr>
        <w:t>Jonel</w:t>
      </w:r>
      <w:proofErr w:type="spellEnd"/>
      <w:r w:rsidRPr="297B780E">
        <w:rPr>
          <w:rFonts w:asciiTheme="majorHAnsi" w:hAnsiTheme="majorHAnsi" w:eastAsiaTheme="majorEastAsia" w:cstheme="majorBidi"/>
          <w:sz w:val="20"/>
          <w:szCs w:val="20"/>
          <w:lang w:val="nl-NL" w:eastAsia="en-GB"/>
        </w:rPr>
        <w:t xml:space="preserve"> </w:t>
      </w:r>
      <w:proofErr w:type="spellStart"/>
      <w:r w:rsidRPr="297B780E">
        <w:rPr>
          <w:rFonts w:asciiTheme="majorHAnsi" w:hAnsiTheme="majorHAnsi" w:eastAsiaTheme="majorEastAsia" w:cstheme="majorBidi"/>
          <w:sz w:val="20"/>
          <w:szCs w:val="20"/>
          <w:lang w:val="nl-NL" w:eastAsia="en-GB"/>
        </w:rPr>
        <w:t>Penders</w:t>
      </w:r>
      <w:proofErr w:type="spellEnd"/>
      <w:r w:rsidRPr="297B780E">
        <w:rPr>
          <w:rFonts w:asciiTheme="majorHAnsi" w:hAnsiTheme="majorHAnsi" w:eastAsiaTheme="majorEastAsia" w:cstheme="majorBidi"/>
          <w:sz w:val="20"/>
          <w:szCs w:val="20"/>
          <w:lang w:val="nl-NL" w:eastAsia="en-GB"/>
        </w:rPr>
        <w:t>, LC, Amsterdam Host 1, GLT</w:t>
      </w:r>
    </w:p>
    <w:p w:rsidRPr="00550D67" w:rsidR="00550D67" w:rsidP="006B1769" w:rsidRDefault="4F55404F" w14:paraId="4D9AAA5E" w14:textId="77777777">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Hans Luijcx, LC Almere Host, GST</w:t>
      </w:r>
    </w:p>
    <w:p w:rsidRPr="00550D67" w:rsidR="00550D67" w:rsidP="006B1769" w:rsidRDefault="4F55404F" w14:paraId="4186AE51"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Arthur </w:t>
      </w:r>
      <w:proofErr w:type="spellStart"/>
      <w:r w:rsidRPr="297B780E">
        <w:rPr>
          <w:rFonts w:asciiTheme="majorHAnsi" w:hAnsiTheme="majorHAnsi" w:eastAsiaTheme="majorEastAsia" w:cstheme="majorBidi"/>
          <w:sz w:val="20"/>
          <w:szCs w:val="20"/>
          <w:lang w:val="nl-NL" w:eastAsia="en-GB"/>
        </w:rPr>
        <w:t>Wigbout</w:t>
      </w:r>
      <w:proofErr w:type="spellEnd"/>
      <w:r w:rsidRPr="297B780E">
        <w:rPr>
          <w:rFonts w:asciiTheme="majorHAnsi" w:hAnsiTheme="majorHAnsi" w:eastAsiaTheme="majorEastAsia" w:cstheme="majorBidi"/>
          <w:sz w:val="20"/>
          <w:szCs w:val="20"/>
          <w:lang w:val="nl-NL" w:eastAsia="en-GB"/>
        </w:rPr>
        <w:t>, LC Wieringermeer, GMT</w:t>
      </w:r>
    </w:p>
    <w:p w:rsidRPr="00550D67" w:rsidR="00550D67" w:rsidP="006B1769" w:rsidRDefault="4F55404F" w14:paraId="66DA2EEB"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Arjan van Ommen, PDG en Club </w:t>
      </w:r>
      <w:proofErr w:type="spellStart"/>
      <w:r w:rsidRPr="297B780E">
        <w:rPr>
          <w:rFonts w:asciiTheme="majorHAnsi" w:hAnsiTheme="majorHAnsi" w:eastAsiaTheme="majorEastAsia" w:cstheme="majorBidi"/>
          <w:sz w:val="20"/>
          <w:szCs w:val="20"/>
          <w:lang w:val="nl-NL" w:eastAsia="en-GB"/>
        </w:rPr>
        <w:t>branch</w:t>
      </w:r>
      <w:proofErr w:type="spellEnd"/>
      <w:r w:rsidRPr="297B780E">
        <w:rPr>
          <w:rFonts w:asciiTheme="majorHAnsi" w:hAnsiTheme="majorHAnsi" w:eastAsiaTheme="majorEastAsia" w:cstheme="majorBidi"/>
          <w:sz w:val="20"/>
          <w:szCs w:val="20"/>
          <w:lang w:val="nl-NL" w:eastAsia="en-GB"/>
        </w:rPr>
        <w:t xml:space="preserve"> Alkmaar Victorie, GET</w:t>
      </w:r>
    </w:p>
    <w:p w:rsidRPr="00550D67" w:rsidR="00550D67" w:rsidP="297B780E" w:rsidRDefault="00550D67" w14:paraId="5B46D0E0" w14:textId="77777777">
      <w:pPr>
        <w:spacing w:after="0" w:line="240" w:lineRule="auto"/>
        <w:ind w:left="720"/>
        <w:contextualSpacing/>
        <w:rPr>
          <w:rFonts w:asciiTheme="majorHAnsi" w:hAnsiTheme="majorHAnsi" w:eastAsiaTheme="majorEastAsia" w:cstheme="majorBidi"/>
          <w:sz w:val="20"/>
          <w:szCs w:val="20"/>
          <w:lang w:val="nl-NL" w:eastAsia="en-GB"/>
        </w:rPr>
      </w:pPr>
    </w:p>
    <w:p w:rsidRPr="00550D67" w:rsidR="00550D67" w:rsidP="297B780E" w:rsidRDefault="4F55404F" w14:paraId="46C8039B" w14:textId="77777777">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b/>
          <w:bCs/>
          <w:sz w:val="20"/>
          <w:szCs w:val="20"/>
          <w:lang w:val="nl-NL" w:eastAsia="en-GB"/>
        </w:rPr>
        <w:t xml:space="preserve">Zonevoorzitters (voorzitter: </w:t>
      </w:r>
      <w:proofErr w:type="spellStart"/>
      <w:r w:rsidRPr="297B780E">
        <w:rPr>
          <w:rFonts w:asciiTheme="majorHAnsi" w:hAnsiTheme="majorHAnsi" w:eastAsiaTheme="majorEastAsia" w:cstheme="majorBidi"/>
          <w:b/>
          <w:bCs/>
          <w:sz w:val="20"/>
          <w:szCs w:val="20"/>
          <w:lang w:val="nl-NL" w:eastAsia="en-GB"/>
        </w:rPr>
        <w:t>Jorick</w:t>
      </w:r>
      <w:proofErr w:type="spellEnd"/>
      <w:r w:rsidRPr="297B780E">
        <w:rPr>
          <w:rFonts w:asciiTheme="majorHAnsi" w:hAnsiTheme="majorHAnsi" w:eastAsiaTheme="majorEastAsia" w:cstheme="majorBidi"/>
          <w:b/>
          <w:bCs/>
          <w:sz w:val="20"/>
          <w:szCs w:val="20"/>
          <w:lang w:val="nl-NL" w:eastAsia="en-GB"/>
        </w:rPr>
        <w:t xml:space="preserve"> van Gemert, VDG)</w:t>
      </w:r>
    </w:p>
    <w:p w:rsidRPr="00550D67" w:rsidR="00550D67" w:rsidP="006B1769" w:rsidRDefault="4F55404F" w14:paraId="023F302C" w14:textId="640618D0">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1A, Erik Boogaard, LC Hoorn de Doelen </w:t>
      </w:r>
    </w:p>
    <w:p w:rsidRPr="00550D67" w:rsidR="00550D67" w:rsidP="006B1769" w:rsidRDefault="4F55404F" w14:paraId="4D27B9D0" w14:textId="139EBD75">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1B, Alexander Meijer, LC Landsmeer</w:t>
      </w:r>
    </w:p>
    <w:p w:rsidRPr="00550D67" w:rsidR="00550D67" w:rsidP="006B1769" w:rsidRDefault="4F55404F" w14:paraId="08103264" w14:textId="4D98F0B5">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2A, </w:t>
      </w:r>
      <w:r w:rsidRPr="297B780E" w:rsidR="2BF98330">
        <w:rPr>
          <w:rFonts w:asciiTheme="majorHAnsi" w:hAnsiTheme="majorHAnsi" w:eastAsiaTheme="majorEastAsia" w:cstheme="majorBidi"/>
          <w:sz w:val="20"/>
          <w:szCs w:val="20"/>
          <w:lang w:val="nl-NL" w:eastAsia="en-GB"/>
        </w:rPr>
        <w:t>Maarten Groos</w:t>
      </w:r>
      <w:r w:rsidRPr="297B780E" w:rsidR="393833EA">
        <w:rPr>
          <w:rFonts w:asciiTheme="majorHAnsi" w:hAnsiTheme="majorHAnsi" w:eastAsiaTheme="majorEastAsia" w:cstheme="majorBidi"/>
          <w:sz w:val="20"/>
          <w:szCs w:val="20"/>
          <w:lang w:val="nl-NL" w:eastAsia="en-GB"/>
        </w:rPr>
        <w:t xml:space="preserve">, </w:t>
      </w:r>
      <w:r w:rsidRPr="297B780E" w:rsidR="3ADA5DEE">
        <w:rPr>
          <w:rFonts w:asciiTheme="majorHAnsi" w:hAnsiTheme="majorHAnsi" w:eastAsiaTheme="majorEastAsia" w:cstheme="majorBidi"/>
          <w:sz w:val="20"/>
          <w:szCs w:val="20"/>
          <w:lang w:val="nl-NL" w:eastAsia="en-GB"/>
        </w:rPr>
        <w:t>LC Haarlem Over Den Duin</w:t>
      </w:r>
    </w:p>
    <w:p w:rsidRPr="00550D67" w:rsidR="00550D67" w:rsidP="006B1769" w:rsidRDefault="7D74A1F9" w14:paraId="7069D7EE" w14:textId="4DA4469E">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2B, </w:t>
      </w:r>
      <w:r w:rsidRPr="297B780E" w:rsidR="2EE4C301">
        <w:rPr>
          <w:rFonts w:asciiTheme="majorHAnsi" w:hAnsiTheme="majorHAnsi" w:eastAsiaTheme="majorEastAsia" w:cstheme="majorBidi"/>
          <w:sz w:val="20"/>
          <w:szCs w:val="20"/>
          <w:lang w:val="nl-NL" w:eastAsia="en-GB"/>
        </w:rPr>
        <w:t xml:space="preserve"> nog niet </w:t>
      </w:r>
      <w:proofErr w:type="spellStart"/>
      <w:r w:rsidRPr="297B780E" w:rsidR="2EE4C301">
        <w:rPr>
          <w:rFonts w:asciiTheme="majorHAnsi" w:hAnsiTheme="majorHAnsi" w:eastAsiaTheme="majorEastAsia" w:cstheme="majorBidi"/>
          <w:sz w:val="20"/>
          <w:szCs w:val="20"/>
          <w:lang w:val="nl-NL" w:eastAsia="en-GB"/>
        </w:rPr>
        <w:t>confirmed</w:t>
      </w:r>
      <w:proofErr w:type="spellEnd"/>
    </w:p>
    <w:p w:rsidRPr="00550D67" w:rsidR="00550D67" w:rsidP="006B1769" w:rsidRDefault="7D74A1F9" w14:paraId="278DA8BE" w14:textId="60A456EA">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2C, </w:t>
      </w:r>
      <w:proofErr w:type="spellStart"/>
      <w:r w:rsidRPr="297B780E">
        <w:rPr>
          <w:rFonts w:asciiTheme="majorHAnsi" w:hAnsiTheme="majorHAnsi" w:eastAsiaTheme="majorEastAsia" w:cstheme="majorBidi"/>
          <w:sz w:val="20"/>
          <w:szCs w:val="20"/>
          <w:lang w:val="nl-NL" w:eastAsia="en-GB"/>
        </w:rPr>
        <w:t>Zoridza</w:t>
      </w:r>
      <w:proofErr w:type="spellEnd"/>
      <w:r w:rsidRPr="297B780E">
        <w:rPr>
          <w:rFonts w:asciiTheme="majorHAnsi" w:hAnsiTheme="majorHAnsi" w:eastAsiaTheme="majorEastAsia" w:cstheme="majorBidi"/>
          <w:sz w:val="20"/>
          <w:szCs w:val="20"/>
          <w:lang w:val="nl-NL" w:eastAsia="en-GB"/>
        </w:rPr>
        <w:t xml:space="preserve"> Francisco, LC Amsterdam ‘t IJ</w:t>
      </w:r>
    </w:p>
    <w:p w:rsidRPr="00550D67" w:rsidR="00550D67" w:rsidP="006B1769" w:rsidRDefault="7D74A1F9" w14:paraId="008F4E6E" w14:textId="6E8FCF95">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3A, Marco van Daalen, LC Mijdrecht </w:t>
      </w:r>
      <w:proofErr w:type="spellStart"/>
      <w:r w:rsidRPr="297B780E">
        <w:rPr>
          <w:rFonts w:asciiTheme="majorHAnsi" w:hAnsiTheme="majorHAnsi" w:eastAsiaTheme="majorEastAsia" w:cstheme="majorBidi"/>
          <w:sz w:val="20"/>
          <w:szCs w:val="20"/>
          <w:lang w:val="nl-NL" w:eastAsia="en-GB"/>
        </w:rPr>
        <w:t>Wilnis</w:t>
      </w:r>
      <w:proofErr w:type="spellEnd"/>
      <w:r w:rsidRPr="297B780E" w:rsidR="4FD384F6">
        <w:rPr>
          <w:rFonts w:asciiTheme="majorHAnsi" w:hAnsiTheme="majorHAnsi" w:eastAsiaTheme="majorEastAsia" w:cstheme="majorBidi"/>
          <w:sz w:val="20"/>
          <w:szCs w:val="20"/>
          <w:lang w:val="nl-NL" w:eastAsia="en-GB"/>
        </w:rPr>
        <w:t xml:space="preserve"> nog niet </w:t>
      </w:r>
      <w:proofErr w:type="spellStart"/>
      <w:r w:rsidRPr="297B780E" w:rsidR="4FD384F6">
        <w:rPr>
          <w:rFonts w:asciiTheme="majorHAnsi" w:hAnsiTheme="majorHAnsi" w:eastAsiaTheme="majorEastAsia" w:cstheme="majorBidi"/>
          <w:sz w:val="20"/>
          <w:szCs w:val="20"/>
          <w:lang w:val="nl-NL" w:eastAsia="en-GB"/>
        </w:rPr>
        <w:t>confirmed</w:t>
      </w:r>
      <w:proofErr w:type="spellEnd"/>
    </w:p>
    <w:p w:rsidRPr="00550D67" w:rsidR="00550D67" w:rsidP="006B1769" w:rsidRDefault="4F55404F" w14:paraId="14C0776E"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3B, Floris </w:t>
      </w:r>
      <w:proofErr w:type="spellStart"/>
      <w:r w:rsidRPr="297B780E">
        <w:rPr>
          <w:rFonts w:asciiTheme="majorHAnsi" w:hAnsiTheme="majorHAnsi" w:eastAsiaTheme="majorEastAsia" w:cstheme="majorBidi"/>
          <w:sz w:val="20"/>
          <w:szCs w:val="20"/>
          <w:lang w:val="nl-NL" w:eastAsia="en-GB"/>
        </w:rPr>
        <w:t>Birnie</w:t>
      </w:r>
      <w:proofErr w:type="spellEnd"/>
      <w:r w:rsidRPr="297B780E">
        <w:rPr>
          <w:rFonts w:asciiTheme="majorHAnsi" w:hAnsiTheme="majorHAnsi" w:eastAsiaTheme="majorEastAsia" w:cstheme="majorBidi"/>
          <w:sz w:val="20"/>
          <w:szCs w:val="20"/>
          <w:lang w:val="nl-NL" w:eastAsia="en-GB"/>
        </w:rPr>
        <w:t>, LC Het Gooi</w:t>
      </w:r>
    </w:p>
    <w:p w:rsidRPr="00550D67" w:rsidR="00550D67" w:rsidP="297B780E" w:rsidRDefault="00550D67" w14:paraId="36B2638C" w14:textId="77777777">
      <w:pPr>
        <w:spacing w:after="0" w:line="240" w:lineRule="auto"/>
        <w:ind w:left="720"/>
        <w:contextualSpacing/>
        <w:rPr>
          <w:rFonts w:asciiTheme="majorHAnsi" w:hAnsiTheme="majorHAnsi" w:eastAsiaTheme="majorEastAsia" w:cstheme="majorBidi"/>
          <w:sz w:val="20"/>
          <w:szCs w:val="20"/>
          <w:lang w:val="nl-NL" w:eastAsia="en-GB"/>
        </w:rPr>
      </w:pPr>
    </w:p>
    <w:p w:rsidR="006309AE" w:rsidP="297B780E" w:rsidRDefault="006309AE" w14:paraId="0D3B8457" w14:textId="77777777">
      <w:pPr>
        <w:spacing w:after="0" w:line="240" w:lineRule="auto"/>
        <w:rPr>
          <w:rFonts w:asciiTheme="majorHAnsi" w:hAnsiTheme="majorHAnsi" w:eastAsiaTheme="majorEastAsia" w:cstheme="majorBidi"/>
          <w:b/>
          <w:bCs/>
          <w:sz w:val="20"/>
          <w:szCs w:val="20"/>
          <w:lang w:val="nl-NL" w:eastAsia="en-GB"/>
        </w:rPr>
      </w:pPr>
    </w:p>
    <w:p w:rsidR="006309AE" w:rsidP="297B780E" w:rsidRDefault="006309AE" w14:paraId="14CEAE01" w14:textId="77777777">
      <w:pPr>
        <w:spacing w:after="0" w:line="240" w:lineRule="auto"/>
        <w:rPr>
          <w:rFonts w:asciiTheme="majorHAnsi" w:hAnsiTheme="majorHAnsi" w:eastAsiaTheme="majorEastAsia" w:cstheme="majorBidi"/>
          <w:b/>
          <w:bCs/>
          <w:sz w:val="20"/>
          <w:szCs w:val="20"/>
          <w:lang w:val="nl-NL" w:eastAsia="en-GB"/>
        </w:rPr>
      </w:pPr>
    </w:p>
    <w:p w:rsidR="35744B9D" w:rsidP="35744B9D" w:rsidRDefault="35744B9D" w14:paraId="0AC86EB0" w14:textId="20DA06BB">
      <w:pPr>
        <w:spacing w:after="0" w:line="240" w:lineRule="auto"/>
        <w:rPr>
          <w:rFonts w:ascii="Calibri" w:hAnsi="Calibri" w:eastAsia="ＭＳ ゴシック" w:cs="Times New Roman" w:asciiTheme="majorAscii" w:hAnsiTheme="majorAscii" w:eastAsiaTheme="majorEastAsia" w:cstheme="majorBidi"/>
          <w:b w:val="1"/>
          <w:bCs w:val="1"/>
          <w:sz w:val="20"/>
          <w:szCs w:val="20"/>
          <w:lang w:val="nl-NL" w:eastAsia="en-GB"/>
        </w:rPr>
      </w:pPr>
    </w:p>
    <w:p w:rsidR="35744B9D" w:rsidP="35744B9D" w:rsidRDefault="35744B9D" w14:paraId="46D46F1A" w14:textId="3BC96858">
      <w:pPr>
        <w:spacing w:after="0" w:line="240" w:lineRule="auto"/>
        <w:rPr>
          <w:rFonts w:ascii="Calibri" w:hAnsi="Calibri" w:eastAsia="ＭＳ ゴシック" w:cs="Times New Roman" w:asciiTheme="majorAscii" w:hAnsiTheme="majorAscii" w:eastAsiaTheme="majorEastAsia" w:cstheme="majorBidi"/>
          <w:b w:val="1"/>
          <w:bCs w:val="1"/>
          <w:sz w:val="20"/>
          <w:szCs w:val="20"/>
          <w:lang w:val="nl-NL" w:eastAsia="en-GB"/>
        </w:rPr>
      </w:pPr>
    </w:p>
    <w:p w:rsidR="35744B9D" w:rsidP="35744B9D" w:rsidRDefault="35744B9D" w14:paraId="48D64848" w14:textId="11F648A1">
      <w:pPr>
        <w:spacing w:after="0" w:line="240" w:lineRule="auto"/>
        <w:rPr>
          <w:rFonts w:ascii="Calibri" w:hAnsi="Calibri" w:eastAsia="ＭＳ ゴシック" w:cs="Times New Roman" w:asciiTheme="majorAscii" w:hAnsiTheme="majorAscii" w:eastAsiaTheme="majorEastAsia" w:cstheme="majorBidi"/>
          <w:b w:val="1"/>
          <w:bCs w:val="1"/>
          <w:sz w:val="20"/>
          <w:szCs w:val="20"/>
          <w:lang w:val="nl-NL" w:eastAsia="en-GB"/>
        </w:rPr>
      </w:pPr>
    </w:p>
    <w:p w:rsidRPr="00550D67" w:rsidR="00550D67" w:rsidP="297B780E" w:rsidRDefault="4F55404F" w14:paraId="74A1B3C2" w14:textId="77777777">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b/>
          <w:bCs/>
          <w:sz w:val="20"/>
          <w:szCs w:val="20"/>
          <w:lang w:val="nl-NL" w:eastAsia="en-GB"/>
        </w:rPr>
        <w:lastRenderedPageBreak/>
        <w:t>Commissarissen</w:t>
      </w:r>
    </w:p>
    <w:p w:rsidRPr="00550D67" w:rsidR="00550D67" w:rsidP="35744B9D" w:rsidRDefault="4F55404F" w14:paraId="34EB0B6A" w14:textId="720AD39D">
      <w:pPr>
        <w:numPr>
          <w:ilvl w:val="0"/>
          <w:numId w:val="12"/>
        </w:numPr>
        <w:spacing w:after="0" w:line="240" w:lineRule="auto"/>
        <w:contextualSpacing w:val="1"/>
        <w:rPr>
          <w:rFonts w:ascii="Calibri" w:hAnsi="Calibri" w:eastAsia="ＭＳ ゴシック" w:cs="Times New Roman" w:asciiTheme="majorAscii" w:hAnsiTheme="majorAscii" w:eastAsiaTheme="majorEastAsia" w:cstheme="majorBidi"/>
          <w:b w:val="1"/>
          <w:bCs w:val="1"/>
          <w:i w:val="1"/>
          <w:iCs w:val="1"/>
          <w:sz w:val="20"/>
          <w:szCs w:val="20"/>
          <w:lang w:val="en-US" w:eastAsia="en-GB"/>
        </w:rPr>
      </w:pPr>
      <w:r w:rsidRPr="35744B9D" w:rsidR="4F55404F">
        <w:rPr>
          <w:rFonts w:ascii="Calibri" w:hAnsi="Calibri" w:eastAsia="ＭＳ ゴシック" w:cs="Times New Roman" w:asciiTheme="majorAscii" w:hAnsiTheme="majorAscii" w:eastAsiaTheme="majorEastAsia" w:cstheme="majorBidi"/>
          <w:sz w:val="20"/>
          <w:szCs w:val="20"/>
          <w:lang w:val="en-US" w:eastAsia="en-GB"/>
        </w:rPr>
        <w:t xml:space="preserve">New </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Voices</w:t>
      </w:r>
      <w:r w:rsidRPr="35744B9D" w:rsidR="1E8BE9E8">
        <w:rPr>
          <w:rFonts w:ascii="Calibri" w:hAnsi="Calibri" w:eastAsia="ＭＳ ゴシック" w:cs="Times New Roman" w:asciiTheme="majorAscii" w:hAnsiTheme="majorAscii" w:eastAsiaTheme="majorEastAsia" w:cstheme="majorBidi"/>
          <w:sz w:val="20"/>
          <w:szCs w:val="20"/>
          <w:lang w:val="en-US" w:eastAsia="en-GB"/>
        </w:rPr>
        <w:t xml:space="preserve">, </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 xml:space="preserve">Elisabeth </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Haderer</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 xml:space="preserve">, PID/PDG </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en</w:t>
      </w:r>
      <w:r w:rsidRPr="35744B9D" w:rsidR="4F55404F">
        <w:rPr>
          <w:rFonts w:ascii="Calibri" w:hAnsi="Calibri" w:eastAsia="ＭＳ ゴシック" w:cs="Times New Roman" w:asciiTheme="majorAscii" w:hAnsiTheme="majorAscii" w:eastAsiaTheme="majorEastAsia" w:cstheme="majorBidi"/>
          <w:sz w:val="20"/>
          <w:szCs w:val="20"/>
          <w:lang w:val="en-US" w:eastAsia="en-GB"/>
        </w:rPr>
        <w:t xml:space="preserve"> LC Haarlem Over den Duin</w:t>
      </w:r>
      <w:proofErr w:type="spellStart"/>
      <w:proofErr w:type="spellEnd"/>
    </w:p>
    <w:p w:rsidRPr="00550D67" w:rsidR="00550D67" w:rsidP="35744B9D" w:rsidRDefault="2E22AA64" w14:paraId="4087AAE0" w14:textId="43216026">
      <w:pPr>
        <w:numPr>
          <w:ilvl w:val="0"/>
          <w:numId w:val="12"/>
        </w:numPr>
        <w:spacing w:after="0" w:line="240" w:lineRule="auto"/>
        <w:contextualSpacing w:val="1"/>
        <w:rPr>
          <w:rFonts w:ascii="Calibri" w:hAnsi="Calibri" w:eastAsia="ＭＳ ゴシック" w:cs="Times New Roman" w:asciiTheme="majorAscii" w:hAnsiTheme="majorAscii" w:eastAsiaTheme="majorEastAsia" w:cstheme="majorBidi"/>
          <w:sz w:val="20"/>
          <w:szCs w:val="20"/>
          <w:lang w:eastAsia="en-GB"/>
        </w:rPr>
      </w:pPr>
      <w:r w:rsidRPr="35744B9D" w:rsidR="4F55404F">
        <w:rPr>
          <w:rFonts w:ascii="Calibri" w:hAnsi="Calibri" w:eastAsia="ＭＳ ゴシック" w:cs="Times New Roman" w:asciiTheme="majorAscii" w:hAnsiTheme="majorAscii" w:eastAsiaTheme="majorEastAsia" w:cstheme="majorBidi"/>
          <w:sz w:val="20"/>
          <w:szCs w:val="20"/>
          <w:lang w:val="nl-NL" w:eastAsia="en-GB"/>
        </w:rPr>
        <w:t>Lions40</w:t>
      </w:r>
      <w:r w:rsidRPr="35744B9D" w:rsidR="5B63444D">
        <w:rPr>
          <w:rFonts w:ascii="Calibri" w:hAnsi="Calibri" w:eastAsia="ＭＳ ゴシック" w:cs="Times New Roman" w:asciiTheme="majorAscii" w:hAnsiTheme="majorAscii" w:eastAsiaTheme="majorEastAsia" w:cstheme="majorBidi"/>
          <w:sz w:val="20"/>
          <w:szCs w:val="20"/>
          <w:lang w:val="nl-NL" w:eastAsia="en-GB"/>
        </w:rPr>
        <w:t xml:space="preserve">, </w:t>
      </w:r>
      <w:r w:rsidRPr="35744B9D" w:rsidR="2E22AA64">
        <w:rPr>
          <w:rFonts w:ascii="Calibri" w:hAnsi="Calibri" w:eastAsia="ＭＳ ゴシック" w:cs="Times New Roman" w:asciiTheme="majorAscii" w:hAnsiTheme="majorAscii" w:eastAsiaTheme="majorEastAsia" w:cstheme="majorBidi"/>
          <w:sz w:val="20"/>
          <w:szCs w:val="20"/>
          <w:lang w:val="nl-NL" w:eastAsia="en-GB"/>
        </w:rPr>
        <w:t>nog</w:t>
      </w:r>
      <w:r w:rsidRPr="35744B9D" w:rsidR="2E22AA64">
        <w:rPr>
          <w:rFonts w:ascii="Calibri" w:hAnsi="Calibri" w:eastAsia="ＭＳ ゴシック" w:cs="Times New Roman" w:asciiTheme="majorAscii" w:hAnsiTheme="majorAscii" w:eastAsiaTheme="majorEastAsia" w:cstheme="majorBidi"/>
          <w:sz w:val="20"/>
          <w:szCs w:val="20"/>
          <w:lang w:val="nl-NL" w:eastAsia="en-GB"/>
        </w:rPr>
        <w:t xml:space="preserve"> niet </w:t>
      </w:r>
      <w:r w:rsidRPr="35744B9D" w:rsidR="2E22AA64">
        <w:rPr>
          <w:rFonts w:ascii="Calibri" w:hAnsi="Calibri" w:eastAsia="ＭＳ ゴシック" w:cs="Times New Roman" w:asciiTheme="majorAscii" w:hAnsiTheme="majorAscii" w:eastAsiaTheme="majorEastAsia" w:cstheme="majorBidi"/>
          <w:sz w:val="20"/>
          <w:szCs w:val="20"/>
          <w:lang w:val="nl-NL" w:eastAsia="en-GB"/>
        </w:rPr>
        <w:t>confirmed</w:t>
      </w:r>
      <w:r w:rsidRPr="35744B9D" w:rsidR="2E22AA64">
        <w:rPr>
          <w:rFonts w:ascii="Calibri" w:hAnsi="Calibri" w:eastAsia="ＭＳ ゴシック" w:cs="Times New Roman" w:asciiTheme="majorAscii" w:hAnsiTheme="majorAscii" w:eastAsiaTheme="majorEastAsia" w:cstheme="majorBidi"/>
          <w:sz w:val="20"/>
          <w:szCs w:val="20"/>
          <w:lang w:eastAsia="en-GB"/>
        </w:rPr>
        <w:t xml:space="preserve"> </w:t>
      </w:r>
      <w:proofErr w:type="spellStart"/>
      <w:proofErr w:type="spellEnd"/>
    </w:p>
    <w:p w:rsidRPr="00550D67" w:rsidR="00550D67" w:rsidP="006B1769" w:rsidRDefault="4F55404F" w14:paraId="05D4FFEF" w14:textId="5479654F">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Lions Media, Anja Luijcx, LC Almere Veritas (redacteur)</w:t>
      </w:r>
      <w:r w:rsidRPr="297B780E" w:rsidR="41681C73">
        <w:rPr>
          <w:rFonts w:asciiTheme="majorHAnsi" w:hAnsiTheme="majorHAnsi" w:eastAsiaTheme="majorEastAsia" w:cstheme="majorBidi"/>
          <w:sz w:val="20"/>
          <w:szCs w:val="20"/>
          <w:lang w:eastAsia="en-GB"/>
        </w:rPr>
        <w:t xml:space="preserve"> not confirmed </w:t>
      </w:r>
      <w:r w:rsidRPr="297B780E">
        <w:rPr>
          <w:rFonts w:asciiTheme="majorHAnsi" w:hAnsiTheme="majorHAnsi" w:eastAsiaTheme="majorEastAsia" w:cstheme="majorBidi"/>
          <w:b/>
          <w:bCs/>
          <w:i/>
          <w:iCs/>
          <w:sz w:val="20"/>
          <w:szCs w:val="20"/>
          <w:lang w:eastAsia="en-GB"/>
        </w:rPr>
        <w:t xml:space="preserve"> </w:t>
      </w:r>
      <w:r w:rsidRPr="297B780E">
        <w:rPr>
          <w:rFonts w:asciiTheme="majorHAnsi" w:hAnsiTheme="majorHAnsi" w:eastAsiaTheme="majorEastAsia" w:cstheme="majorBidi"/>
          <w:sz w:val="20"/>
          <w:szCs w:val="20"/>
          <w:lang w:eastAsia="en-GB"/>
        </w:rPr>
        <w:t xml:space="preserve">en Hans-Peter Visser, </w:t>
      </w:r>
      <w:r w:rsidRPr="297B780E">
        <w:rPr>
          <w:rFonts w:asciiTheme="majorHAnsi" w:hAnsiTheme="majorHAnsi" w:eastAsiaTheme="majorEastAsia" w:cstheme="majorBidi"/>
          <w:sz w:val="20"/>
          <w:szCs w:val="20"/>
          <w:lang w:val="nl-NL" w:eastAsia="en-GB"/>
        </w:rPr>
        <w:t xml:space="preserve">Club </w:t>
      </w:r>
      <w:proofErr w:type="spellStart"/>
      <w:r w:rsidRPr="297B780E">
        <w:rPr>
          <w:rFonts w:asciiTheme="majorHAnsi" w:hAnsiTheme="majorHAnsi" w:eastAsiaTheme="majorEastAsia" w:cstheme="majorBidi"/>
          <w:sz w:val="20"/>
          <w:szCs w:val="20"/>
          <w:lang w:val="nl-NL" w:eastAsia="en-GB"/>
        </w:rPr>
        <w:t>branch</w:t>
      </w:r>
      <w:proofErr w:type="spellEnd"/>
      <w:r w:rsidRPr="297B780E">
        <w:rPr>
          <w:rFonts w:asciiTheme="majorHAnsi" w:hAnsiTheme="majorHAnsi" w:eastAsiaTheme="majorEastAsia" w:cstheme="majorBidi"/>
          <w:sz w:val="20"/>
          <w:szCs w:val="20"/>
          <w:lang w:val="nl-NL" w:eastAsia="en-GB"/>
        </w:rPr>
        <w:t xml:space="preserve"> Alkmaar Victorie (webmaster)</w:t>
      </w:r>
      <w:r w:rsidRPr="297B780E">
        <w:rPr>
          <w:rFonts w:asciiTheme="majorHAnsi" w:hAnsiTheme="majorHAnsi" w:eastAsiaTheme="majorEastAsia" w:cstheme="majorBidi"/>
          <w:sz w:val="20"/>
          <w:szCs w:val="20"/>
          <w:lang w:eastAsia="en-GB"/>
        </w:rPr>
        <w:t xml:space="preserve"> </w:t>
      </w:r>
      <w:r w:rsidRPr="297B780E">
        <w:rPr>
          <w:rFonts w:asciiTheme="majorHAnsi" w:hAnsiTheme="majorHAnsi" w:eastAsiaTheme="majorEastAsia" w:cstheme="majorBidi"/>
          <w:b/>
          <w:bCs/>
          <w:i/>
          <w:iCs/>
          <w:sz w:val="20"/>
          <w:szCs w:val="20"/>
          <w:lang w:eastAsia="en-GB"/>
        </w:rPr>
        <w:t xml:space="preserve"> </w:t>
      </w:r>
    </w:p>
    <w:p w:rsidRPr="00550D67" w:rsidR="00550D67" w:rsidP="006B1769" w:rsidRDefault="10198E9F" w14:paraId="576B33BD" w14:textId="0D9DE110">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Conventie coördinator</w:t>
      </w:r>
      <w:r w:rsidRPr="297B780E" w:rsidR="4F55404F">
        <w:rPr>
          <w:rFonts w:asciiTheme="majorHAnsi" w:hAnsiTheme="majorHAnsi" w:eastAsiaTheme="majorEastAsia" w:cstheme="majorBidi"/>
          <w:sz w:val="20"/>
          <w:szCs w:val="20"/>
          <w:lang w:val="nl-NL" w:eastAsia="en-GB"/>
        </w:rPr>
        <w:t xml:space="preserve">, </w:t>
      </w:r>
      <w:proofErr w:type="spellStart"/>
      <w:r w:rsidRPr="297B780E" w:rsidR="74F706FF">
        <w:rPr>
          <w:rFonts w:asciiTheme="majorHAnsi" w:hAnsiTheme="majorHAnsi" w:eastAsiaTheme="majorEastAsia" w:cstheme="majorBidi"/>
          <w:sz w:val="20"/>
          <w:szCs w:val="20"/>
          <w:lang w:val="nl-NL" w:eastAsia="en-GB"/>
        </w:rPr>
        <w:t>Robertjan</w:t>
      </w:r>
      <w:proofErr w:type="spellEnd"/>
      <w:r w:rsidRPr="297B780E" w:rsidR="74F706FF">
        <w:rPr>
          <w:rFonts w:asciiTheme="majorHAnsi" w:hAnsiTheme="majorHAnsi" w:eastAsiaTheme="majorEastAsia" w:cstheme="majorBidi"/>
          <w:sz w:val="20"/>
          <w:szCs w:val="20"/>
          <w:lang w:val="nl-NL" w:eastAsia="en-GB"/>
        </w:rPr>
        <w:t xml:space="preserve"> Reininga</w:t>
      </w:r>
      <w:r w:rsidRPr="297B780E" w:rsidR="4F55404F">
        <w:rPr>
          <w:rFonts w:asciiTheme="majorHAnsi" w:hAnsiTheme="majorHAnsi" w:eastAsiaTheme="majorEastAsia" w:cstheme="majorBidi"/>
          <w:sz w:val="20"/>
          <w:szCs w:val="20"/>
          <w:lang w:val="nl-NL" w:eastAsia="en-GB"/>
        </w:rPr>
        <w:t xml:space="preserve">, </w:t>
      </w:r>
      <w:r w:rsidRPr="297B780E" w:rsidR="79D89B30">
        <w:rPr>
          <w:rFonts w:asciiTheme="majorHAnsi" w:hAnsiTheme="majorHAnsi" w:eastAsiaTheme="majorEastAsia" w:cstheme="majorBidi"/>
          <w:sz w:val="20"/>
          <w:szCs w:val="20"/>
          <w:lang w:val="nl-NL" w:eastAsia="en-GB"/>
        </w:rPr>
        <w:t>LC Amsterdam ‘t IJ</w:t>
      </w:r>
    </w:p>
    <w:p w:rsidRPr="00550D67" w:rsidR="00550D67" w:rsidP="006B1769" w:rsidRDefault="4F55404F" w14:paraId="46ACB12D"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Informatiemanager / </w:t>
      </w:r>
      <w:proofErr w:type="spellStart"/>
      <w:r w:rsidRPr="297B780E">
        <w:rPr>
          <w:rFonts w:asciiTheme="majorHAnsi" w:hAnsiTheme="majorHAnsi" w:eastAsiaTheme="majorEastAsia" w:cstheme="majorBidi"/>
          <w:sz w:val="20"/>
          <w:szCs w:val="20"/>
          <w:lang w:val="nl-NL" w:eastAsia="en-GB"/>
        </w:rPr>
        <w:t>LionsBase</w:t>
      </w:r>
      <w:proofErr w:type="spellEnd"/>
      <w:r w:rsidRPr="297B780E">
        <w:rPr>
          <w:rFonts w:asciiTheme="majorHAnsi" w:hAnsiTheme="majorHAnsi" w:eastAsiaTheme="majorEastAsia" w:cstheme="majorBidi"/>
          <w:sz w:val="20"/>
          <w:szCs w:val="20"/>
          <w:lang w:val="nl-NL" w:eastAsia="en-GB"/>
        </w:rPr>
        <w:t xml:space="preserve">, Willem de Vries, LC Kaag en </w:t>
      </w:r>
      <w:proofErr w:type="spellStart"/>
      <w:r w:rsidRPr="297B780E">
        <w:rPr>
          <w:rFonts w:asciiTheme="majorHAnsi" w:hAnsiTheme="majorHAnsi" w:eastAsiaTheme="majorEastAsia" w:cstheme="majorBidi"/>
          <w:sz w:val="20"/>
          <w:szCs w:val="20"/>
          <w:lang w:val="nl-NL" w:eastAsia="en-GB"/>
        </w:rPr>
        <w:t>Braassem</w:t>
      </w:r>
      <w:proofErr w:type="spellEnd"/>
    </w:p>
    <w:p w:rsidRPr="00550D67" w:rsidR="00550D67" w:rsidP="006B1769" w:rsidRDefault="4F55404F" w14:paraId="6A15EB2E"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Special </w:t>
      </w:r>
      <w:proofErr w:type="spellStart"/>
      <w:r w:rsidRPr="297B780E">
        <w:rPr>
          <w:rFonts w:asciiTheme="majorHAnsi" w:hAnsiTheme="majorHAnsi" w:eastAsiaTheme="majorEastAsia" w:cstheme="majorBidi"/>
          <w:sz w:val="20"/>
          <w:szCs w:val="20"/>
          <w:lang w:val="nl-NL" w:eastAsia="en-GB"/>
        </w:rPr>
        <w:t>Olympics</w:t>
      </w:r>
      <w:proofErr w:type="spellEnd"/>
      <w:r w:rsidRPr="297B780E">
        <w:rPr>
          <w:rFonts w:asciiTheme="majorHAnsi" w:hAnsiTheme="majorHAnsi" w:eastAsiaTheme="majorEastAsia" w:cstheme="majorBidi"/>
          <w:sz w:val="20"/>
          <w:szCs w:val="20"/>
          <w:lang w:val="nl-NL" w:eastAsia="en-GB"/>
        </w:rPr>
        <w:t>, Maarten Groos, LC Haarlem Over den Duin</w:t>
      </w:r>
    </w:p>
    <w:p w:rsidRPr="00550D67" w:rsidR="00550D67" w:rsidP="006B1769" w:rsidRDefault="4F55404F" w14:paraId="65EC29C3" w14:textId="77777777">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Peace poster &amp; essay contest, Ellen Hermens, Club branch Alkmaar Victorie</w:t>
      </w:r>
    </w:p>
    <w:p w:rsidRPr="00550D67" w:rsidR="00550D67" w:rsidP="006B1769" w:rsidRDefault="4F55404F" w14:paraId="300B06D1" w14:textId="7F95518F">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Young Ambassador, Aysegul Yavuz, Club branch Support NW NL</w:t>
      </w:r>
      <w:r w:rsidRPr="297B780E" w:rsidR="1132B2E7">
        <w:rPr>
          <w:rFonts w:asciiTheme="majorHAnsi" w:hAnsiTheme="majorHAnsi" w:eastAsiaTheme="majorEastAsia" w:cstheme="majorBidi"/>
          <w:sz w:val="20"/>
          <w:szCs w:val="20"/>
          <w:lang w:eastAsia="en-GB"/>
        </w:rPr>
        <w:t xml:space="preserve"> not confirmed</w:t>
      </w:r>
    </w:p>
    <w:p w:rsidRPr="00550D67" w:rsidR="00550D67" w:rsidP="006B1769" w:rsidRDefault="7D74A1F9" w14:paraId="321145C3" w14:textId="68883F6E">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Lion tail twister, Mark Wijngaarde, PDG en LC Amstelveen Mingle</w:t>
      </w:r>
    </w:p>
    <w:p w:rsidRPr="00550D67" w:rsidR="00550D67" w:rsidP="297B780E" w:rsidRDefault="00550D67" w14:paraId="5BAE0867" w14:textId="77777777">
      <w:pPr>
        <w:spacing w:after="0" w:line="240" w:lineRule="auto"/>
        <w:ind w:left="720"/>
        <w:contextualSpacing/>
        <w:rPr>
          <w:rFonts w:asciiTheme="majorHAnsi" w:hAnsiTheme="majorHAnsi" w:eastAsiaTheme="majorEastAsia" w:cstheme="majorBidi"/>
          <w:sz w:val="20"/>
          <w:szCs w:val="20"/>
          <w:lang w:val="nl-NL" w:eastAsia="en-GB"/>
        </w:rPr>
      </w:pPr>
    </w:p>
    <w:p w:rsidRPr="00550D67" w:rsidR="00550D67" w:rsidP="297B780E" w:rsidRDefault="4F55404F" w14:paraId="3E854AF5" w14:textId="77777777">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b/>
          <w:bCs/>
          <w:sz w:val="20"/>
          <w:szCs w:val="20"/>
          <w:lang w:val="nl-NL" w:eastAsia="en-GB"/>
        </w:rPr>
        <w:t>Stichtingen</w:t>
      </w:r>
    </w:p>
    <w:p w:rsidRPr="00550D67" w:rsidR="00550D67" w:rsidP="006B1769" w:rsidRDefault="4F55404F" w14:paraId="1A99764B"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LCIF, </w:t>
      </w:r>
      <w:proofErr w:type="spellStart"/>
      <w:r w:rsidRPr="297B780E">
        <w:rPr>
          <w:rFonts w:asciiTheme="majorHAnsi" w:hAnsiTheme="majorHAnsi" w:eastAsiaTheme="majorEastAsia" w:cstheme="majorBidi"/>
          <w:sz w:val="20"/>
          <w:szCs w:val="20"/>
          <w:lang w:val="nl-NL" w:eastAsia="en-GB"/>
        </w:rPr>
        <w:t>Robertjan</w:t>
      </w:r>
      <w:proofErr w:type="spellEnd"/>
      <w:r w:rsidRPr="297B780E">
        <w:rPr>
          <w:rFonts w:asciiTheme="majorHAnsi" w:hAnsiTheme="majorHAnsi" w:eastAsiaTheme="majorEastAsia" w:cstheme="majorBidi"/>
          <w:sz w:val="20"/>
          <w:szCs w:val="20"/>
          <w:lang w:val="nl-NL" w:eastAsia="en-GB"/>
        </w:rPr>
        <w:t xml:space="preserve"> Reininga (</w:t>
      </w:r>
      <w:hyperlink r:id="rId8">
        <w:r w:rsidRPr="297B780E">
          <w:rPr>
            <w:rFonts w:asciiTheme="majorHAnsi" w:hAnsiTheme="majorHAnsi" w:eastAsiaTheme="majorEastAsia" w:cstheme="majorBidi"/>
            <w:color w:val="0000FF"/>
            <w:sz w:val="20"/>
            <w:szCs w:val="20"/>
            <w:u w:val="single"/>
            <w:lang w:val="nl-NL" w:eastAsia="en-GB"/>
          </w:rPr>
          <w:t>website</w:t>
        </w:r>
      </w:hyperlink>
      <w:r w:rsidRPr="297B780E">
        <w:rPr>
          <w:rFonts w:asciiTheme="majorHAnsi" w:hAnsiTheme="majorHAnsi" w:eastAsiaTheme="majorEastAsia" w:cstheme="majorBidi"/>
          <w:sz w:val="20"/>
          <w:szCs w:val="20"/>
          <w:lang w:val="nl-NL" w:eastAsia="en-GB"/>
        </w:rPr>
        <w:t>)</w:t>
      </w:r>
    </w:p>
    <w:p w:rsidRPr="00550D67" w:rsidR="00550D67" w:rsidP="006B1769" w:rsidRDefault="7D74A1F9" w14:paraId="0C5BD432" w14:textId="0209953E">
      <w:pPr>
        <w:numPr>
          <w:ilvl w:val="0"/>
          <w:numId w:val="12"/>
        </w:numPr>
        <w:spacing w:after="0" w:line="240" w:lineRule="auto"/>
        <w:contextualSpacing/>
        <w:rPr>
          <w:rFonts w:asciiTheme="majorHAnsi" w:hAnsiTheme="majorHAnsi" w:eastAsiaTheme="majorEastAsia" w:cstheme="majorBidi"/>
          <w:sz w:val="20"/>
          <w:szCs w:val="20"/>
          <w:lang w:val="nl-NL" w:eastAsia="en-GB"/>
        </w:rPr>
      </w:pPr>
      <w:proofErr w:type="spellStart"/>
      <w:r w:rsidRPr="297B780E">
        <w:rPr>
          <w:rFonts w:asciiTheme="majorHAnsi" w:hAnsiTheme="majorHAnsi" w:eastAsiaTheme="majorEastAsia" w:cstheme="majorBidi"/>
          <w:sz w:val="20"/>
          <w:szCs w:val="20"/>
          <w:lang w:val="nl-NL" w:eastAsia="en-GB"/>
        </w:rPr>
        <w:t>Lions</w:t>
      </w:r>
      <w:proofErr w:type="spellEnd"/>
      <w:r w:rsidRPr="297B780E">
        <w:rPr>
          <w:rFonts w:asciiTheme="majorHAnsi" w:hAnsiTheme="majorHAnsi" w:eastAsiaTheme="majorEastAsia" w:cstheme="majorBidi"/>
          <w:sz w:val="20"/>
          <w:szCs w:val="20"/>
          <w:lang w:val="nl-NL" w:eastAsia="en-GB"/>
        </w:rPr>
        <w:t xml:space="preserve"> Helpen (was </w:t>
      </w:r>
      <w:proofErr w:type="spellStart"/>
      <w:r w:rsidRPr="297B780E">
        <w:rPr>
          <w:rFonts w:asciiTheme="majorHAnsi" w:hAnsiTheme="majorHAnsi" w:eastAsiaTheme="majorEastAsia" w:cstheme="majorBidi"/>
          <w:sz w:val="20"/>
          <w:szCs w:val="20"/>
          <w:lang w:val="nl-NL" w:eastAsia="en-GB"/>
        </w:rPr>
        <w:t>Lions</w:t>
      </w:r>
      <w:proofErr w:type="spellEnd"/>
      <w:r w:rsidRPr="297B780E">
        <w:rPr>
          <w:rFonts w:asciiTheme="majorHAnsi" w:hAnsiTheme="majorHAnsi" w:eastAsiaTheme="majorEastAsia" w:cstheme="majorBidi"/>
          <w:sz w:val="20"/>
          <w:szCs w:val="20"/>
          <w:lang w:val="nl-NL" w:eastAsia="en-GB"/>
        </w:rPr>
        <w:t xml:space="preserve"> </w:t>
      </w:r>
      <w:proofErr w:type="spellStart"/>
      <w:r w:rsidRPr="297B780E">
        <w:rPr>
          <w:rFonts w:asciiTheme="majorHAnsi" w:hAnsiTheme="majorHAnsi" w:eastAsiaTheme="majorEastAsia" w:cstheme="majorBidi"/>
          <w:sz w:val="20"/>
          <w:szCs w:val="20"/>
          <w:lang w:val="nl-NL" w:eastAsia="en-GB"/>
        </w:rPr>
        <w:t>Quest</w:t>
      </w:r>
      <w:proofErr w:type="spellEnd"/>
      <w:r w:rsidRPr="297B780E">
        <w:rPr>
          <w:rFonts w:asciiTheme="majorHAnsi" w:hAnsiTheme="majorHAnsi" w:eastAsiaTheme="majorEastAsia" w:cstheme="majorBidi"/>
          <w:sz w:val="20"/>
          <w:szCs w:val="20"/>
          <w:lang w:val="nl-NL" w:eastAsia="en-GB"/>
        </w:rPr>
        <w:t>), Bas van Beusekom, LC Haarlem Over den Duin</w:t>
      </w:r>
    </w:p>
    <w:p w:rsidRPr="00550D67" w:rsidR="00550D67" w:rsidP="006B1769" w:rsidRDefault="4F55404F" w14:paraId="39E83770"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Jeugduitwisseling, Wil Menheere, LC Almere </w:t>
      </w:r>
      <w:proofErr w:type="spellStart"/>
      <w:r w:rsidRPr="297B780E">
        <w:rPr>
          <w:rFonts w:asciiTheme="majorHAnsi" w:hAnsiTheme="majorHAnsi" w:eastAsiaTheme="majorEastAsia" w:cstheme="majorBidi"/>
          <w:sz w:val="20"/>
          <w:szCs w:val="20"/>
          <w:lang w:val="nl-NL" w:eastAsia="en-GB"/>
        </w:rPr>
        <w:t>Veritas</w:t>
      </w:r>
      <w:proofErr w:type="spellEnd"/>
      <w:r w:rsidRPr="297B780E">
        <w:rPr>
          <w:rFonts w:asciiTheme="majorHAnsi" w:hAnsiTheme="majorHAnsi" w:eastAsiaTheme="majorEastAsia" w:cstheme="majorBidi"/>
          <w:sz w:val="20"/>
          <w:szCs w:val="20"/>
          <w:lang w:val="nl-NL" w:eastAsia="en-GB"/>
        </w:rPr>
        <w:t xml:space="preserve"> (</w:t>
      </w:r>
      <w:hyperlink r:id="rId9">
        <w:r w:rsidRPr="297B780E">
          <w:rPr>
            <w:rFonts w:asciiTheme="majorHAnsi" w:hAnsiTheme="majorHAnsi" w:eastAsiaTheme="majorEastAsia" w:cstheme="majorBidi"/>
            <w:color w:val="0000FF"/>
            <w:sz w:val="20"/>
            <w:szCs w:val="20"/>
            <w:u w:val="single"/>
            <w:lang w:val="nl-NL" w:eastAsia="en-GB"/>
          </w:rPr>
          <w:t>website</w:t>
        </w:r>
      </w:hyperlink>
      <w:r w:rsidRPr="297B780E">
        <w:rPr>
          <w:rFonts w:asciiTheme="majorHAnsi" w:hAnsiTheme="majorHAnsi" w:eastAsiaTheme="majorEastAsia" w:cstheme="majorBidi"/>
          <w:sz w:val="20"/>
          <w:szCs w:val="20"/>
          <w:lang w:val="nl-NL" w:eastAsia="en-GB"/>
        </w:rPr>
        <w:t>)</w:t>
      </w:r>
    </w:p>
    <w:p w:rsidRPr="00550D67" w:rsidR="00550D67" w:rsidP="006B1769" w:rsidRDefault="4F55404F" w14:paraId="1CA3A326" w14:textId="77777777">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Fight for Sight, Paul Korremans, LC Den Helder (</w:t>
      </w:r>
      <w:r>
        <w:fldChar w:fldCharType="begin"/>
      </w:r>
      <w:r>
        <w:instrText>HYPERLINK "https://fightforsight.nl/" \h</w:instrText>
      </w:r>
      <w:r>
        <w:fldChar w:fldCharType="separate"/>
      </w:r>
      <w:r w:rsidRPr="297B780E">
        <w:rPr>
          <w:rFonts w:asciiTheme="majorHAnsi" w:hAnsiTheme="majorHAnsi" w:eastAsiaTheme="majorEastAsia" w:cstheme="majorBidi"/>
          <w:color w:val="0000FF"/>
          <w:sz w:val="20"/>
          <w:szCs w:val="20"/>
          <w:u w:val="single"/>
          <w:lang w:eastAsia="en-GB"/>
        </w:rPr>
        <w:t>website</w:t>
      </w:r>
      <w:r>
        <w:fldChar w:fldCharType="end"/>
      </w:r>
      <w:r w:rsidRPr="297B780E">
        <w:rPr>
          <w:rFonts w:asciiTheme="majorHAnsi" w:hAnsiTheme="majorHAnsi" w:eastAsiaTheme="majorEastAsia" w:cstheme="majorBidi"/>
          <w:sz w:val="20"/>
          <w:szCs w:val="20"/>
          <w:lang w:eastAsia="en-GB"/>
        </w:rPr>
        <w:t>)</w:t>
      </w:r>
    </w:p>
    <w:p w:rsidRPr="00550D67" w:rsidR="00550D67" w:rsidP="006B1769" w:rsidRDefault="51908040" w14:paraId="4CB6AC04"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Duurzame Leefomgeving, Anton </w:t>
      </w:r>
      <w:proofErr w:type="spellStart"/>
      <w:r w:rsidRPr="297B780E">
        <w:rPr>
          <w:rFonts w:asciiTheme="majorHAnsi" w:hAnsiTheme="majorHAnsi" w:eastAsiaTheme="majorEastAsia" w:cstheme="majorBidi"/>
          <w:sz w:val="20"/>
          <w:szCs w:val="20"/>
          <w:lang w:val="nl-NL" w:eastAsia="en-GB"/>
        </w:rPr>
        <w:t>Grandiek</w:t>
      </w:r>
      <w:proofErr w:type="spellEnd"/>
      <w:r w:rsidRPr="297B780E">
        <w:rPr>
          <w:rFonts w:asciiTheme="majorHAnsi" w:hAnsiTheme="majorHAnsi" w:eastAsiaTheme="majorEastAsia" w:cstheme="majorBidi"/>
          <w:sz w:val="20"/>
          <w:szCs w:val="20"/>
          <w:lang w:val="nl-NL" w:eastAsia="en-GB"/>
        </w:rPr>
        <w:t xml:space="preserve">, LC Zaanstreek de </w:t>
      </w:r>
      <w:proofErr w:type="spellStart"/>
      <w:r w:rsidRPr="297B780E">
        <w:rPr>
          <w:rFonts w:asciiTheme="majorHAnsi" w:hAnsiTheme="majorHAnsi" w:eastAsiaTheme="majorEastAsia" w:cstheme="majorBidi"/>
          <w:sz w:val="20"/>
          <w:szCs w:val="20"/>
          <w:lang w:val="nl-NL" w:eastAsia="en-GB"/>
        </w:rPr>
        <w:t>Banne</w:t>
      </w:r>
      <w:proofErr w:type="spellEnd"/>
      <w:r w:rsidRPr="297B780E">
        <w:rPr>
          <w:rFonts w:asciiTheme="majorHAnsi" w:hAnsiTheme="majorHAnsi" w:eastAsiaTheme="majorEastAsia" w:cstheme="majorBidi"/>
          <w:sz w:val="20"/>
          <w:szCs w:val="20"/>
          <w:lang w:val="nl-NL" w:eastAsia="en-GB"/>
        </w:rPr>
        <w:t xml:space="preserve"> (</w:t>
      </w:r>
      <w:hyperlink r:id="rId10">
        <w:r w:rsidRPr="297B780E">
          <w:rPr>
            <w:rFonts w:asciiTheme="majorHAnsi" w:hAnsiTheme="majorHAnsi" w:eastAsiaTheme="majorEastAsia" w:cstheme="majorBidi"/>
            <w:color w:val="0000FF"/>
            <w:sz w:val="20"/>
            <w:szCs w:val="20"/>
            <w:u w:val="single"/>
            <w:lang w:val="nl-NL" w:eastAsia="en-GB"/>
          </w:rPr>
          <w:t>website</w:t>
        </w:r>
      </w:hyperlink>
      <w:r w:rsidRPr="297B780E">
        <w:rPr>
          <w:rFonts w:asciiTheme="majorHAnsi" w:hAnsiTheme="majorHAnsi" w:eastAsiaTheme="majorEastAsia" w:cstheme="majorBidi"/>
          <w:sz w:val="20"/>
          <w:szCs w:val="20"/>
          <w:lang w:val="nl-NL" w:eastAsia="en-GB"/>
        </w:rPr>
        <w:t>)</w:t>
      </w:r>
    </w:p>
    <w:p w:rsidR="4AB4D333" w:rsidP="297B780E" w:rsidRDefault="4AB4D333" w14:paraId="4B773362" w14:textId="7C768B35">
      <w:pPr>
        <w:spacing w:after="0" w:line="240" w:lineRule="auto"/>
        <w:contextualSpacing/>
        <w:rPr>
          <w:rFonts w:asciiTheme="majorHAnsi" w:hAnsiTheme="majorHAnsi" w:eastAsiaTheme="majorEastAsia" w:cstheme="majorBidi"/>
          <w:b/>
          <w:bCs/>
          <w:color w:val="000000" w:themeColor="text1"/>
          <w:lang w:val="nl-NL"/>
        </w:rPr>
      </w:pPr>
    </w:p>
    <w:p w:rsidR="18927B99" w:rsidP="006309AE" w:rsidRDefault="47F113BB" w14:paraId="2F5812DD" w14:textId="7C753B2A">
      <w:pPr>
        <w:spacing w:before="100" w:beforeAutospacing="1" w:after="100" w:afterAutospacing="1"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Mijn doel is niet om alle “lijntjes” bij mezelf uit te laten komen. Het Dagelijks Bestuur (DB) is een collegiaal bestuur en dat betekent voor mij dat ieder DB-lid een aantal portefeuilles heeft met eigen – vooraf overeengekomen – bewegingsvrijheid. Besluiten worden in het DB genomen en bij stakende stemmen telt de stem van de districtsgouverneur dubbel. Een paar opmerkingen bij onderstaand organogram:</w:t>
      </w:r>
    </w:p>
    <w:p w:rsidRPr="005E6B4F" w:rsidR="005C056D" w:rsidP="006B1769" w:rsidRDefault="3B6A0D9C" w14:paraId="72F7A146" w14:textId="77777777">
      <w:pPr>
        <w:pStyle w:val="Lijstalinea"/>
        <w:numPr>
          <w:ilvl w:val="0"/>
          <w:numId w:val="1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De districtsgouverneur (DG) is naast voorzitter van het DB/Kabinet, ook de voorzitter van het </w:t>
      </w:r>
      <w:r w:rsidRPr="297B780E">
        <w:rPr>
          <w:rFonts w:asciiTheme="majorHAnsi" w:hAnsiTheme="majorHAnsi" w:eastAsiaTheme="majorEastAsia" w:cstheme="majorBidi"/>
          <w:b/>
          <w:bCs/>
          <w:sz w:val="20"/>
          <w:szCs w:val="20"/>
          <w:lang w:val="nl-NL"/>
        </w:rPr>
        <w:t>Global Action Team</w:t>
      </w:r>
      <w:r w:rsidRPr="297B780E">
        <w:rPr>
          <w:rFonts w:asciiTheme="majorHAnsi" w:hAnsiTheme="majorHAnsi" w:eastAsiaTheme="majorEastAsia" w:cstheme="majorBidi"/>
          <w:sz w:val="20"/>
          <w:szCs w:val="20"/>
          <w:lang w:val="nl-NL"/>
        </w:rPr>
        <w:t>.</w:t>
      </w:r>
    </w:p>
    <w:p w:rsidRPr="005E6B4F" w:rsidR="005C056D" w:rsidP="006B1769" w:rsidRDefault="3B6A0D9C" w14:paraId="20F2EE32" w14:textId="2B2FF5FD">
      <w:pPr>
        <w:pStyle w:val="Lijstalinea"/>
        <w:numPr>
          <w:ilvl w:val="0"/>
          <w:numId w:val="1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In het DB is afgesproken dat de DG, VDG en DP (penningmeester) zich gezamenlijk bezighouden met de </w:t>
      </w:r>
      <w:r w:rsidRPr="297B780E">
        <w:rPr>
          <w:rFonts w:asciiTheme="majorHAnsi" w:hAnsiTheme="majorHAnsi" w:eastAsiaTheme="majorEastAsia" w:cstheme="majorBidi"/>
          <w:b/>
          <w:bCs/>
          <w:sz w:val="20"/>
          <w:szCs w:val="20"/>
          <w:lang w:val="nl-NL"/>
        </w:rPr>
        <w:t>voorjaarsconventie</w:t>
      </w:r>
      <w:r w:rsidRPr="297B780E">
        <w:rPr>
          <w:rFonts w:asciiTheme="majorHAnsi" w:hAnsiTheme="majorHAnsi" w:eastAsiaTheme="majorEastAsia" w:cstheme="majorBidi"/>
          <w:sz w:val="20"/>
          <w:szCs w:val="20"/>
          <w:lang w:val="nl-NL"/>
        </w:rPr>
        <w:t xml:space="preserve">. </w:t>
      </w:r>
      <w:r w:rsidRPr="297B780E" w:rsidR="3A830434">
        <w:rPr>
          <w:rFonts w:asciiTheme="majorHAnsi" w:hAnsiTheme="majorHAnsi" w:eastAsiaTheme="majorEastAsia" w:cstheme="majorBidi"/>
          <w:sz w:val="20"/>
          <w:szCs w:val="20"/>
          <w:lang w:val="nl-NL"/>
        </w:rPr>
        <w:t>Dit wordt verder ondersteund door de conventie coördinator.</w:t>
      </w:r>
      <w:r w:rsidRPr="297B780E">
        <w:rPr>
          <w:rFonts w:asciiTheme="majorHAnsi" w:hAnsiTheme="majorHAnsi" w:eastAsiaTheme="majorEastAsia" w:cstheme="majorBidi"/>
          <w:sz w:val="20"/>
          <w:szCs w:val="20"/>
          <w:lang w:val="nl-NL"/>
        </w:rPr>
        <w:t xml:space="preserve"> </w:t>
      </w:r>
      <w:r w:rsidRPr="297B780E" w:rsidR="553A7C3A">
        <w:rPr>
          <w:rFonts w:asciiTheme="majorHAnsi" w:hAnsiTheme="majorHAnsi" w:eastAsiaTheme="majorEastAsia" w:cstheme="majorBidi"/>
          <w:sz w:val="20"/>
          <w:szCs w:val="20"/>
          <w:lang w:val="nl-NL"/>
        </w:rPr>
        <w:t xml:space="preserve">In het kader van continuering zal de </w:t>
      </w:r>
      <w:r w:rsidRPr="297B780E" w:rsidR="23C48F75">
        <w:rPr>
          <w:rFonts w:asciiTheme="majorHAnsi" w:hAnsiTheme="majorHAnsi" w:eastAsiaTheme="majorEastAsia" w:cstheme="majorBidi"/>
          <w:b/>
          <w:bCs/>
          <w:sz w:val="20"/>
          <w:szCs w:val="20"/>
          <w:lang w:val="nl-NL"/>
        </w:rPr>
        <w:t xml:space="preserve">LCIF </w:t>
      </w:r>
      <w:r w:rsidRPr="297B780E" w:rsidR="1E549E3F">
        <w:rPr>
          <w:rFonts w:asciiTheme="majorHAnsi" w:hAnsiTheme="majorHAnsi" w:eastAsiaTheme="majorEastAsia" w:cstheme="majorBidi"/>
          <w:b/>
          <w:bCs/>
          <w:sz w:val="20"/>
          <w:szCs w:val="20"/>
          <w:lang w:val="nl-NL"/>
        </w:rPr>
        <w:t>coördinator</w:t>
      </w:r>
      <w:r w:rsidRPr="297B780E" w:rsidR="23C48F75">
        <w:rPr>
          <w:rFonts w:asciiTheme="majorHAnsi" w:hAnsiTheme="majorHAnsi" w:eastAsiaTheme="majorEastAsia" w:cstheme="majorBidi"/>
          <w:sz w:val="20"/>
          <w:szCs w:val="20"/>
          <w:lang w:val="nl-NL"/>
        </w:rPr>
        <w:t xml:space="preserve"> rol vervuld blijven worden door </w:t>
      </w:r>
      <w:r w:rsidRPr="297B780E" w:rsidR="334BF8CB">
        <w:rPr>
          <w:rFonts w:asciiTheme="majorHAnsi" w:hAnsiTheme="majorHAnsi" w:eastAsiaTheme="majorEastAsia" w:cstheme="majorBidi"/>
          <w:sz w:val="20"/>
          <w:szCs w:val="20"/>
          <w:lang w:val="nl-NL"/>
        </w:rPr>
        <w:t>de reeds zittende functionaris</w:t>
      </w:r>
      <w:r w:rsidRPr="297B780E" w:rsidR="60C16983">
        <w:rPr>
          <w:rFonts w:asciiTheme="majorHAnsi" w:hAnsiTheme="majorHAnsi" w:eastAsiaTheme="majorEastAsia" w:cstheme="majorBidi"/>
          <w:sz w:val="20"/>
          <w:szCs w:val="20"/>
          <w:lang w:val="nl-NL"/>
        </w:rPr>
        <w:t xml:space="preserve">. </w:t>
      </w:r>
    </w:p>
    <w:p w:rsidRPr="005E6B4F" w:rsidR="005C056D" w:rsidP="006B1769" w:rsidRDefault="3B6A0D9C" w14:paraId="450B18FF" w14:textId="0C63C4B3">
      <w:pPr>
        <w:pStyle w:val="Lijstalinea"/>
        <w:numPr>
          <w:ilvl w:val="0"/>
          <w:numId w:val="1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De </w:t>
      </w:r>
      <w:r w:rsidRPr="297B780E">
        <w:rPr>
          <w:rFonts w:asciiTheme="majorHAnsi" w:hAnsiTheme="majorHAnsi" w:eastAsiaTheme="majorEastAsia" w:cstheme="majorBidi"/>
          <w:b/>
          <w:bCs/>
          <w:sz w:val="20"/>
          <w:szCs w:val="20"/>
          <w:lang w:val="nl-NL"/>
        </w:rPr>
        <w:t>zonevoorzitters</w:t>
      </w:r>
      <w:r w:rsidRPr="297B780E">
        <w:rPr>
          <w:rFonts w:asciiTheme="majorHAnsi" w:hAnsiTheme="majorHAnsi" w:eastAsiaTheme="majorEastAsia" w:cstheme="majorBidi"/>
          <w:sz w:val="20"/>
          <w:szCs w:val="20"/>
          <w:lang w:val="nl-NL"/>
        </w:rPr>
        <w:t xml:space="preserve"> vallen al jaar en dag onder de 1</w:t>
      </w:r>
      <w:r w:rsidRPr="297B780E">
        <w:rPr>
          <w:rFonts w:asciiTheme="majorHAnsi" w:hAnsiTheme="majorHAnsi" w:eastAsiaTheme="majorEastAsia" w:cstheme="majorBidi"/>
          <w:sz w:val="20"/>
          <w:szCs w:val="20"/>
          <w:vertAlign w:val="superscript"/>
          <w:lang w:val="nl-NL"/>
        </w:rPr>
        <w:t>e</w:t>
      </w:r>
      <w:r w:rsidRPr="297B780E">
        <w:rPr>
          <w:rFonts w:asciiTheme="majorHAnsi" w:hAnsiTheme="majorHAnsi" w:eastAsiaTheme="majorEastAsia" w:cstheme="majorBidi"/>
          <w:sz w:val="20"/>
          <w:szCs w:val="20"/>
          <w:lang w:val="nl-NL"/>
        </w:rPr>
        <w:t xml:space="preserve"> VDG, net zoals de </w:t>
      </w:r>
      <w:r w:rsidRPr="297B780E">
        <w:rPr>
          <w:rFonts w:asciiTheme="majorHAnsi" w:hAnsiTheme="majorHAnsi" w:eastAsiaTheme="majorEastAsia" w:cstheme="majorBidi"/>
          <w:b/>
          <w:bCs/>
          <w:sz w:val="20"/>
          <w:szCs w:val="20"/>
          <w:lang w:val="nl-NL"/>
        </w:rPr>
        <w:t>kascontrolecommissie</w:t>
      </w:r>
      <w:r w:rsidRPr="297B780E">
        <w:rPr>
          <w:rFonts w:asciiTheme="majorHAnsi" w:hAnsiTheme="majorHAnsi" w:eastAsiaTheme="majorEastAsia" w:cstheme="majorBidi"/>
          <w:sz w:val="20"/>
          <w:szCs w:val="20"/>
          <w:lang w:val="nl-NL"/>
        </w:rPr>
        <w:t xml:space="preserve"> als vanzelfsprekend onder de DP valt.</w:t>
      </w:r>
    </w:p>
    <w:p w:rsidRPr="005E6B4F" w:rsidR="005C056D" w:rsidP="006B1769" w:rsidRDefault="47F113BB" w14:paraId="55CAC3E7" w14:textId="71771C3E">
      <w:pPr>
        <w:pStyle w:val="Lijstalinea"/>
        <w:numPr>
          <w:ilvl w:val="0"/>
          <w:numId w:val="1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De </w:t>
      </w:r>
      <w:proofErr w:type="spellStart"/>
      <w:r w:rsidRPr="297B780E">
        <w:rPr>
          <w:rFonts w:asciiTheme="majorHAnsi" w:hAnsiTheme="majorHAnsi" w:eastAsiaTheme="majorEastAsia" w:cstheme="majorBidi"/>
          <w:b/>
          <w:bCs/>
          <w:sz w:val="20"/>
          <w:szCs w:val="20"/>
          <w:lang w:val="nl-NL"/>
        </w:rPr>
        <w:t>Lion</w:t>
      </w:r>
      <w:proofErr w:type="spellEnd"/>
      <w:r w:rsidRPr="297B780E">
        <w:rPr>
          <w:rFonts w:asciiTheme="majorHAnsi" w:hAnsiTheme="majorHAnsi" w:eastAsiaTheme="majorEastAsia" w:cstheme="majorBidi"/>
          <w:b/>
          <w:bCs/>
          <w:sz w:val="20"/>
          <w:szCs w:val="20"/>
          <w:lang w:val="nl-NL"/>
        </w:rPr>
        <w:t xml:space="preserve"> </w:t>
      </w:r>
      <w:proofErr w:type="spellStart"/>
      <w:r w:rsidRPr="297B780E">
        <w:rPr>
          <w:rFonts w:asciiTheme="majorHAnsi" w:hAnsiTheme="majorHAnsi" w:eastAsiaTheme="majorEastAsia" w:cstheme="majorBidi"/>
          <w:b/>
          <w:bCs/>
          <w:sz w:val="20"/>
          <w:szCs w:val="20"/>
          <w:lang w:val="nl-NL"/>
        </w:rPr>
        <w:t>Taimer</w:t>
      </w:r>
      <w:proofErr w:type="spellEnd"/>
      <w:r w:rsidRPr="297B780E">
        <w:rPr>
          <w:rFonts w:asciiTheme="majorHAnsi" w:hAnsiTheme="majorHAnsi" w:eastAsiaTheme="majorEastAsia" w:cstheme="majorBidi"/>
          <w:b/>
          <w:bCs/>
          <w:sz w:val="20"/>
          <w:szCs w:val="20"/>
          <w:lang w:val="nl-NL"/>
        </w:rPr>
        <w:t xml:space="preserve"> </w:t>
      </w:r>
      <w:proofErr w:type="spellStart"/>
      <w:r w:rsidRPr="297B780E">
        <w:rPr>
          <w:rFonts w:asciiTheme="majorHAnsi" w:hAnsiTheme="majorHAnsi" w:eastAsiaTheme="majorEastAsia" w:cstheme="majorBidi"/>
          <w:b/>
          <w:bCs/>
          <w:sz w:val="20"/>
          <w:szCs w:val="20"/>
          <w:lang w:val="nl-NL"/>
        </w:rPr>
        <w:t>Tail</w:t>
      </w:r>
      <w:proofErr w:type="spellEnd"/>
      <w:r w:rsidRPr="297B780E">
        <w:rPr>
          <w:rFonts w:asciiTheme="majorHAnsi" w:hAnsiTheme="majorHAnsi" w:eastAsiaTheme="majorEastAsia" w:cstheme="majorBidi"/>
          <w:b/>
          <w:bCs/>
          <w:sz w:val="20"/>
          <w:szCs w:val="20"/>
          <w:lang w:val="nl-NL"/>
        </w:rPr>
        <w:t xml:space="preserve"> Twister</w:t>
      </w:r>
      <w:r w:rsidRPr="297B780E">
        <w:rPr>
          <w:rFonts w:asciiTheme="majorHAnsi" w:hAnsiTheme="majorHAnsi" w:eastAsiaTheme="majorEastAsia" w:cstheme="majorBidi"/>
          <w:sz w:val="20"/>
          <w:szCs w:val="20"/>
          <w:lang w:val="nl-NL"/>
        </w:rPr>
        <w:t xml:space="preserve"> heeft een vrije rol</w:t>
      </w:r>
      <w:r w:rsidRPr="297B780E" w:rsidR="6136CFA6">
        <w:rPr>
          <w:rFonts w:asciiTheme="majorHAnsi" w:hAnsiTheme="majorHAnsi" w:eastAsiaTheme="majorEastAsia" w:cstheme="majorBidi"/>
          <w:sz w:val="20"/>
          <w:szCs w:val="20"/>
          <w:lang w:val="nl-NL"/>
        </w:rPr>
        <w:t xml:space="preserve">. </w:t>
      </w:r>
      <w:r w:rsidRPr="297B780E">
        <w:rPr>
          <w:rFonts w:asciiTheme="majorHAnsi" w:hAnsiTheme="majorHAnsi" w:eastAsiaTheme="majorEastAsia" w:cstheme="majorBidi"/>
          <w:sz w:val="20"/>
          <w:szCs w:val="20"/>
          <w:lang w:val="nl-NL"/>
        </w:rPr>
        <w:t xml:space="preserve">Het is geen gebruikelijk rol op districtsniveau, maar </w:t>
      </w:r>
      <w:r w:rsidRPr="297B780E" w:rsidR="306513C4">
        <w:rPr>
          <w:rFonts w:asciiTheme="majorHAnsi" w:hAnsiTheme="majorHAnsi" w:eastAsiaTheme="majorEastAsia" w:cstheme="majorBidi"/>
          <w:sz w:val="20"/>
          <w:szCs w:val="20"/>
          <w:lang w:val="nl-NL"/>
        </w:rPr>
        <w:t>P</w:t>
      </w:r>
      <w:r w:rsidRPr="297B780E">
        <w:rPr>
          <w:rFonts w:asciiTheme="majorHAnsi" w:hAnsiTheme="majorHAnsi" w:eastAsiaTheme="majorEastAsia" w:cstheme="majorBidi"/>
          <w:sz w:val="20"/>
          <w:szCs w:val="20"/>
          <w:lang w:val="nl-NL"/>
        </w:rPr>
        <w:t xml:space="preserve">DG Mark Wijngaarde </w:t>
      </w:r>
      <w:r w:rsidRPr="297B780E" w:rsidR="306513C4">
        <w:rPr>
          <w:rFonts w:asciiTheme="majorHAnsi" w:hAnsiTheme="majorHAnsi" w:eastAsiaTheme="majorEastAsia" w:cstheme="majorBidi"/>
          <w:sz w:val="20"/>
          <w:szCs w:val="20"/>
          <w:lang w:val="nl-NL"/>
        </w:rPr>
        <w:t xml:space="preserve">wil zich ook dit jaar </w:t>
      </w:r>
      <w:r w:rsidRPr="297B780E" w:rsidR="6136CFA6">
        <w:rPr>
          <w:rFonts w:asciiTheme="majorHAnsi" w:hAnsiTheme="majorHAnsi" w:eastAsiaTheme="majorEastAsia" w:cstheme="majorBidi"/>
          <w:sz w:val="20"/>
          <w:szCs w:val="20"/>
          <w:lang w:val="nl-NL"/>
        </w:rPr>
        <w:t>weer vol inzetten.</w:t>
      </w:r>
    </w:p>
    <w:p w:rsidR="76CDB8C5" w:rsidP="297B780E" w:rsidRDefault="76CDB8C5" w14:paraId="6EEFCFE4" w14:textId="6C80BF90">
      <w:pPr>
        <w:pStyle w:val="Lijstalinea"/>
        <w:spacing w:after="0" w:line="240" w:lineRule="auto"/>
        <w:rPr>
          <w:rFonts w:asciiTheme="majorHAnsi" w:hAnsiTheme="majorHAnsi" w:eastAsiaTheme="majorEastAsia" w:cstheme="majorBidi"/>
          <w:sz w:val="20"/>
          <w:szCs w:val="20"/>
          <w:lang w:val="nl-NL"/>
        </w:rPr>
      </w:pPr>
    </w:p>
    <w:p w:rsidRPr="005C056D" w:rsidR="005C056D" w:rsidP="297B780E" w:rsidRDefault="005C056D" w14:paraId="5ECA69E1" w14:textId="77777777">
      <w:pPr>
        <w:spacing w:after="0" w:line="240" w:lineRule="auto"/>
        <w:rPr>
          <w:rFonts w:asciiTheme="majorHAnsi" w:hAnsiTheme="majorHAnsi" w:eastAsiaTheme="majorEastAsia" w:cstheme="majorBidi"/>
          <w:sz w:val="20"/>
          <w:szCs w:val="20"/>
          <w:lang w:val="nl-NL"/>
        </w:rPr>
      </w:pPr>
    </w:p>
    <w:p w:rsidRPr="00387002" w:rsidR="00387002" w:rsidP="297B780E" w:rsidRDefault="00387002" w14:paraId="1F353AB6" w14:textId="23AF37E7">
      <w:pPr>
        <w:pStyle w:val="Kop1"/>
        <w:spacing w:before="0" w:line="240" w:lineRule="auto"/>
        <w:rPr>
          <w:lang w:val="nl-NL"/>
        </w:rPr>
      </w:pPr>
    </w:p>
    <w:p w:rsidRPr="00387002" w:rsidR="00387002" w:rsidP="297B780E" w:rsidRDefault="00387002" w14:paraId="03140902" w14:textId="65CE4845">
      <w:pPr>
        <w:spacing w:line="240" w:lineRule="auto"/>
        <w:rPr>
          <w:rFonts w:asciiTheme="majorHAnsi" w:hAnsiTheme="majorHAnsi" w:eastAsiaTheme="majorEastAsia" w:cstheme="majorBidi"/>
        </w:rPr>
      </w:pPr>
      <w:r w:rsidRPr="297B780E">
        <w:rPr>
          <w:rFonts w:asciiTheme="majorHAnsi" w:hAnsiTheme="majorHAnsi" w:eastAsiaTheme="majorEastAsia" w:cstheme="majorBidi"/>
        </w:rPr>
        <w:br w:type="page"/>
      </w:r>
    </w:p>
    <w:p w:rsidRPr="00387002" w:rsidR="00387002" w:rsidP="297B780E" w:rsidRDefault="56624AE4" w14:paraId="27032174" w14:textId="08BF1B29">
      <w:pPr>
        <w:pStyle w:val="Kop1"/>
        <w:spacing w:before="0" w:line="240" w:lineRule="auto"/>
        <w:rPr>
          <w:lang w:val="nl-NL"/>
        </w:rPr>
      </w:pPr>
      <w:r w:rsidRPr="297B780E">
        <w:rPr>
          <w:lang w:val="nl-NL"/>
        </w:rPr>
        <w:lastRenderedPageBreak/>
        <w:t>3. De Filosofie: S</w:t>
      </w:r>
      <w:r w:rsidRPr="297B780E" w:rsidR="02765856">
        <w:rPr>
          <w:lang w:val="nl-NL"/>
        </w:rPr>
        <w:t>amen</w:t>
      </w:r>
      <w:r w:rsidRPr="297B780E">
        <w:rPr>
          <w:lang w:val="nl-NL"/>
        </w:rPr>
        <w:t xml:space="preserve"> en V</w:t>
      </w:r>
      <w:r w:rsidRPr="297B780E" w:rsidR="02765856">
        <w:rPr>
          <w:lang w:val="nl-NL"/>
        </w:rPr>
        <w:t>erder</w:t>
      </w:r>
      <w:r w:rsidRPr="297B780E">
        <w:rPr>
          <w:lang w:val="nl-NL"/>
        </w:rPr>
        <w:t xml:space="preserve"> B</w:t>
      </w:r>
      <w:r w:rsidRPr="297B780E" w:rsidR="02765856">
        <w:rPr>
          <w:lang w:val="nl-NL"/>
        </w:rPr>
        <w:t>ouwen</w:t>
      </w:r>
    </w:p>
    <w:p w:rsidRPr="00387002" w:rsidR="00387002" w:rsidP="297B780E" w:rsidRDefault="4DDF21B9" w14:paraId="7F8000D9" w14:textId="32C63A57">
      <w:pPr>
        <w:spacing w:before="100" w:beforeAutospacing="1" w:after="100" w:afterAutospacing="1"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Het jaarthema voor 2026-2027 is niet zomaar een slogan; het is een bewuste keuze om de kracht</w:t>
      </w:r>
      <w:r w:rsidRPr="297B780E" w:rsidR="15F62B52">
        <w:rPr>
          <w:rFonts w:asciiTheme="majorHAnsi" w:hAnsiTheme="majorHAnsi" w:eastAsiaTheme="majorEastAsia" w:cstheme="majorBidi"/>
          <w:lang w:val="nl-NL"/>
        </w:rPr>
        <w:t>en</w:t>
      </w:r>
      <w:r w:rsidRPr="297B780E">
        <w:rPr>
          <w:rFonts w:asciiTheme="majorHAnsi" w:hAnsiTheme="majorHAnsi" w:eastAsiaTheme="majorEastAsia" w:cstheme="majorBidi"/>
          <w:lang w:val="nl-NL"/>
        </w:rPr>
        <w:t xml:space="preserve"> van onze vereniging te bundelen. Het komt er in de kern op neer dat we</w:t>
      </w:r>
      <w:r w:rsidRPr="297B780E">
        <w:rPr>
          <w:rFonts w:asciiTheme="majorHAnsi" w:hAnsiTheme="majorHAnsi" w:eastAsiaTheme="majorEastAsia" w:cstheme="majorBidi"/>
          <w:b/>
          <w:bCs/>
          <w:sz w:val="20"/>
          <w:szCs w:val="20"/>
          <w:lang w:val="nl-NL"/>
        </w:rPr>
        <w:t xml:space="preserve"> </w:t>
      </w:r>
      <w:r w:rsidRPr="297B780E" w:rsidR="4FD65EC5">
        <w:rPr>
          <w:rFonts w:asciiTheme="majorHAnsi" w:hAnsiTheme="majorHAnsi" w:eastAsiaTheme="majorEastAsia" w:cstheme="majorBidi"/>
          <w:b/>
          <w:bCs/>
          <w:lang w:val="nl-NL"/>
        </w:rPr>
        <w:t>Samen</w:t>
      </w:r>
      <w:r w:rsidRPr="297B780E">
        <w:rPr>
          <w:rFonts w:asciiTheme="majorHAnsi" w:hAnsiTheme="majorHAnsi" w:eastAsiaTheme="majorEastAsia" w:cstheme="majorBidi"/>
          <w:lang w:val="nl-NL"/>
        </w:rPr>
        <w:t xml:space="preserve"> met de leden willen </w:t>
      </w:r>
      <w:r w:rsidRPr="297B780E" w:rsidR="4FD65EC5">
        <w:rPr>
          <w:rFonts w:asciiTheme="majorHAnsi" w:hAnsiTheme="majorHAnsi" w:eastAsiaTheme="majorEastAsia" w:cstheme="majorBidi"/>
          <w:b/>
          <w:bCs/>
          <w:lang w:val="nl-NL"/>
        </w:rPr>
        <w:t>Verder Bouwen</w:t>
      </w:r>
      <w:r w:rsidRPr="297B780E">
        <w:rPr>
          <w:rFonts w:asciiTheme="majorHAnsi" w:hAnsiTheme="majorHAnsi" w:eastAsiaTheme="majorEastAsia" w:cstheme="majorBidi"/>
          <w:lang w:val="nl-NL"/>
        </w:rPr>
        <w:t xml:space="preserve"> op de fundamenten die door voorgaande Gouverneursraden en Kabine</w:t>
      </w:r>
      <w:r w:rsidRPr="297B780E" w:rsidR="26496E09">
        <w:rPr>
          <w:rFonts w:asciiTheme="majorHAnsi" w:hAnsiTheme="majorHAnsi" w:eastAsiaTheme="majorEastAsia" w:cstheme="majorBidi"/>
          <w:lang w:val="nl-NL"/>
        </w:rPr>
        <w:t>t</w:t>
      </w:r>
      <w:r w:rsidRPr="297B780E">
        <w:rPr>
          <w:rFonts w:asciiTheme="majorHAnsi" w:hAnsiTheme="majorHAnsi" w:eastAsiaTheme="majorEastAsia" w:cstheme="majorBidi"/>
          <w:lang w:val="nl-NL"/>
        </w:rPr>
        <w:t>ten zijn gelegd. In District 110 AN betekent dit:</w:t>
      </w:r>
    </w:p>
    <w:p w:rsidRPr="00387002" w:rsidR="00387002" w:rsidP="006B1769" w:rsidRDefault="56624AE4" w14:paraId="6CAD74EC" w14:textId="74E2AC64">
      <w:pPr>
        <w:numPr>
          <w:ilvl w:val="0"/>
          <w:numId w:val="13"/>
        </w:numPr>
        <w:spacing w:before="100" w:beforeAutospacing="1" w:after="100" w:afterAutospacing="1" w:line="240" w:lineRule="auto"/>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Breder D</w:t>
      </w:r>
      <w:r w:rsidRPr="297B780E" w:rsidR="78148620">
        <w:rPr>
          <w:rFonts w:asciiTheme="majorHAnsi" w:hAnsiTheme="majorHAnsi" w:eastAsiaTheme="majorEastAsia" w:cstheme="majorBidi"/>
          <w:b/>
          <w:bCs/>
          <w:sz w:val="20"/>
          <w:szCs w:val="20"/>
          <w:lang w:val="nl-NL" w:eastAsia="nl-NL"/>
        </w:rPr>
        <w:t>e</w:t>
      </w:r>
      <w:r w:rsidRPr="297B780E">
        <w:rPr>
          <w:rFonts w:asciiTheme="majorHAnsi" w:hAnsiTheme="majorHAnsi" w:eastAsiaTheme="majorEastAsia" w:cstheme="majorBidi"/>
          <w:b/>
          <w:bCs/>
          <w:sz w:val="20"/>
          <w:szCs w:val="20"/>
          <w:lang w:val="nl-NL" w:eastAsia="nl-NL"/>
        </w:rPr>
        <w:t>nken</w:t>
      </w:r>
      <w:r w:rsidRPr="297B780E">
        <w:rPr>
          <w:rFonts w:asciiTheme="majorHAnsi" w:hAnsiTheme="majorHAnsi" w:eastAsiaTheme="majorEastAsia" w:cstheme="majorBidi"/>
          <w:sz w:val="20"/>
          <w:szCs w:val="20"/>
          <w:lang w:val="nl-NL" w:eastAsia="nl-NL"/>
        </w:rPr>
        <w:t>: We kijken over de grenzen van onze eigen club heen en tonen oprechte interesse in andere mensen en hun denkbeelden.</w:t>
      </w:r>
    </w:p>
    <w:p w:rsidRPr="00387002" w:rsidR="00387002" w:rsidP="006B1769" w:rsidRDefault="56624AE4" w14:paraId="556B77BF" w14:textId="77777777">
      <w:pPr>
        <w:numPr>
          <w:ilvl w:val="0"/>
          <w:numId w:val="13"/>
        </w:numPr>
        <w:spacing w:before="100" w:beforeAutospacing="1" w:after="100" w:afterAutospacing="1" w:line="240" w:lineRule="auto"/>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Verbinding</w:t>
      </w:r>
      <w:r w:rsidRPr="297B780E">
        <w:rPr>
          <w:rFonts w:asciiTheme="majorHAnsi" w:hAnsiTheme="majorHAnsi" w:eastAsiaTheme="majorEastAsia" w:cstheme="majorBidi"/>
          <w:sz w:val="20"/>
          <w:szCs w:val="20"/>
          <w:lang w:val="nl-NL" w:eastAsia="nl-NL"/>
        </w:rPr>
        <w:t>: Door vragen te stellen en oog te hebben voor andermans belangen, creëren we een sterkere verbinding met de clubs en de leden.</w:t>
      </w:r>
    </w:p>
    <w:p w:rsidRPr="006B1769" w:rsidR="18927B99" w:rsidP="006B1769" w:rsidRDefault="33E58D8A" w14:paraId="5B680E29" w14:textId="38DCCCB9">
      <w:pPr>
        <w:numPr>
          <w:ilvl w:val="0"/>
          <w:numId w:val="13"/>
        </w:numPr>
        <w:spacing w:before="100" w:beforeAutospacing="1" w:after="100" w:afterAutospacing="1" w:line="240" w:lineRule="auto"/>
        <w:rPr>
          <w:rFonts w:asciiTheme="majorHAnsi" w:hAnsiTheme="majorHAnsi" w:eastAsiaTheme="majorEastAsia" w:cstheme="majorBidi"/>
          <w:sz w:val="20"/>
          <w:szCs w:val="20"/>
          <w:lang w:val="nl-NL" w:eastAsia="nl-NL"/>
        </w:rPr>
      </w:pPr>
      <w:r w:rsidRPr="35744B9D" w:rsidR="33E58D8A">
        <w:rPr>
          <w:rFonts w:ascii="Calibri" w:hAnsi="Calibri" w:eastAsia="ＭＳ ゴシック" w:cs="Times New Roman" w:asciiTheme="majorAscii" w:hAnsiTheme="majorAscii" w:eastAsiaTheme="majorEastAsia" w:cstheme="majorBidi"/>
          <w:b w:val="1"/>
          <w:bCs w:val="1"/>
          <w:sz w:val="20"/>
          <w:szCs w:val="20"/>
          <w:lang w:val="nl-NL" w:eastAsia="nl-NL"/>
        </w:rPr>
        <w:t>Toekomstbestendigheid</w:t>
      </w:r>
      <w:r w:rsidRPr="35744B9D" w:rsidR="33E58D8A">
        <w:rPr>
          <w:rFonts w:ascii="Calibri" w:hAnsi="Calibri" w:eastAsia="ＭＳ ゴシック" w:cs="Times New Roman" w:asciiTheme="majorAscii" w:hAnsiTheme="majorAscii" w:eastAsiaTheme="majorEastAsia" w:cstheme="majorBidi"/>
          <w:sz w:val="20"/>
          <w:szCs w:val="20"/>
          <w:lang w:val="nl-NL" w:eastAsia="nl-NL"/>
        </w:rPr>
        <w:t xml:space="preserve">: We sluiten aan bij internationale doelen zoals </w:t>
      </w:r>
      <w:r w:rsidRPr="35744B9D" w:rsidR="33E58D8A">
        <w:rPr>
          <w:rFonts w:ascii="Calibri" w:hAnsi="Calibri" w:eastAsia="ＭＳ ゴシック" w:cs="Times New Roman" w:asciiTheme="majorAscii" w:hAnsiTheme="majorAscii" w:eastAsiaTheme="majorEastAsia" w:cstheme="majorBidi"/>
          <w:i w:val="1"/>
          <w:iCs w:val="1"/>
          <w:sz w:val="20"/>
          <w:szCs w:val="20"/>
          <w:lang w:val="nl-NL" w:eastAsia="nl-NL"/>
        </w:rPr>
        <w:t>Mission 1.5</w:t>
      </w:r>
      <w:r w:rsidRPr="35744B9D" w:rsidR="33E58D8A">
        <w:rPr>
          <w:rFonts w:ascii="Calibri" w:hAnsi="Calibri" w:eastAsia="ＭＳ ゴシック" w:cs="Times New Roman" w:asciiTheme="majorAscii" w:hAnsiTheme="majorAscii" w:eastAsiaTheme="majorEastAsia" w:cstheme="majorBidi"/>
          <w:sz w:val="20"/>
          <w:szCs w:val="20"/>
          <w:lang w:val="nl-NL" w:eastAsia="nl-NL"/>
        </w:rPr>
        <w:t xml:space="preserve"> </w:t>
      </w:r>
      <w:r w:rsidRPr="35744B9D" w:rsidR="267B4F6F">
        <w:rPr>
          <w:rFonts w:ascii="Calibri" w:hAnsi="Calibri" w:eastAsia="ＭＳ ゴシック" w:cs="Times New Roman" w:asciiTheme="majorAscii" w:hAnsiTheme="majorAscii" w:eastAsiaTheme="majorEastAsia" w:cstheme="majorBidi"/>
          <w:sz w:val="20"/>
          <w:szCs w:val="20"/>
          <w:lang w:val="nl-NL" w:eastAsia="nl-NL"/>
        </w:rPr>
        <w:t xml:space="preserve">en we kijken hoe we onze organisatie kunnen moderniseren </w:t>
      </w:r>
      <w:r w:rsidRPr="35744B9D" w:rsidR="33E58D8A">
        <w:rPr>
          <w:rFonts w:ascii="Calibri" w:hAnsi="Calibri" w:eastAsia="ＭＳ ゴシック" w:cs="Times New Roman" w:asciiTheme="majorAscii" w:hAnsiTheme="majorAscii" w:eastAsiaTheme="majorEastAsia" w:cstheme="majorBidi"/>
          <w:sz w:val="20"/>
          <w:szCs w:val="20"/>
          <w:lang w:val="nl-NL" w:eastAsia="nl-NL"/>
        </w:rPr>
        <w:t>om onze organisatie sterk en vitaal te houden voor de volgende generatie.</w:t>
      </w:r>
    </w:p>
    <w:p w:rsidR="35744B9D" w:rsidP="35744B9D" w:rsidRDefault="35744B9D" w14:paraId="52964A4C" w14:textId="69354C98">
      <w:pPr>
        <w:spacing w:after="0" w:line="240" w:lineRule="auto"/>
        <w:rPr>
          <w:rFonts w:ascii="Calibri" w:hAnsi="Calibri" w:eastAsia="ＭＳ ゴシック" w:cs="Times New Roman" w:asciiTheme="majorAscii" w:hAnsiTheme="majorAscii" w:eastAsiaTheme="majorEastAsia" w:cstheme="majorBidi"/>
          <w:b w:val="1"/>
          <w:bCs w:val="1"/>
          <w:lang w:val="nl-NL" w:eastAsia="en-GB"/>
        </w:rPr>
      </w:pPr>
    </w:p>
    <w:p w:rsidRPr="001F2843" w:rsidR="001F2843" w:rsidP="297B780E" w:rsidRDefault="56624AE4" w14:paraId="52D6610D" w14:textId="74A98F83">
      <w:pPr>
        <w:spacing w:after="0" w:line="240" w:lineRule="auto"/>
        <w:rPr>
          <w:rFonts w:asciiTheme="majorHAnsi" w:hAnsiTheme="majorHAnsi" w:eastAsiaTheme="majorEastAsia" w:cstheme="majorBidi"/>
          <w:b/>
          <w:bCs/>
          <w:lang w:val="nl-NL" w:eastAsia="en-GB"/>
        </w:rPr>
      </w:pPr>
      <w:r w:rsidRPr="297B780E">
        <w:rPr>
          <w:rFonts w:asciiTheme="majorHAnsi" w:hAnsiTheme="majorHAnsi" w:eastAsiaTheme="majorEastAsia" w:cstheme="majorBidi"/>
          <w:b/>
          <w:bCs/>
          <w:lang w:val="nl-NL" w:eastAsia="en-GB"/>
        </w:rPr>
        <w:t xml:space="preserve">75 Jaar </w:t>
      </w:r>
      <w:proofErr w:type="spellStart"/>
      <w:r w:rsidRPr="297B780E">
        <w:rPr>
          <w:rFonts w:asciiTheme="majorHAnsi" w:hAnsiTheme="majorHAnsi" w:eastAsiaTheme="majorEastAsia" w:cstheme="majorBidi"/>
          <w:b/>
          <w:bCs/>
          <w:lang w:val="nl-NL" w:eastAsia="en-GB"/>
        </w:rPr>
        <w:t>Lions</w:t>
      </w:r>
      <w:proofErr w:type="spellEnd"/>
      <w:r w:rsidRPr="297B780E">
        <w:rPr>
          <w:rFonts w:asciiTheme="majorHAnsi" w:hAnsiTheme="majorHAnsi" w:eastAsiaTheme="majorEastAsia" w:cstheme="majorBidi"/>
          <w:b/>
          <w:bCs/>
          <w:lang w:val="nl-NL" w:eastAsia="en-GB"/>
        </w:rPr>
        <w:t xml:space="preserve"> Nederland: Een Jaar van Trots en Zichtbaarheid</w:t>
      </w:r>
    </w:p>
    <w:p w:rsidRPr="006B1769" w:rsidR="18927B99" w:rsidP="297B780E" w:rsidRDefault="33E58D8A" w14:paraId="3613CD36" w14:textId="68F3AE4D">
      <w:pPr>
        <w:spacing w:after="0" w:line="240" w:lineRule="auto"/>
        <w:rPr>
          <w:rFonts w:asciiTheme="majorHAnsi" w:hAnsiTheme="majorHAnsi" w:eastAsiaTheme="majorEastAsia" w:cstheme="majorBidi"/>
          <w:b/>
          <w:bCs/>
          <w:sz w:val="20"/>
          <w:szCs w:val="20"/>
          <w:lang w:val="nl-NL" w:eastAsia="en-GB"/>
        </w:rPr>
      </w:pPr>
      <w:r w:rsidRPr="297B780E">
        <w:rPr>
          <w:rFonts w:asciiTheme="majorHAnsi" w:hAnsiTheme="majorHAnsi" w:eastAsiaTheme="majorEastAsia" w:cstheme="majorBidi"/>
          <w:lang w:val="nl-NL"/>
        </w:rPr>
        <w:t xml:space="preserve">In 2026-2027 vieren we dat </w:t>
      </w:r>
      <w:proofErr w:type="spellStart"/>
      <w:r w:rsidRPr="297B780E">
        <w:rPr>
          <w:rFonts w:asciiTheme="majorHAnsi" w:hAnsiTheme="majorHAnsi" w:eastAsiaTheme="majorEastAsia" w:cstheme="majorBidi"/>
          <w:lang w:val="nl-NL"/>
        </w:rPr>
        <w:t>Lions</w:t>
      </w:r>
      <w:proofErr w:type="spellEnd"/>
      <w:r w:rsidRPr="297B780E">
        <w:rPr>
          <w:rFonts w:asciiTheme="majorHAnsi" w:hAnsiTheme="majorHAnsi" w:eastAsiaTheme="majorEastAsia" w:cstheme="majorBidi"/>
          <w:lang w:val="nl-NL"/>
        </w:rPr>
        <w:t xml:space="preserve"> Nederland 75 jaar oud is, maar we laten vooral zien dat we actueler zijn dan ooit. De behoefte aan maatschappelijke betrokkenheid neemt toe, en wij staan midden in die samenleving. We vieren dit lustrum het hele jaar door met specifieke acties</w:t>
      </w:r>
      <w:r w:rsidRPr="297B780E" w:rsidR="1BEEDEEE">
        <w:rPr>
          <w:rFonts w:asciiTheme="majorHAnsi" w:hAnsiTheme="majorHAnsi" w:eastAsiaTheme="majorEastAsia" w:cstheme="majorBidi"/>
          <w:lang w:val="nl-NL"/>
        </w:rPr>
        <w:t xml:space="preserve"> en uitingen</w:t>
      </w:r>
      <w:r w:rsidRPr="297B780E">
        <w:rPr>
          <w:rFonts w:asciiTheme="majorHAnsi" w:hAnsiTheme="majorHAnsi" w:eastAsiaTheme="majorEastAsia" w:cstheme="majorBidi"/>
          <w:lang w:val="nl-NL"/>
        </w:rPr>
        <w:t>:</w:t>
      </w:r>
    </w:p>
    <w:p w:rsidRPr="00387002" w:rsidR="00387002" w:rsidP="006B1769" w:rsidRDefault="56624AE4" w14:paraId="36BCCC49" w14:textId="77777777">
      <w:pPr>
        <w:numPr>
          <w:ilvl w:val="0"/>
          <w:numId w:val="14"/>
        </w:numPr>
        <w:spacing w:before="100" w:beforeAutospacing="1" w:after="100" w:afterAutospacing="1" w:line="240" w:lineRule="auto"/>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Campagne "</w:t>
      </w:r>
      <w:proofErr w:type="spellStart"/>
      <w:r w:rsidRPr="297B780E">
        <w:rPr>
          <w:rFonts w:asciiTheme="majorHAnsi" w:hAnsiTheme="majorHAnsi" w:eastAsiaTheme="majorEastAsia" w:cstheme="majorBidi"/>
          <w:b/>
          <w:bCs/>
          <w:sz w:val="20"/>
          <w:szCs w:val="20"/>
          <w:lang w:val="nl-NL" w:eastAsia="nl-NL"/>
        </w:rPr>
        <w:t>Lions</w:t>
      </w:r>
      <w:proofErr w:type="spellEnd"/>
      <w:r w:rsidRPr="297B780E">
        <w:rPr>
          <w:rFonts w:asciiTheme="majorHAnsi" w:hAnsiTheme="majorHAnsi" w:eastAsiaTheme="majorEastAsia" w:cstheme="majorBidi"/>
          <w:b/>
          <w:bCs/>
          <w:sz w:val="20"/>
          <w:szCs w:val="20"/>
          <w:lang w:val="nl-NL" w:eastAsia="nl-NL"/>
        </w:rPr>
        <w:t xml:space="preserve"> Vertellen"</w:t>
      </w:r>
      <w:r w:rsidRPr="297B780E">
        <w:rPr>
          <w:rFonts w:asciiTheme="majorHAnsi" w:hAnsiTheme="majorHAnsi" w:eastAsiaTheme="majorEastAsia" w:cstheme="majorBidi"/>
          <w:sz w:val="20"/>
          <w:szCs w:val="20"/>
          <w:lang w:val="nl-NL" w:eastAsia="nl-NL"/>
        </w:rPr>
        <w:t xml:space="preserve">: We roepen leden op om niet alleen te vertellen </w:t>
      </w:r>
      <w:r w:rsidRPr="297B780E">
        <w:rPr>
          <w:rFonts w:asciiTheme="majorHAnsi" w:hAnsiTheme="majorHAnsi" w:eastAsiaTheme="majorEastAsia" w:cstheme="majorBidi"/>
          <w:i/>
          <w:iCs/>
          <w:sz w:val="20"/>
          <w:szCs w:val="20"/>
          <w:lang w:val="nl-NL" w:eastAsia="nl-NL"/>
        </w:rPr>
        <w:t>wat</w:t>
      </w:r>
      <w:r w:rsidRPr="297B780E">
        <w:rPr>
          <w:rFonts w:asciiTheme="majorHAnsi" w:hAnsiTheme="majorHAnsi" w:eastAsiaTheme="majorEastAsia" w:cstheme="majorBidi"/>
          <w:sz w:val="20"/>
          <w:szCs w:val="20"/>
          <w:lang w:val="nl-NL" w:eastAsia="nl-NL"/>
        </w:rPr>
        <w:t xml:space="preserve"> we doen, maar vooral te laten zien </w:t>
      </w:r>
      <w:r w:rsidRPr="297B780E">
        <w:rPr>
          <w:rFonts w:asciiTheme="majorHAnsi" w:hAnsiTheme="majorHAnsi" w:eastAsiaTheme="majorEastAsia" w:cstheme="majorBidi"/>
          <w:i/>
          <w:iCs/>
          <w:sz w:val="20"/>
          <w:szCs w:val="20"/>
          <w:lang w:val="nl-NL" w:eastAsia="nl-NL"/>
        </w:rPr>
        <w:t>wie</w:t>
      </w:r>
      <w:r w:rsidRPr="297B780E">
        <w:rPr>
          <w:rFonts w:asciiTheme="majorHAnsi" w:hAnsiTheme="majorHAnsi" w:eastAsiaTheme="majorEastAsia" w:cstheme="majorBidi"/>
          <w:sz w:val="20"/>
          <w:szCs w:val="20"/>
          <w:lang w:val="nl-NL" w:eastAsia="nl-NL"/>
        </w:rPr>
        <w:t xml:space="preserve"> we zijn. Deze verhalen worden verwerkt in </w:t>
      </w:r>
      <w:proofErr w:type="spellStart"/>
      <w:r w:rsidRPr="297B780E">
        <w:rPr>
          <w:rFonts w:asciiTheme="majorHAnsi" w:hAnsiTheme="majorHAnsi" w:eastAsiaTheme="majorEastAsia" w:cstheme="majorBidi"/>
          <w:sz w:val="20"/>
          <w:szCs w:val="20"/>
          <w:lang w:val="nl-NL" w:eastAsia="nl-NL"/>
        </w:rPr>
        <w:t>podcasts</w:t>
      </w:r>
      <w:proofErr w:type="spellEnd"/>
      <w:r w:rsidRPr="297B780E">
        <w:rPr>
          <w:rFonts w:asciiTheme="majorHAnsi" w:hAnsiTheme="majorHAnsi" w:eastAsiaTheme="majorEastAsia" w:cstheme="majorBidi"/>
          <w:sz w:val="20"/>
          <w:szCs w:val="20"/>
          <w:lang w:val="nl-NL" w:eastAsia="nl-NL"/>
        </w:rPr>
        <w:t xml:space="preserve"> en een speciale lustrumbijlage van het </w:t>
      </w:r>
      <w:proofErr w:type="spellStart"/>
      <w:r w:rsidRPr="297B780E">
        <w:rPr>
          <w:rFonts w:asciiTheme="majorHAnsi" w:hAnsiTheme="majorHAnsi" w:eastAsiaTheme="majorEastAsia" w:cstheme="majorBidi"/>
          <w:sz w:val="20"/>
          <w:szCs w:val="20"/>
          <w:lang w:val="nl-NL" w:eastAsia="nl-NL"/>
        </w:rPr>
        <w:t>Lion</w:t>
      </w:r>
      <w:proofErr w:type="spellEnd"/>
      <w:r w:rsidRPr="297B780E">
        <w:rPr>
          <w:rFonts w:asciiTheme="majorHAnsi" w:hAnsiTheme="majorHAnsi" w:eastAsiaTheme="majorEastAsia" w:cstheme="majorBidi"/>
          <w:sz w:val="20"/>
          <w:szCs w:val="20"/>
          <w:lang w:val="nl-NL" w:eastAsia="nl-NL"/>
        </w:rPr>
        <w:t xml:space="preserve"> Magazine.</w:t>
      </w:r>
    </w:p>
    <w:p w:rsidRPr="00387002" w:rsidR="00387002" w:rsidP="006B1769" w:rsidRDefault="33E58D8A" w14:paraId="03F5E696" w14:textId="13FB8F3C">
      <w:pPr>
        <w:numPr>
          <w:ilvl w:val="0"/>
          <w:numId w:val="14"/>
        </w:numPr>
        <w:spacing w:before="100" w:beforeAutospacing="1" w:after="100" w:afterAutospacing="1" w:line="240" w:lineRule="auto"/>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Landelijke Advertentie</w:t>
      </w:r>
      <w:r w:rsidRPr="297B780E">
        <w:rPr>
          <w:rFonts w:asciiTheme="majorHAnsi" w:hAnsiTheme="majorHAnsi" w:eastAsiaTheme="majorEastAsia" w:cstheme="majorBidi"/>
          <w:sz w:val="20"/>
          <w:szCs w:val="20"/>
          <w:lang w:val="nl-NL" w:eastAsia="nl-NL"/>
        </w:rPr>
        <w:t>: Er komt een krachtige landelijke uiting in samenwerking met het gekozen goede doel,</w:t>
      </w:r>
      <w:r w:rsidRPr="297B780E" w:rsidR="53C1D759">
        <w:rPr>
          <w:rFonts w:asciiTheme="majorHAnsi" w:hAnsiTheme="majorHAnsi" w:eastAsiaTheme="majorEastAsia" w:cstheme="majorBidi"/>
          <w:sz w:val="20"/>
          <w:szCs w:val="20"/>
          <w:lang w:val="nl-NL" w:eastAsia="nl-NL"/>
        </w:rPr>
        <w:t xml:space="preserve"> Stichting Alzheimer Nederland,</w:t>
      </w:r>
      <w:r w:rsidRPr="297B780E">
        <w:rPr>
          <w:rFonts w:asciiTheme="majorHAnsi" w:hAnsiTheme="majorHAnsi" w:eastAsiaTheme="majorEastAsia" w:cstheme="majorBidi"/>
          <w:sz w:val="20"/>
          <w:szCs w:val="20"/>
          <w:lang w:val="nl-NL" w:eastAsia="nl-NL"/>
        </w:rPr>
        <w:t xml:space="preserve"> waarmee we onze impact op de kaart zetten.</w:t>
      </w:r>
    </w:p>
    <w:p w:rsidRPr="006B1769" w:rsidR="00387002" w:rsidP="006B1769" w:rsidRDefault="4DDF21B9" w14:paraId="726F94C7" w14:textId="65F7F689">
      <w:pPr>
        <w:numPr>
          <w:ilvl w:val="0"/>
          <w:numId w:val="14"/>
        </w:numPr>
        <w:spacing w:before="100" w:beforeAutospacing="1" w:after="100" w:afterAutospacing="1" w:line="240" w:lineRule="auto"/>
        <w:rPr>
          <w:rFonts w:asciiTheme="majorHAnsi" w:hAnsiTheme="majorHAnsi" w:eastAsiaTheme="majorEastAsia" w:cstheme="majorBidi"/>
          <w:sz w:val="20"/>
          <w:szCs w:val="20"/>
          <w:lang w:val="nl-NL" w:eastAsia="nl-NL"/>
        </w:rPr>
      </w:pPr>
      <w:r w:rsidRPr="73DFA82D" w:rsidR="4DDF21B9">
        <w:rPr>
          <w:rFonts w:ascii="Calibri" w:hAnsi="Calibri" w:eastAsia="ＭＳ ゴシック" w:cs="Times New Roman" w:asciiTheme="majorAscii" w:hAnsiTheme="majorAscii" w:eastAsiaTheme="majorEastAsia" w:cstheme="majorBidi"/>
          <w:b w:val="1"/>
          <w:bCs w:val="1"/>
          <w:sz w:val="20"/>
          <w:szCs w:val="20"/>
          <w:lang w:val="nl-NL" w:eastAsia="nl-NL"/>
        </w:rPr>
        <w:t>Naamsbekendheid LCIF</w:t>
      </w:r>
      <w:r w:rsidRPr="73DFA82D" w:rsidR="4DDF21B9">
        <w:rPr>
          <w:rFonts w:ascii="Calibri" w:hAnsi="Calibri" w:eastAsia="ＭＳ ゴシック" w:cs="Times New Roman" w:asciiTheme="majorAscii" w:hAnsiTheme="majorAscii" w:eastAsiaTheme="majorEastAsia" w:cstheme="majorBidi"/>
          <w:sz w:val="20"/>
          <w:szCs w:val="20"/>
          <w:lang w:val="nl-NL" w:eastAsia="nl-NL"/>
        </w:rPr>
        <w:t>: We gebruiken de aandacht voor het 75-jarig bestaan ook</w:t>
      </w:r>
      <w:r w:rsidRPr="73DFA82D" w:rsidR="09B04F9D">
        <w:rPr>
          <w:rFonts w:ascii="Calibri" w:hAnsi="Calibri" w:eastAsia="ＭＳ ゴシック" w:cs="Times New Roman" w:asciiTheme="majorAscii" w:hAnsiTheme="majorAscii" w:eastAsiaTheme="majorEastAsia" w:cstheme="majorBidi"/>
          <w:sz w:val="20"/>
          <w:szCs w:val="20"/>
          <w:lang w:val="nl-NL" w:eastAsia="nl-NL"/>
        </w:rPr>
        <w:t xml:space="preserve"> om</w:t>
      </w:r>
      <w:r w:rsidRPr="73DFA82D" w:rsidR="4DDF21B9">
        <w:rPr>
          <w:rFonts w:ascii="Calibri" w:hAnsi="Calibri" w:eastAsia="ＭＳ ゴシック" w:cs="Times New Roman" w:asciiTheme="majorAscii" w:hAnsiTheme="majorAscii" w:eastAsiaTheme="majorEastAsia" w:cstheme="majorBidi"/>
          <w:sz w:val="20"/>
          <w:szCs w:val="20"/>
          <w:lang w:val="nl-NL" w:eastAsia="nl-NL"/>
        </w:rPr>
        <w:t xml:space="preserve"> de rol van onze eigen foundation (LCIF) bekender te maken bij een breed publiek.</w:t>
      </w:r>
    </w:p>
    <w:p w:rsidR="73DFA82D" w:rsidP="73DFA82D" w:rsidRDefault="73DFA82D" w14:paraId="09E4BB02" w14:textId="37C2FD58">
      <w:pPr>
        <w:spacing w:after="0"/>
        <w:rPr>
          <w:rFonts w:ascii="Calibri" w:hAnsi="Calibri" w:eastAsia="ＭＳ ゴシック" w:cs="Times New Roman" w:asciiTheme="majorAscii" w:hAnsiTheme="majorAscii" w:eastAsiaTheme="majorEastAsia" w:cstheme="majorBidi"/>
          <w:b w:val="1"/>
          <w:bCs w:val="1"/>
          <w:lang w:val="nl-NL"/>
        </w:rPr>
      </w:pPr>
    </w:p>
    <w:p w:rsidR="3D5549F4" w:rsidP="297B780E" w:rsidRDefault="4965BB47" w14:paraId="76A2051F" w14:textId="5A09BB13">
      <w:pPr>
        <w:spacing w:after="0"/>
        <w:rPr>
          <w:rFonts w:asciiTheme="majorHAnsi" w:hAnsiTheme="majorHAnsi" w:eastAsiaTheme="majorEastAsia" w:cstheme="majorBidi"/>
          <w:b/>
          <w:bCs/>
          <w:lang w:val="nl-NL"/>
        </w:rPr>
      </w:pPr>
      <w:r w:rsidRPr="35744B9D" w:rsidR="4965BB47">
        <w:rPr>
          <w:rFonts w:ascii="Calibri" w:hAnsi="Calibri" w:eastAsia="ＭＳ ゴシック" w:cs="Times New Roman" w:asciiTheme="majorAscii" w:hAnsiTheme="majorAscii" w:eastAsiaTheme="majorEastAsia" w:cstheme="majorBidi"/>
          <w:b w:val="1"/>
          <w:bCs w:val="1"/>
          <w:lang w:val="nl-NL"/>
        </w:rPr>
        <w:t>Maatschappelijke Focus: Geestelijke Gezondheid en Welzijn</w:t>
      </w:r>
    </w:p>
    <w:p w:rsidR="18927B99" w:rsidP="35744B9D" w:rsidRDefault="18927B99" w14:paraId="637ACC77" w14:textId="14169C16">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nl-NL"/>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 xml:space="preserve">Vanuit de internationale prioriteiten leggen we dit jaar een sterke nadruk op het speciale initiatief van Lions International, te weten Mental Health and Well-Being (geestelijke gezondheid en welzijn). </w:t>
      </w:r>
    </w:p>
    <w:p w:rsidR="18927B99" w:rsidP="35744B9D" w:rsidRDefault="18927B99" w14:paraId="209EDB38" w14:textId="4B82F459">
      <w:pPr>
        <w:pStyle w:val="Normaalweb"/>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Daarom hebben we in het kader van ons 75-jarig lustrum heel bewust gekozen voor Stichting Alzheimer Nederland als landelijk goed doel.</w:t>
      </w:r>
    </w:p>
    <w:p w:rsidR="18927B99" w:rsidP="35744B9D" w:rsidRDefault="18927B99" w14:paraId="18296DB1" w14:textId="7415E14B">
      <w:pPr>
        <w:pStyle w:val="Normaalweb"/>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Anders dan in voorgaande jaren is er dit keer géén verplichte landelijke actie vastgesteld. In plaats daarvan vragen we iedere club om minimaal één van haar fondsenwervende activiteiten</w:t>
      </w:r>
      <w:r w:rsidRPr="35744B9D" w:rsidR="0A39C06A">
        <w:rPr>
          <w:rStyle w:val="apple-converted-space"/>
          <w:rFonts w:ascii="Calibri" w:hAnsi="Calibri" w:eastAsia="Calibri" w:cs="Calibri"/>
          <w:b w:val="1"/>
          <w:bCs w:val="1"/>
          <w:i w:val="0"/>
          <w:iCs w:val="0"/>
          <w:caps w:val="0"/>
          <w:smallCaps w:val="0"/>
          <w:noProof w:val="0"/>
          <w:color w:val="000000" w:themeColor="text1" w:themeTint="FF" w:themeShade="FF"/>
          <w:sz w:val="22"/>
          <w:szCs w:val="22"/>
          <w:lang w:val="nl-NL"/>
        </w:rPr>
        <w:t> </w:t>
      </w: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te bestemmen voor Alzheimer Nederland. Zo geven we samen invulling aan dit belangrijke thema, met ruimte voor eigen initiatief en creativiteit.</w:t>
      </w:r>
    </w:p>
    <w:p w:rsidR="18927B99" w:rsidP="35744B9D" w:rsidRDefault="18927B99" w14:paraId="2DB1DD68" w14:textId="726F7A2B">
      <w:pPr>
        <w:pStyle w:val="Normaalweb"/>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Ons gezamenlijke doel? Aan het einde van het lustrumjaar willen we een prachtig cadeau overhandigen:</w:t>
      </w:r>
    </w:p>
    <w:p w:rsidR="18927B99" w:rsidP="35744B9D" w:rsidRDefault="18927B99" w14:paraId="000D9B4C" w14:textId="64474038">
      <w:pPr>
        <w:pStyle w:val="Lijstalinea"/>
        <w:numPr>
          <w:ilvl w:val="0"/>
          <w:numId w:val="17"/>
        </w:numPr>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Style w:val="Zwaar"/>
          <w:rFonts w:ascii="Calibri" w:hAnsi="Calibri" w:eastAsia="Calibri" w:cs="Calibri"/>
          <w:b w:val="0"/>
          <w:bCs w:val="0"/>
          <w:i w:val="0"/>
          <w:iCs w:val="0"/>
          <w:caps w:val="0"/>
          <w:smallCaps w:val="0"/>
          <w:noProof w:val="0"/>
          <w:color w:val="000000" w:themeColor="text1" w:themeTint="FF" w:themeShade="FF"/>
          <w:sz w:val="22"/>
          <w:szCs w:val="22"/>
          <w:lang w:val="en-US"/>
        </w:rPr>
        <w:t>40 keer het project Voetbalherinneringen</w:t>
      </w:r>
    </w:p>
    <w:p w:rsidR="18927B99" w:rsidP="35744B9D" w:rsidRDefault="18927B99" w14:paraId="64E4E474" w14:textId="1461DF92">
      <w:pPr>
        <w:pStyle w:val="Lijstalinea"/>
        <w:numPr>
          <w:ilvl w:val="0"/>
          <w:numId w:val="17"/>
        </w:numPr>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Style w:val="Zwaar"/>
          <w:rFonts w:ascii="Calibri" w:hAnsi="Calibri" w:eastAsia="Calibri" w:cs="Calibri"/>
          <w:b w:val="0"/>
          <w:bCs w:val="0"/>
          <w:i w:val="0"/>
          <w:iCs w:val="0"/>
          <w:caps w:val="0"/>
          <w:smallCaps w:val="0"/>
          <w:noProof w:val="0"/>
          <w:color w:val="000000" w:themeColor="text1" w:themeTint="FF" w:themeShade="FF"/>
          <w:sz w:val="22"/>
          <w:szCs w:val="22"/>
          <w:lang w:val="en-US"/>
        </w:rPr>
        <w:t>40 keer het project Dementievriendelijke Ruimten</w:t>
      </w:r>
    </w:p>
    <w:p w:rsidR="18927B99" w:rsidP="35744B9D" w:rsidRDefault="18927B99" w14:paraId="0E88111A" w14:textId="3B6E6BE0">
      <w:pPr>
        <w:pStyle w:val="Normaalweb"/>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Voor ons district betekent dit concreet dat we streven naar per zone minimaal één keer beide projecten</w:t>
      </w:r>
      <w:r w:rsidRPr="35744B9D" w:rsidR="0A39C06A">
        <w:rPr>
          <w:rFonts w:ascii="Calibri" w:hAnsi="Calibri" w:eastAsia="Calibri" w:cs="Calibri"/>
          <w:b w:val="1"/>
          <w:bCs w:val="1"/>
          <w:i w:val="0"/>
          <w:iCs w:val="0"/>
          <w:caps w:val="0"/>
          <w:smallCaps w:val="0"/>
          <w:noProof w:val="0"/>
          <w:color w:val="000000" w:themeColor="text1" w:themeTint="FF" w:themeShade="FF"/>
          <w:sz w:val="22"/>
          <w:szCs w:val="22"/>
          <w:lang w:val="nl-NL"/>
        </w:rPr>
        <w:t>.</w:t>
      </w: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Zo zorgen we ervoor dat het goede doel niet alleen landelijk, maar juist ook lokaal stevig wordt verankerd.</w:t>
      </w:r>
    </w:p>
    <w:p w:rsidR="18927B99" w:rsidP="35744B9D" w:rsidRDefault="18927B99" w14:paraId="1DD23B6B" w14:textId="2C766B84">
      <w:pPr>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927B99" w:rsidP="35744B9D" w:rsidRDefault="18927B99" w14:paraId="3AE6F199" w14:textId="6B3FE4BA">
      <w:pPr>
        <w:pStyle w:val="Normaalweb"/>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Wilt u een inspirerende zone- of clubavond organiseren rondom dit thema? Neem dan contact op met de GST-coördinator. Hij of zij kan u in verbinding brengen met een spreker van de plaatselijke afdeling van Alzheimer Nederland.</w:t>
      </w:r>
    </w:p>
    <w:p w:rsidR="18927B99" w:rsidP="35744B9D" w:rsidRDefault="18927B99" w14:paraId="025CC8BC" w14:textId="155AAC3D">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5744B9D" w:rsidR="0A39C06A">
        <w:rPr>
          <w:rFonts w:ascii="Calibri" w:hAnsi="Calibri" w:eastAsia="Calibri" w:cs="Calibri"/>
          <w:b w:val="0"/>
          <w:bCs w:val="0"/>
          <w:i w:val="0"/>
          <w:iCs w:val="0"/>
          <w:caps w:val="0"/>
          <w:smallCaps w:val="0"/>
          <w:noProof w:val="0"/>
          <w:color w:val="000000" w:themeColor="text1" w:themeTint="FF" w:themeShade="FF"/>
          <w:sz w:val="22"/>
          <w:szCs w:val="22"/>
          <w:lang w:val="nl-NL"/>
        </w:rPr>
        <w:t>Uiteraard kan een dergelijke afdeling ook helpen met een betekenisvolle handen-uit-de-mouwen actie. Het gaat hierbij om:</w:t>
      </w:r>
    </w:p>
    <w:p w:rsidRPr="00387002" w:rsidR="00387002" w:rsidP="006B1769" w:rsidRDefault="56624AE4" w14:paraId="3751F1BC" w14:textId="6D75A1D2">
      <w:pPr>
        <w:numPr>
          <w:ilvl w:val="0"/>
          <w:numId w:val="15"/>
        </w:numPr>
        <w:spacing w:before="100" w:beforeAutospacing="1" w:after="100" w:afterAutospacing="1" w:line="240" w:lineRule="auto"/>
        <w:jc w:val="both"/>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Bewustwording en Impact</w:t>
      </w:r>
      <w:r w:rsidRPr="297B780E">
        <w:rPr>
          <w:rFonts w:asciiTheme="majorHAnsi" w:hAnsiTheme="majorHAnsi" w:eastAsiaTheme="majorEastAsia" w:cstheme="majorBidi"/>
          <w:sz w:val="20"/>
          <w:szCs w:val="20"/>
          <w:lang w:val="nl-NL" w:eastAsia="nl-NL"/>
        </w:rPr>
        <w:t>: Alzheimer raakt velen in onze directe omgeving. Wij willen de bekendheid van de problematiek vergroten en clubs stimuleren om lokaal in actie te komen.</w:t>
      </w:r>
    </w:p>
    <w:p w:rsidRPr="00387002" w:rsidR="00387002" w:rsidP="006B1769" w:rsidRDefault="33E58D8A" w14:paraId="4C4EA0D4" w14:textId="06CD1BD9">
      <w:pPr>
        <w:numPr>
          <w:ilvl w:val="0"/>
          <w:numId w:val="15"/>
        </w:numPr>
        <w:spacing w:before="100" w:beforeAutospacing="1" w:after="100" w:afterAutospacing="1" w:line="240" w:lineRule="auto"/>
        <w:jc w:val="both"/>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Lokale Verbinding</w:t>
      </w:r>
      <w:r w:rsidRPr="297B780E">
        <w:rPr>
          <w:rFonts w:asciiTheme="majorHAnsi" w:hAnsiTheme="majorHAnsi" w:eastAsiaTheme="majorEastAsia" w:cstheme="majorBidi"/>
          <w:sz w:val="20"/>
          <w:szCs w:val="20"/>
          <w:lang w:val="nl-NL" w:eastAsia="nl-NL"/>
        </w:rPr>
        <w:t>: Net zoals bij initiatieven voor blinden en slechtzienden, stimuleren we clubs om contact te zoeken met lokale</w:t>
      </w:r>
      <w:r w:rsidRPr="297B780E" w:rsidR="30DA7C1C">
        <w:rPr>
          <w:rFonts w:asciiTheme="majorHAnsi" w:hAnsiTheme="majorHAnsi" w:eastAsiaTheme="majorEastAsia" w:cstheme="majorBidi"/>
          <w:sz w:val="20"/>
          <w:szCs w:val="20"/>
          <w:lang w:val="nl-NL" w:eastAsia="nl-NL"/>
        </w:rPr>
        <w:t xml:space="preserve"> afdelingen van Alzheimer Nederland,</w:t>
      </w:r>
      <w:r w:rsidRPr="297B780E">
        <w:rPr>
          <w:rFonts w:asciiTheme="majorHAnsi" w:hAnsiTheme="majorHAnsi" w:eastAsiaTheme="majorEastAsia" w:cstheme="majorBidi"/>
          <w:sz w:val="20"/>
          <w:szCs w:val="20"/>
          <w:lang w:val="nl-NL" w:eastAsia="nl-NL"/>
        </w:rPr>
        <w:t xml:space="preserve"> "cafés" of ontmoetingspunten gericht op dementie en Alzheimer. Het doel is om leden meer te doordringen van de noodzaak tot hulp in de buurt.</w:t>
      </w:r>
    </w:p>
    <w:p w:rsidRPr="000F64FE" w:rsidR="701DF1D3" w:rsidP="73DFA82D" w:rsidRDefault="4DDF21B9" w14:paraId="74537B93" w14:textId="20E998B0">
      <w:pPr>
        <w:numPr>
          <w:ilvl w:val="0"/>
          <w:numId w:val="15"/>
        </w:numPr>
        <w:spacing w:before="100" w:beforeAutospacing="on" w:after="100" w:afterAutospacing="on" w:line="240" w:lineRule="auto"/>
        <w:jc w:val="both"/>
        <w:rPr>
          <w:rFonts w:ascii="Calibri" w:hAnsi="Calibri" w:eastAsia="ＭＳ ゴシック" w:cs="Times New Roman" w:asciiTheme="majorAscii" w:hAnsiTheme="majorAscii" w:eastAsiaTheme="majorEastAsia" w:cstheme="majorBidi"/>
          <w:sz w:val="20"/>
          <w:szCs w:val="20"/>
          <w:lang w:val="nl-NL" w:eastAsia="nl-NL"/>
        </w:rPr>
      </w:pPr>
      <w:r w:rsidRPr="73DFA82D" w:rsidR="4DDF21B9">
        <w:rPr>
          <w:rFonts w:ascii="Calibri" w:hAnsi="Calibri" w:eastAsia="ＭＳ ゴシック" w:cs="Times New Roman" w:asciiTheme="majorAscii" w:hAnsiTheme="majorAscii" w:eastAsiaTheme="majorEastAsia" w:cstheme="majorBidi"/>
          <w:b w:val="1"/>
          <w:bCs w:val="1"/>
          <w:sz w:val="20"/>
          <w:szCs w:val="20"/>
          <w:lang w:val="nl-NL" w:eastAsia="nl-NL"/>
        </w:rPr>
        <w:t xml:space="preserve">Fondsenwerving via Stichting </w:t>
      </w:r>
      <w:r w:rsidRPr="73DFA82D" w:rsidR="4DDF21B9">
        <w:rPr>
          <w:rFonts w:ascii="Calibri" w:hAnsi="Calibri" w:eastAsia="ＭＳ ゴシック" w:cs="Times New Roman" w:asciiTheme="majorAscii" w:hAnsiTheme="majorAscii" w:eastAsiaTheme="majorEastAsia" w:cstheme="majorBidi"/>
          <w:b w:val="1"/>
          <w:bCs w:val="1"/>
          <w:sz w:val="20"/>
          <w:szCs w:val="20"/>
          <w:lang w:val="nl-NL" w:eastAsia="nl-NL"/>
        </w:rPr>
        <w:t>Lions</w:t>
      </w:r>
      <w:r w:rsidRPr="73DFA82D" w:rsidR="4DDF21B9">
        <w:rPr>
          <w:rFonts w:ascii="Calibri" w:hAnsi="Calibri" w:eastAsia="ＭＳ ゴシック" w:cs="Times New Roman" w:asciiTheme="majorAscii" w:hAnsiTheme="majorAscii" w:eastAsiaTheme="majorEastAsia" w:cstheme="majorBidi"/>
          <w:b w:val="1"/>
          <w:bCs w:val="1"/>
          <w:sz w:val="20"/>
          <w:szCs w:val="20"/>
          <w:lang w:val="nl-NL" w:eastAsia="nl-NL"/>
        </w:rPr>
        <w:t xml:space="preserve"> Helpen</w:t>
      </w:r>
      <w:r w:rsidRPr="73DFA82D" w:rsidR="4DDF21B9">
        <w:rPr>
          <w:rFonts w:ascii="Calibri" w:hAnsi="Calibri" w:eastAsia="ＭＳ ゴシック" w:cs="Times New Roman" w:asciiTheme="majorAscii" w:hAnsiTheme="majorAscii" w:eastAsiaTheme="majorEastAsia" w:cstheme="majorBidi"/>
          <w:sz w:val="20"/>
          <w:szCs w:val="20"/>
          <w:lang w:val="nl-NL" w:eastAsia="nl-NL"/>
        </w:rPr>
        <w:t xml:space="preserve">: Alle donaties voor dit doel verlopen via onze ANBI-stichting </w:t>
      </w:r>
      <w:r w:rsidRPr="73DFA82D" w:rsidR="4DDF21B9">
        <w:rPr>
          <w:rFonts w:ascii="Calibri" w:hAnsi="Calibri" w:eastAsia="ＭＳ ゴシック" w:cs="Times New Roman" w:asciiTheme="majorAscii" w:hAnsiTheme="majorAscii" w:eastAsiaTheme="majorEastAsia" w:cstheme="majorBidi"/>
          <w:i w:val="1"/>
          <w:iCs w:val="1"/>
          <w:sz w:val="20"/>
          <w:szCs w:val="20"/>
          <w:lang w:val="nl-NL" w:eastAsia="nl-NL"/>
        </w:rPr>
        <w:t>Lions</w:t>
      </w:r>
      <w:r w:rsidRPr="73DFA82D" w:rsidR="4DDF21B9">
        <w:rPr>
          <w:rFonts w:ascii="Calibri" w:hAnsi="Calibri" w:eastAsia="ＭＳ ゴシック" w:cs="Times New Roman" w:asciiTheme="majorAscii" w:hAnsiTheme="majorAscii" w:eastAsiaTheme="majorEastAsia" w:cstheme="majorBidi"/>
          <w:i w:val="1"/>
          <w:iCs w:val="1"/>
          <w:sz w:val="20"/>
          <w:szCs w:val="20"/>
          <w:lang w:val="nl-NL" w:eastAsia="nl-NL"/>
        </w:rPr>
        <w:t xml:space="preserve"> Helpen MD 110</w:t>
      </w:r>
      <w:r w:rsidRPr="73DFA82D" w:rsidR="4DDF21B9">
        <w:rPr>
          <w:rFonts w:ascii="Calibri" w:hAnsi="Calibri" w:eastAsia="ＭＳ ゴシック" w:cs="Times New Roman" w:asciiTheme="majorAscii" w:hAnsiTheme="majorAscii" w:eastAsiaTheme="majorEastAsia" w:cstheme="majorBidi"/>
          <w:sz w:val="20"/>
          <w:szCs w:val="20"/>
          <w:lang w:val="nl-NL" w:eastAsia="nl-NL"/>
        </w:rPr>
        <w:t xml:space="preserve">, </w:t>
      </w:r>
      <w:r w:rsidRPr="73DFA82D" w:rsidR="02E6C152">
        <w:rPr>
          <w:rFonts w:ascii="Calibri" w:hAnsi="Calibri" w:eastAsia="ＭＳ ゴシック" w:cs="Times New Roman" w:asciiTheme="majorAscii" w:hAnsiTheme="majorAscii" w:eastAsiaTheme="majorEastAsia" w:cstheme="majorBidi"/>
          <w:sz w:val="20"/>
          <w:szCs w:val="20"/>
          <w:lang w:val="nl-NL" w:eastAsia="nl-NL"/>
        </w:rPr>
        <w:t>d</w:t>
      </w:r>
      <w:r w:rsidRPr="73DFA82D" w:rsidR="4DDF21B9">
        <w:rPr>
          <w:rFonts w:ascii="Calibri" w:hAnsi="Calibri" w:eastAsia="ＭＳ ゴシック" w:cs="Times New Roman" w:asciiTheme="majorAscii" w:hAnsiTheme="majorAscii" w:eastAsiaTheme="majorEastAsia" w:cstheme="majorBidi"/>
          <w:sz w:val="20"/>
          <w:szCs w:val="20"/>
          <w:lang w:val="nl-NL" w:eastAsia="nl-NL"/>
        </w:rPr>
        <w:t>aardoor we kunnen garanderen dat elke euro op de juiste plek terechtkomt.</w:t>
      </w:r>
    </w:p>
    <w:p w:rsidR="73DFA82D" w:rsidP="73DFA82D" w:rsidRDefault="73DFA82D" w14:paraId="3535567E" w14:textId="4F9B5974">
      <w:pPr>
        <w:spacing w:beforeAutospacing="on" w:afterAutospacing="on" w:line="240" w:lineRule="auto"/>
        <w:ind w:left="720"/>
        <w:jc w:val="both"/>
        <w:rPr>
          <w:rFonts w:ascii="Calibri" w:hAnsi="Calibri" w:eastAsia="ＭＳ ゴシック" w:cs="Times New Roman" w:asciiTheme="majorAscii" w:hAnsiTheme="majorAscii" w:eastAsiaTheme="majorEastAsia" w:cstheme="majorBidi"/>
          <w:sz w:val="20"/>
          <w:szCs w:val="20"/>
          <w:lang w:val="nl-NL" w:eastAsia="nl-NL"/>
        </w:rPr>
      </w:pPr>
    </w:p>
    <w:p w:rsidR="3684F65E" w:rsidP="701DF1D3" w:rsidRDefault="3684F65E" w14:paraId="3547E828" w14:textId="6CC909F3">
      <w:pPr>
        <w:pStyle w:val="Kop2"/>
        <w:spacing w:before="0" w:line="240" w:lineRule="auto"/>
        <w:jc w:val="both"/>
        <w:rPr>
          <w:lang w:val="nl-NL"/>
        </w:rPr>
      </w:pPr>
      <w:r w:rsidRPr="701DF1D3">
        <w:rPr>
          <w:color w:val="365F91" w:themeColor="accent1" w:themeShade="BF"/>
          <w:sz w:val="28"/>
          <w:szCs w:val="28"/>
          <w:lang w:val="nl-NL"/>
        </w:rPr>
        <w:t xml:space="preserve">4. </w:t>
      </w:r>
      <w:r w:rsidRPr="701DF1D3" w:rsidR="5309814F">
        <w:rPr>
          <w:color w:val="365F91" w:themeColor="accent1" w:themeShade="BF"/>
          <w:sz w:val="28"/>
          <w:szCs w:val="28"/>
          <w:lang w:val="nl-NL"/>
        </w:rPr>
        <w:t>Testen voor het Goede Doel op Schiphol!</w:t>
      </w:r>
    </w:p>
    <w:p w:rsidR="5309814F" w:rsidP="701DF1D3" w:rsidRDefault="5309814F" w14:paraId="050144DD" w14:textId="2D02598D">
      <w:pPr>
        <w:spacing w:after="240"/>
        <w:jc w:val="both"/>
        <w:rPr>
          <w:rFonts w:asciiTheme="majorHAnsi" w:hAnsiTheme="majorHAnsi" w:eastAsiaTheme="majorEastAsia" w:cstheme="majorBidi"/>
          <w:lang w:val="nl-NL"/>
        </w:rPr>
      </w:pPr>
      <w:r w:rsidRPr="701DF1D3">
        <w:rPr>
          <w:rFonts w:asciiTheme="majorHAnsi" w:hAnsiTheme="majorHAnsi" w:eastAsiaTheme="majorEastAsia" w:cstheme="majorBidi"/>
          <w:lang w:val="nl-NL"/>
        </w:rPr>
        <w:t>In het kader van ons 75-jarig lustrum hebben we een unieke samenwerking opgezet die</w:t>
      </w:r>
      <w:r>
        <w:br/>
      </w:r>
      <w:r w:rsidRPr="701DF1D3">
        <w:rPr>
          <w:rFonts w:asciiTheme="majorHAnsi" w:hAnsiTheme="majorHAnsi" w:eastAsiaTheme="majorEastAsia" w:cstheme="majorBidi"/>
          <w:lang w:val="nl-NL"/>
        </w:rPr>
        <w:t>letterlijk</w:t>
      </w:r>
      <w:r w:rsidRPr="701DF1D3" w:rsidR="0935E2A9">
        <w:rPr>
          <w:rFonts w:asciiTheme="majorHAnsi" w:hAnsiTheme="majorHAnsi" w:eastAsiaTheme="majorEastAsia" w:cstheme="majorBidi"/>
          <w:lang w:val="nl-NL"/>
        </w:rPr>
        <w:t xml:space="preserve"> </w:t>
      </w:r>
      <w:r w:rsidRPr="701DF1D3">
        <w:rPr>
          <w:rFonts w:asciiTheme="majorHAnsi" w:hAnsiTheme="majorHAnsi" w:eastAsiaTheme="majorEastAsia" w:cstheme="majorBidi"/>
          <w:lang w:val="nl-NL"/>
        </w:rPr>
        <w:t xml:space="preserve">en figuurlijk vleugels krijgt. In het eerste kwartaal van 2027 staat er iets bijzonders te gebeuren: Schiphol opent de nieuwe Pier C en moet deze uitvoerig ‘stress-testen’ voordat de eerste officiële passagiers aan boord gaan. En wie kunnen dat beter doen dan de </w:t>
      </w:r>
      <w:proofErr w:type="spellStart"/>
      <w:r w:rsidRPr="701DF1D3">
        <w:rPr>
          <w:rFonts w:asciiTheme="majorHAnsi" w:hAnsiTheme="majorHAnsi" w:eastAsiaTheme="majorEastAsia" w:cstheme="majorBidi"/>
          <w:lang w:val="nl-NL"/>
        </w:rPr>
        <w:t>Lions</w:t>
      </w:r>
      <w:proofErr w:type="spellEnd"/>
      <w:r w:rsidRPr="701DF1D3">
        <w:rPr>
          <w:rFonts w:asciiTheme="majorHAnsi" w:hAnsiTheme="majorHAnsi" w:eastAsiaTheme="majorEastAsia" w:cstheme="majorBidi"/>
          <w:lang w:val="nl-NL"/>
        </w:rPr>
        <w:t>?</w:t>
      </w:r>
    </w:p>
    <w:p w:rsidR="254BFDA6" w:rsidP="701DF1D3" w:rsidRDefault="254BFDA6" w14:paraId="3D5B3AC4" w14:textId="37C07F44">
      <w:pPr>
        <w:spacing w:after="0"/>
        <w:jc w:val="both"/>
        <w:rPr>
          <w:rFonts w:asciiTheme="majorHAnsi" w:hAnsiTheme="majorHAnsi" w:eastAsiaTheme="majorEastAsia" w:cstheme="majorBidi"/>
          <w:color w:val="1F1F1F"/>
          <w:lang w:val="nl-NL"/>
        </w:rPr>
      </w:pPr>
      <w:r w:rsidRPr="701DF1D3">
        <w:rPr>
          <w:rFonts w:asciiTheme="majorHAnsi" w:hAnsiTheme="majorHAnsi" w:eastAsiaTheme="majorEastAsia" w:cstheme="majorBidi"/>
          <w:b/>
          <w:bCs/>
          <w:color w:val="1F1F1F"/>
          <w:lang w:val="nl-NL"/>
        </w:rPr>
        <w:t>W</w:t>
      </w:r>
      <w:r w:rsidRPr="701DF1D3" w:rsidR="5309814F">
        <w:rPr>
          <w:rFonts w:asciiTheme="majorHAnsi" w:hAnsiTheme="majorHAnsi" w:eastAsiaTheme="majorEastAsia" w:cstheme="majorBidi"/>
          <w:b/>
          <w:bCs/>
          <w:color w:val="1F1F1F"/>
          <w:lang w:val="nl-NL"/>
        </w:rPr>
        <w:t>at gaan we doen?</w:t>
      </w:r>
      <w:r w:rsidRPr="701DF1D3" w:rsidR="14C444AD">
        <w:rPr>
          <w:rFonts w:asciiTheme="majorHAnsi" w:hAnsiTheme="majorHAnsi" w:eastAsiaTheme="majorEastAsia" w:cstheme="majorBidi"/>
          <w:b/>
          <w:bCs/>
          <w:color w:val="1F1F1F"/>
          <w:lang w:val="nl-NL"/>
        </w:rPr>
        <w:t xml:space="preserve"> </w:t>
      </w:r>
      <w:r w:rsidRPr="701DF1D3" w:rsidR="5309814F">
        <w:rPr>
          <w:rFonts w:asciiTheme="majorHAnsi" w:hAnsiTheme="majorHAnsi" w:eastAsiaTheme="majorEastAsia" w:cstheme="majorBidi"/>
          <w:color w:val="1F1F1F"/>
          <w:lang w:val="nl-NL"/>
        </w:rPr>
        <w:t xml:space="preserve">Samen met Schiphol ontwikkelen we een concreet </w:t>
      </w:r>
      <w:r w:rsidRPr="701DF1D3" w:rsidR="5309814F">
        <w:rPr>
          <w:rFonts w:asciiTheme="majorHAnsi" w:hAnsiTheme="majorHAnsi" w:eastAsiaTheme="majorEastAsia" w:cstheme="majorBidi"/>
          <w:b/>
          <w:bCs/>
          <w:color w:val="1F1F1F"/>
          <w:lang w:val="nl-NL"/>
        </w:rPr>
        <w:t>‘draaiboek’</w:t>
      </w:r>
      <w:r w:rsidRPr="701DF1D3" w:rsidR="5309814F">
        <w:rPr>
          <w:rFonts w:asciiTheme="majorHAnsi" w:hAnsiTheme="majorHAnsi" w:eastAsiaTheme="majorEastAsia" w:cstheme="majorBidi"/>
          <w:color w:val="1F1F1F"/>
          <w:lang w:val="nl-NL"/>
        </w:rPr>
        <w:t xml:space="preserve"> waarmee </w:t>
      </w:r>
      <w:proofErr w:type="spellStart"/>
      <w:r w:rsidRPr="701DF1D3" w:rsidR="5309814F">
        <w:rPr>
          <w:rFonts w:asciiTheme="majorHAnsi" w:hAnsiTheme="majorHAnsi" w:eastAsiaTheme="majorEastAsia" w:cstheme="majorBidi"/>
          <w:color w:val="1F1F1F"/>
          <w:lang w:val="nl-NL"/>
        </w:rPr>
        <w:t>Lions</w:t>
      </w:r>
      <w:proofErr w:type="spellEnd"/>
      <w:r w:rsidRPr="701DF1D3" w:rsidR="5309814F">
        <w:rPr>
          <w:rFonts w:asciiTheme="majorHAnsi" w:hAnsiTheme="majorHAnsi" w:eastAsiaTheme="majorEastAsia" w:cstheme="majorBidi"/>
          <w:color w:val="1F1F1F"/>
          <w:lang w:val="nl-NL"/>
        </w:rPr>
        <w:t xml:space="preserve">-clubs in heel Nederland kunnen bijdragen. </w:t>
      </w:r>
      <w:proofErr w:type="spellStart"/>
      <w:r w:rsidRPr="701DF1D3" w:rsidR="10548A53">
        <w:rPr>
          <w:rFonts w:asciiTheme="majorHAnsi" w:hAnsiTheme="majorHAnsi" w:eastAsiaTheme="majorEastAsia" w:cstheme="majorBidi"/>
          <w:color w:val="1F1F1F"/>
          <w:lang w:val="nl-NL"/>
        </w:rPr>
        <w:t>Lions</w:t>
      </w:r>
      <w:proofErr w:type="spellEnd"/>
      <w:r w:rsidRPr="701DF1D3" w:rsidR="5309814F">
        <w:rPr>
          <w:rFonts w:asciiTheme="majorHAnsi" w:hAnsiTheme="majorHAnsi" w:eastAsiaTheme="majorEastAsia" w:cstheme="majorBidi"/>
          <w:color w:val="1F1F1F"/>
          <w:lang w:val="nl-NL"/>
        </w:rPr>
        <w:t xml:space="preserve"> lever</w:t>
      </w:r>
      <w:r w:rsidRPr="701DF1D3" w:rsidR="65FC7546">
        <w:rPr>
          <w:rFonts w:asciiTheme="majorHAnsi" w:hAnsiTheme="majorHAnsi" w:eastAsiaTheme="majorEastAsia" w:cstheme="majorBidi"/>
          <w:color w:val="1F1F1F"/>
          <w:lang w:val="nl-NL"/>
        </w:rPr>
        <w:t>t</w:t>
      </w:r>
      <w:r w:rsidRPr="701DF1D3" w:rsidR="5309814F">
        <w:rPr>
          <w:rFonts w:asciiTheme="majorHAnsi" w:hAnsiTheme="majorHAnsi" w:eastAsiaTheme="majorEastAsia" w:cstheme="majorBidi"/>
          <w:color w:val="1F1F1F"/>
          <w:lang w:val="nl-NL"/>
        </w:rPr>
        <w:t xml:space="preserve"> de testers (onze leden, familie en vrienden) die een dag lang de nieuwe pier aan de tand voelen. Als tegenprestatie doet Schiphol een substantiële financiële donatie aan </w:t>
      </w:r>
      <w:r w:rsidRPr="701DF1D3" w:rsidR="5309814F">
        <w:rPr>
          <w:rFonts w:asciiTheme="majorHAnsi" w:hAnsiTheme="majorHAnsi" w:eastAsiaTheme="majorEastAsia" w:cstheme="majorBidi"/>
          <w:b/>
          <w:bCs/>
          <w:color w:val="1F1F1F"/>
          <w:lang w:val="nl-NL"/>
        </w:rPr>
        <w:t>Stichting Alzheimer Nederland</w:t>
      </w:r>
      <w:r w:rsidRPr="701DF1D3" w:rsidR="5309814F">
        <w:rPr>
          <w:rFonts w:asciiTheme="majorHAnsi" w:hAnsiTheme="majorHAnsi" w:eastAsiaTheme="majorEastAsia" w:cstheme="majorBidi"/>
          <w:color w:val="1F1F1F"/>
          <w:lang w:val="nl-NL"/>
        </w:rPr>
        <w:t>, gebaseerd op onze opkomst.</w:t>
      </w:r>
    </w:p>
    <w:p w:rsidR="701DF1D3" w:rsidP="701DF1D3" w:rsidRDefault="701DF1D3" w14:paraId="0195488B" w14:textId="68F73A13">
      <w:pPr>
        <w:spacing w:after="0"/>
        <w:jc w:val="both"/>
        <w:rPr>
          <w:rFonts w:asciiTheme="majorHAnsi" w:hAnsiTheme="majorHAnsi" w:eastAsiaTheme="majorEastAsia" w:cstheme="majorBidi"/>
          <w:color w:val="1F1F1F"/>
          <w:lang w:val="nl-NL"/>
        </w:rPr>
      </w:pPr>
    </w:p>
    <w:p w:rsidR="5309814F" w:rsidP="701DF1D3" w:rsidRDefault="5309814F" w14:paraId="23711DFA" w14:textId="292C08D9">
      <w:pPr>
        <w:pStyle w:val="Kop3"/>
        <w:spacing w:before="0" w:line="360" w:lineRule="auto"/>
        <w:jc w:val="both"/>
        <w:rPr>
          <w:color w:val="1F1F1F"/>
          <w:lang w:val="nl-NL"/>
        </w:rPr>
      </w:pPr>
      <w:r w:rsidRPr="701DF1D3">
        <w:rPr>
          <w:color w:val="1F1F1F"/>
          <w:lang w:val="nl-NL"/>
        </w:rPr>
        <w:t>Van District naar Landelijke Impact</w:t>
      </w:r>
    </w:p>
    <w:p w:rsidR="5309814F" w:rsidP="701DF1D3" w:rsidRDefault="5309814F" w14:paraId="7F14087E" w14:textId="39EE1AB9">
      <w:pPr>
        <w:spacing w:after="0"/>
        <w:jc w:val="both"/>
        <w:rPr>
          <w:rFonts w:asciiTheme="majorHAnsi" w:hAnsiTheme="majorHAnsi" w:eastAsiaTheme="majorEastAsia" w:cstheme="majorBidi"/>
          <w:color w:val="1F1F1F"/>
          <w:lang w:val="nl-NL"/>
        </w:rPr>
      </w:pPr>
      <w:r w:rsidRPr="35744B9D" w:rsidR="5309814F">
        <w:rPr>
          <w:rFonts w:ascii="Calibri" w:hAnsi="Calibri" w:eastAsia="ＭＳ ゴシック" w:cs="Times New Roman" w:asciiTheme="majorAscii" w:hAnsiTheme="majorAscii" w:eastAsiaTheme="majorEastAsia" w:cstheme="majorBidi"/>
          <w:color w:val="1F1F1F"/>
          <w:lang w:val="nl-NL"/>
        </w:rPr>
        <w:t>Onder coördinatie van het GST en de DG ontwikkelen we binnen ons district de blauwdruk voor dit project. Dit omvat niet alleen de logistiek van de testdag, maar ook een c</w:t>
      </w:r>
      <w:r w:rsidRPr="35744B9D" w:rsidR="1E8F1FD4">
        <w:rPr>
          <w:rFonts w:ascii="Calibri" w:hAnsi="Calibri" w:eastAsia="ＭＳ ゴシック" w:cs="Times New Roman" w:asciiTheme="majorAscii" w:hAnsiTheme="majorAscii" w:eastAsiaTheme="majorEastAsia" w:cstheme="majorBidi"/>
          <w:color w:val="1F1F1F"/>
          <w:lang w:val="nl-NL"/>
        </w:rPr>
        <w:t>ommunicatieplan</w:t>
      </w:r>
      <w:r w:rsidRPr="35744B9D" w:rsidR="5309814F">
        <w:rPr>
          <w:rFonts w:ascii="Calibri" w:hAnsi="Calibri" w:eastAsia="ＭＳ ゴシック" w:cs="Times New Roman" w:asciiTheme="majorAscii" w:hAnsiTheme="majorAscii" w:eastAsiaTheme="majorEastAsia" w:cstheme="majorBidi"/>
          <w:b w:val="1"/>
          <w:bCs w:val="1"/>
          <w:color w:val="1F1F1F"/>
          <w:lang w:val="nl-NL"/>
        </w:rPr>
        <w:t xml:space="preserve"> </w:t>
      </w:r>
      <w:r w:rsidRPr="35744B9D" w:rsidR="5309814F">
        <w:rPr>
          <w:rFonts w:ascii="Calibri" w:hAnsi="Calibri" w:eastAsia="ＭＳ ゴシック" w:cs="Times New Roman" w:asciiTheme="majorAscii" w:hAnsiTheme="majorAscii" w:eastAsiaTheme="majorEastAsia" w:cstheme="majorBidi"/>
          <w:color w:val="1F1F1F"/>
          <w:lang w:val="nl-NL"/>
        </w:rPr>
        <w:t xml:space="preserve">en centrale support vanuit de </w:t>
      </w:r>
      <w:proofErr w:type="spellStart"/>
      <w:r w:rsidRPr="35744B9D" w:rsidR="5309814F">
        <w:rPr>
          <w:rFonts w:ascii="Calibri" w:hAnsi="Calibri" w:eastAsia="ＭＳ ゴシック" w:cs="Times New Roman" w:asciiTheme="majorAscii" w:hAnsiTheme="majorAscii" w:eastAsiaTheme="majorEastAsia" w:cstheme="majorBidi"/>
          <w:color w:val="1F1F1F"/>
          <w:lang w:val="nl-NL"/>
        </w:rPr>
        <w:t>Lions</w:t>
      </w:r>
      <w:proofErr w:type="spellEnd"/>
      <w:r w:rsidRPr="35744B9D" w:rsidR="5309814F">
        <w:rPr>
          <w:rFonts w:ascii="Calibri" w:hAnsi="Calibri" w:eastAsia="ＭＳ ゴシック" w:cs="Times New Roman" w:asciiTheme="majorAscii" w:hAnsiTheme="majorAscii" w:eastAsiaTheme="majorEastAsia" w:cstheme="majorBidi"/>
          <w:color w:val="1F1F1F"/>
          <w:lang w:val="nl-NL"/>
        </w:rPr>
        <w:t>. Het doel</w:t>
      </w:r>
      <w:r w:rsidRPr="35744B9D" w:rsidR="3C44FAE3">
        <w:rPr>
          <w:rFonts w:ascii="Calibri" w:hAnsi="Calibri" w:eastAsia="ＭＳ ゴシック" w:cs="Times New Roman" w:asciiTheme="majorAscii" w:hAnsiTheme="majorAscii" w:eastAsiaTheme="majorEastAsia" w:cstheme="majorBidi"/>
          <w:color w:val="1F1F1F"/>
          <w:lang w:val="nl-NL"/>
        </w:rPr>
        <w:t xml:space="preserve">: </w:t>
      </w:r>
      <w:r w:rsidRPr="35744B9D" w:rsidR="5309814F">
        <w:rPr>
          <w:rFonts w:ascii="Calibri" w:hAnsi="Calibri" w:eastAsia="ＭＳ ゴシック" w:cs="Times New Roman" w:asciiTheme="majorAscii" w:hAnsiTheme="majorAscii" w:eastAsiaTheme="majorEastAsia" w:cstheme="majorBidi"/>
          <w:color w:val="1F1F1F"/>
          <w:lang w:val="nl-NL"/>
        </w:rPr>
        <w:t xml:space="preserve">Een succesvol </w:t>
      </w:r>
      <w:r w:rsidRPr="35744B9D" w:rsidR="74B3E7D1">
        <w:rPr>
          <w:rFonts w:ascii="Calibri" w:hAnsi="Calibri" w:eastAsia="ＭＳ ゴシック" w:cs="Times New Roman" w:asciiTheme="majorAscii" w:hAnsiTheme="majorAscii" w:eastAsiaTheme="majorEastAsia" w:cstheme="majorBidi"/>
          <w:color w:val="1F1F1F"/>
          <w:lang w:val="nl-NL"/>
        </w:rPr>
        <w:t>‘draaiboek’</w:t>
      </w:r>
      <w:r w:rsidRPr="35744B9D" w:rsidR="5309814F">
        <w:rPr>
          <w:rFonts w:ascii="Calibri" w:hAnsi="Calibri" w:eastAsia="ＭＳ ゴシック" w:cs="Times New Roman" w:asciiTheme="majorAscii" w:hAnsiTheme="majorAscii" w:eastAsiaTheme="majorEastAsia" w:cstheme="majorBidi"/>
          <w:color w:val="1F1F1F"/>
          <w:lang w:val="nl-NL"/>
        </w:rPr>
        <w:t xml:space="preserve"> neerzetten die we vervolgens landelijk kunnen uitrollen.</w:t>
      </w:r>
    </w:p>
    <w:p w:rsidR="35744B9D" w:rsidP="35744B9D" w:rsidRDefault="35744B9D" w14:paraId="5BDAD9BA" w14:textId="7802F9A6">
      <w:pPr>
        <w:pStyle w:val="Kop3"/>
        <w:spacing w:before="0" w:after="120" w:line="360" w:lineRule="auto"/>
        <w:jc w:val="both"/>
        <w:rPr>
          <w:color w:val="1F1F1F"/>
          <w:lang w:val="nl-NL"/>
        </w:rPr>
      </w:pPr>
    </w:p>
    <w:p w:rsidR="5309814F" w:rsidP="701DF1D3" w:rsidRDefault="5309814F" w14:paraId="3BEB1D86" w14:textId="2AC29AB7">
      <w:pPr>
        <w:pStyle w:val="Kop3"/>
        <w:spacing w:before="0" w:after="120" w:line="360" w:lineRule="auto"/>
        <w:jc w:val="both"/>
        <w:rPr>
          <w:color w:val="1F1F1F"/>
          <w:lang w:val="nl-NL"/>
        </w:rPr>
      </w:pPr>
      <w:r w:rsidRPr="701DF1D3">
        <w:rPr>
          <w:color w:val="1F1F1F"/>
          <w:lang w:val="nl-NL"/>
        </w:rPr>
        <w:t>Waarom dit project?</w:t>
      </w:r>
    </w:p>
    <w:p w:rsidR="5309814F" w:rsidP="006B1769" w:rsidRDefault="5309814F" w14:paraId="5CBAAD79" w14:textId="60E3CD32">
      <w:pPr>
        <w:pStyle w:val="Lijstalinea"/>
        <w:numPr>
          <w:ilvl w:val="0"/>
          <w:numId w:val="16"/>
        </w:numPr>
        <w:spacing w:after="240"/>
        <w:jc w:val="both"/>
        <w:rPr>
          <w:rFonts w:asciiTheme="majorHAnsi" w:hAnsiTheme="majorHAnsi" w:eastAsiaTheme="majorEastAsia" w:cstheme="majorBidi"/>
          <w:color w:val="1F1F1F"/>
          <w:sz w:val="20"/>
          <w:szCs w:val="20"/>
          <w:lang w:val="nl-NL"/>
        </w:rPr>
      </w:pPr>
      <w:r w:rsidRPr="701DF1D3">
        <w:rPr>
          <w:rFonts w:asciiTheme="majorHAnsi" w:hAnsiTheme="majorHAnsi" w:eastAsiaTheme="majorEastAsia" w:cstheme="majorBidi"/>
          <w:b/>
          <w:bCs/>
          <w:color w:val="1F1F1F"/>
          <w:sz w:val="20"/>
          <w:szCs w:val="20"/>
          <w:lang w:val="nl-NL"/>
        </w:rPr>
        <w:t>Impact:</w:t>
      </w:r>
      <w:r w:rsidRPr="701DF1D3">
        <w:rPr>
          <w:rFonts w:asciiTheme="majorHAnsi" w:hAnsiTheme="majorHAnsi" w:eastAsiaTheme="majorEastAsia" w:cstheme="majorBidi"/>
          <w:color w:val="1F1F1F"/>
          <w:sz w:val="20"/>
          <w:szCs w:val="20"/>
          <w:lang w:val="nl-NL"/>
        </w:rPr>
        <w:t xml:space="preserve"> We steunen</w:t>
      </w:r>
      <w:r w:rsidRPr="701DF1D3" w:rsidR="2B1F30BB">
        <w:rPr>
          <w:rFonts w:asciiTheme="majorHAnsi" w:hAnsiTheme="majorHAnsi" w:eastAsiaTheme="majorEastAsia" w:cstheme="majorBidi"/>
          <w:color w:val="1F1F1F"/>
          <w:sz w:val="20"/>
          <w:szCs w:val="20"/>
          <w:lang w:val="nl-NL"/>
        </w:rPr>
        <w:t xml:space="preserve"> </w:t>
      </w:r>
      <w:bookmarkStart w:name="_Int_oWCxMEe0" w:id="1"/>
      <w:r w:rsidRPr="701DF1D3" w:rsidR="2B1F30BB">
        <w:rPr>
          <w:rFonts w:asciiTheme="majorHAnsi" w:hAnsiTheme="majorHAnsi" w:eastAsiaTheme="majorEastAsia" w:cstheme="majorBidi"/>
          <w:color w:val="1F1F1F"/>
          <w:sz w:val="20"/>
          <w:szCs w:val="20"/>
          <w:lang w:val="nl-NL"/>
        </w:rPr>
        <w:t>middels</w:t>
      </w:r>
      <w:bookmarkEnd w:id="1"/>
      <w:r w:rsidRPr="701DF1D3" w:rsidR="2B1F30BB">
        <w:rPr>
          <w:rFonts w:asciiTheme="majorHAnsi" w:hAnsiTheme="majorHAnsi" w:eastAsiaTheme="majorEastAsia" w:cstheme="majorBidi"/>
          <w:color w:val="1F1F1F"/>
          <w:sz w:val="20"/>
          <w:szCs w:val="20"/>
          <w:lang w:val="nl-NL"/>
        </w:rPr>
        <w:t xml:space="preserve"> dit project</w:t>
      </w:r>
      <w:r w:rsidRPr="701DF1D3">
        <w:rPr>
          <w:rFonts w:asciiTheme="majorHAnsi" w:hAnsiTheme="majorHAnsi" w:eastAsiaTheme="majorEastAsia" w:cstheme="majorBidi"/>
          <w:color w:val="1F1F1F"/>
          <w:sz w:val="20"/>
          <w:szCs w:val="20"/>
          <w:lang w:val="nl-NL"/>
        </w:rPr>
        <w:t xml:space="preserve"> direct het belangrijke werk van Stichting Alzheimer Nederland.</w:t>
      </w:r>
    </w:p>
    <w:p w:rsidR="5309814F" w:rsidP="006B1769" w:rsidRDefault="5309814F" w14:paraId="18A84D5E" w14:textId="54ED6E01">
      <w:pPr>
        <w:pStyle w:val="Lijstalinea"/>
        <w:numPr>
          <w:ilvl w:val="0"/>
          <w:numId w:val="16"/>
        </w:numPr>
        <w:spacing w:after="240"/>
        <w:jc w:val="both"/>
        <w:rPr>
          <w:rFonts w:asciiTheme="majorHAnsi" w:hAnsiTheme="majorHAnsi" w:eastAsiaTheme="majorEastAsia" w:cstheme="majorBidi"/>
          <w:color w:val="1F1F1F"/>
          <w:sz w:val="20"/>
          <w:szCs w:val="20"/>
          <w:lang w:val="nl-NL"/>
        </w:rPr>
      </w:pPr>
      <w:r w:rsidRPr="701DF1D3">
        <w:rPr>
          <w:rFonts w:asciiTheme="majorHAnsi" w:hAnsiTheme="majorHAnsi" w:eastAsiaTheme="majorEastAsia" w:cstheme="majorBidi"/>
          <w:b/>
          <w:bCs/>
          <w:color w:val="1F1F1F"/>
          <w:sz w:val="20"/>
          <w:szCs w:val="20"/>
          <w:lang w:val="nl-NL"/>
        </w:rPr>
        <w:t>Zichtbaarheid:</w:t>
      </w:r>
      <w:r w:rsidRPr="701DF1D3">
        <w:rPr>
          <w:rFonts w:asciiTheme="majorHAnsi" w:hAnsiTheme="majorHAnsi" w:eastAsiaTheme="majorEastAsia" w:cstheme="majorBidi"/>
          <w:color w:val="1F1F1F"/>
          <w:sz w:val="20"/>
          <w:szCs w:val="20"/>
          <w:lang w:val="nl-NL"/>
        </w:rPr>
        <w:t xml:space="preserve"> Een unieke kans om de </w:t>
      </w:r>
      <w:proofErr w:type="spellStart"/>
      <w:r w:rsidRPr="701DF1D3">
        <w:rPr>
          <w:rFonts w:asciiTheme="majorHAnsi" w:hAnsiTheme="majorHAnsi" w:eastAsiaTheme="majorEastAsia" w:cstheme="majorBidi"/>
          <w:color w:val="1F1F1F"/>
          <w:sz w:val="20"/>
          <w:szCs w:val="20"/>
          <w:lang w:val="nl-NL"/>
        </w:rPr>
        <w:t>Lions</w:t>
      </w:r>
      <w:proofErr w:type="spellEnd"/>
      <w:r w:rsidRPr="701DF1D3">
        <w:rPr>
          <w:rFonts w:asciiTheme="majorHAnsi" w:hAnsiTheme="majorHAnsi" w:eastAsiaTheme="majorEastAsia" w:cstheme="majorBidi"/>
          <w:color w:val="1F1F1F"/>
          <w:sz w:val="20"/>
          <w:szCs w:val="20"/>
          <w:lang w:val="nl-NL"/>
        </w:rPr>
        <w:t xml:space="preserve"> op een moderne en actieve manier op de kaart te zetten.</w:t>
      </w:r>
    </w:p>
    <w:p w:rsidR="5309814F" w:rsidP="006B1769" w:rsidRDefault="5309814F" w14:paraId="00E0675E" w14:textId="22DC7BDE">
      <w:pPr>
        <w:pStyle w:val="Lijstalinea"/>
        <w:numPr>
          <w:ilvl w:val="0"/>
          <w:numId w:val="16"/>
        </w:numPr>
        <w:spacing w:after="240"/>
        <w:jc w:val="both"/>
        <w:rPr>
          <w:rFonts w:asciiTheme="majorHAnsi" w:hAnsiTheme="majorHAnsi" w:eastAsiaTheme="majorEastAsia" w:cstheme="majorBidi"/>
          <w:color w:val="1F1F1F"/>
          <w:sz w:val="20"/>
          <w:szCs w:val="20"/>
          <w:lang w:val="nl-NL"/>
        </w:rPr>
      </w:pPr>
      <w:r w:rsidRPr="701DF1D3">
        <w:rPr>
          <w:rFonts w:asciiTheme="majorHAnsi" w:hAnsiTheme="majorHAnsi" w:eastAsiaTheme="majorEastAsia" w:cstheme="majorBidi"/>
          <w:b/>
          <w:bCs/>
          <w:color w:val="1F1F1F"/>
          <w:sz w:val="20"/>
          <w:szCs w:val="20"/>
          <w:lang w:val="nl-NL"/>
        </w:rPr>
        <w:t>Lustrumviering:</w:t>
      </w:r>
      <w:r w:rsidRPr="701DF1D3">
        <w:rPr>
          <w:rFonts w:asciiTheme="majorHAnsi" w:hAnsiTheme="majorHAnsi" w:eastAsiaTheme="majorEastAsia" w:cstheme="majorBidi"/>
          <w:color w:val="1F1F1F"/>
          <w:sz w:val="20"/>
          <w:szCs w:val="20"/>
          <w:lang w:val="nl-NL"/>
        </w:rPr>
        <w:t xml:space="preserve"> Een memorabele activiteit die verbindt en inspireert.</w:t>
      </w:r>
    </w:p>
    <w:p w:rsidR="5309814F" w:rsidP="701DF1D3" w:rsidRDefault="5309814F" w14:paraId="239B60EF" w14:textId="4FE57148">
      <w:pPr>
        <w:spacing w:after="240"/>
        <w:rPr>
          <w:rFonts w:asciiTheme="majorHAnsi" w:hAnsiTheme="majorHAnsi" w:eastAsiaTheme="majorEastAsia" w:cstheme="majorBidi"/>
          <w:color w:val="1F1F1F"/>
          <w:lang w:val="nl-NL"/>
        </w:rPr>
      </w:pPr>
      <w:r w:rsidRPr="35744B9D" w:rsidR="5309814F">
        <w:rPr>
          <w:rFonts w:ascii="Calibri" w:hAnsi="Calibri" w:eastAsia="ＭＳ ゴシック" w:cs="Times New Roman" w:asciiTheme="majorAscii" w:hAnsiTheme="majorAscii" w:eastAsiaTheme="majorEastAsia" w:cstheme="majorBidi"/>
          <w:color w:val="1F1F1F"/>
          <w:lang w:val="nl-NL"/>
        </w:rPr>
        <w:t>De komende periode werken we de details verder uit</w:t>
      </w:r>
      <w:r w:rsidRPr="35744B9D" w:rsidR="2AB94118">
        <w:rPr>
          <w:rFonts w:ascii="Calibri" w:hAnsi="Calibri" w:eastAsia="ＭＳ ゴシック" w:cs="Times New Roman" w:asciiTheme="majorAscii" w:hAnsiTheme="majorAscii" w:eastAsiaTheme="majorEastAsia" w:cstheme="majorBidi"/>
          <w:color w:val="1F1F1F"/>
          <w:lang w:val="nl-NL"/>
        </w:rPr>
        <w:t xml:space="preserve">, maar een ding is zeker, </w:t>
      </w:r>
      <w:r w:rsidRPr="35744B9D" w:rsidR="5309814F">
        <w:rPr>
          <w:rFonts w:ascii="Calibri" w:hAnsi="Calibri" w:eastAsia="ＭＳ ゴシック" w:cs="Times New Roman" w:asciiTheme="majorAscii" w:hAnsiTheme="majorAscii" w:eastAsiaTheme="majorEastAsia" w:cstheme="majorBidi"/>
          <w:color w:val="1F1F1F"/>
          <w:lang w:val="nl-NL"/>
        </w:rPr>
        <w:t>dit wordt een operatie waarbij we elke 'leeuw' goed kunnen gebruiken!</w:t>
      </w:r>
    </w:p>
    <w:p w:rsidRPr="00387002" w:rsidR="00387002" w:rsidP="297B780E" w:rsidRDefault="56624AE4" w14:paraId="3A251969" w14:textId="6BB59257">
      <w:pPr>
        <w:spacing w:after="0" w:line="240" w:lineRule="auto"/>
        <w:rPr>
          <w:rFonts w:asciiTheme="majorHAnsi" w:hAnsiTheme="majorHAnsi" w:eastAsiaTheme="majorEastAsia" w:cstheme="majorBidi"/>
          <w:b/>
          <w:bCs/>
          <w:lang w:val="nl-NL" w:eastAsia="en-GB"/>
        </w:rPr>
      </w:pPr>
      <w:r w:rsidRPr="297B780E">
        <w:rPr>
          <w:rFonts w:asciiTheme="majorHAnsi" w:hAnsiTheme="majorHAnsi" w:eastAsiaTheme="majorEastAsia" w:cstheme="majorBidi"/>
          <w:b/>
          <w:bCs/>
          <w:lang w:val="nl-NL" w:eastAsia="en-GB"/>
        </w:rPr>
        <w:t>Mission 1.5: Groei door Relevantie</w:t>
      </w:r>
    </w:p>
    <w:p w:rsidRPr="00387002" w:rsidR="00387002" w:rsidP="297B780E" w:rsidRDefault="33E58D8A" w14:paraId="3C4CAC2F" w14:textId="397F0D7B">
      <w:pPr>
        <w:spacing w:after="0"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Door onze inzet voor thema's als Alzheimer en het 75-jarig jubileum te tonen,</w:t>
      </w:r>
      <w:r w:rsidRPr="297B780E" w:rsidR="356CE2BC">
        <w:rPr>
          <w:rFonts w:asciiTheme="majorHAnsi" w:hAnsiTheme="majorHAnsi" w:eastAsiaTheme="majorEastAsia" w:cstheme="majorBidi"/>
          <w:lang w:val="nl-NL"/>
        </w:rPr>
        <w:t xml:space="preserve"> laten we zien welke impact we</w:t>
      </w:r>
      <w:r w:rsidRPr="297B780E" w:rsidR="178C0AE3">
        <w:rPr>
          <w:rFonts w:asciiTheme="majorHAnsi" w:hAnsiTheme="majorHAnsi" w:eastAsiaTheme="majorEastAsia" w:cstheme="majorBidi"/>
          <w:lang w:val="nl-NL"/>
        </w:rPr>
        <w:t xml:space="preserve"> als organisatie</w:t>
      </w:r>
      <w:r w:rsidRPr="297B780E" w:rsidR="356CE2BC">
        <w:rPr>
          <w:rFonts w:asciiTheme="majorHAnsi" w:hAnsiTheme="majorHAnsi" w:eastAsiaTheme="majorEastAsia" w:cstheme="majorBidi"/>
          <w:lang w:val="nl-NL"/>
        </w:rPr>
        <w:t xml:space="preserve"> hebben op onze omgeving</w:t>
      </w:r>
      <w:r w:rsidRPr="297B780E" w:rsidR="7C985032">
        <w:rPr>
          <w:rFonts w:asciiTheme="majorHAnsi" w:hAnsiTheme="majorHAnsi" w:eastAsiaTheme="majorEastAsia" w:cstheme="majorBidi"/>
          <w:lang w:val="nl-NL"/>
        </w:rPr>
        <w:t xml:space="preserve"> en hoe mooi dat is</w:t>
      </w:r>
      <w:r w:rsidRPr="297B780E" w:rsidR="356CE2BC">
        <w:rPr>
          <w:rFonts w:asciiTheme="majorHAnsi" w:hAnsiTheme="majorHAnsi" w:eastAsiaTheme="majorEastAsia" w:cstheme="majorBidi"/>
          <w:lang w:val="nl-NL"/>
        </w:rPr>
        <w:t xml:space="preserve">. Daarmee kunnen we </w:t>
      </w:r>
      <w:r w:rsidRPr="297B780E" w:rsidR="747F2805">
        <w:rPr>
          <w:rFonts w:asciiTheme="majorHAnsi" w:hAnsiTheme="majorHAnsi" w:eastAsiaTheme="majorEastAsia" w:cstheme="majorBidi"/>
          <w:lang w:val="nl-NL"/>
        </w:rPr>
        <w:t xml:space="preserve">niet leden wellicht nieuwsgierig maken naar de </w:t>
      </w:r>
      <w:proofErr w:type="spellStart"/>
      <w:r w:rsidRPr="297B780E" w:rsidR="747F2805">
        <w:rPr>
          <w:rFonts w:asciiTheme="majorHAnsi" w:hAnsiTheme="majorHAnsi" w:eastAsiaTheme="majorEastAsia" w:cstheme="majorBidi"/>
          <w:lang w:val="nl-NL"/>
        </w:rPr>
        <w:t>Lions</w:t>
      </w:r>
      <w:proofErr w:type="spellEnd"/>
      <w:r w:rsidRPr="297B780E" w:rsidR="3630A1F3">
        <w:rPr>
          <w:rFonts w:asciiTheme="majorHAnsi" w:hAnsiTheme="majorHAnsi" w:eastAsiaTheme="majorEastAsia" w:cstheme="majorBidi"/>
          <w:lang w:val="nl-NL"/>
        </w:rPr>
        <w:t>.</w:t>
      </w:r>
    </w:p>
    <w:p w:rsidR="671697A2" w:rsidP="297B780E" w:rsidRDefault="458F0C86" w14:paraId="4DA2F3D3" w14:textId="575F74D6">
      <w:pPr>
        <w:numPr>
          <w:ilvl w:val="0"/>
          <w:numId w:val="3"/>
        </w:numPr>
        <w:spacing w:beforeAutospacing="1" w:afterAutospacing="1" w:line="240" w:lineRule="auto"/>
        <w:jc w:val="both"/>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Ledenbehoud:</w:t>
      </w:r>
      <w:r w:rsidRPr="297B780E">
        <w:rPr>
          <w:rFonts w:asciiTheme="majorHAnsi" w:hAnsiTheme="majorHAnsi" w:eastAsiaTheme="majorEastAsia" w:cstheme="majorBidi"/>
          <w:sz w:val="20"/>
          <w:szCs w:val="20"/>
          <w:lang w:val="nl-NL" w:eastAsia="nl-NL"/>
        </w:rPr>
        <w:t xml:space="preserve"> We gaan ons op club- of zoneniveau sterk maken voor Alzheimer binnen de eigen regio. Daarmee laten we zien, dat we in vriendschap met elkaar tot mooie resultaten voor onze eigen omgeving kunnen komen.</w:t>
      </w:r>
    </w:p>
    <w:p w:rsidR="671697A2" w:rsidP="297B780E" w:rsidRDefault="458F0C86" w14:paraId="3BEC32A3" w14:textId="1AB9DF3D">
      <w:pPr>
        <w:numPr>
          <w:ilvl w:val="0"/>
          <w:numId w:val="3"/>
        </w:numPr>
        <w:spacing w:beforeAutospacing="1" w:afterAutospacing="1" w:line="240" w:lineRule="auto"/>
        <w:jc w:val="both"/>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Ledenwerving:</w:t>
      </w:r>
      <w:r w:rsidRPr="297B780E">
        <w:rPr>
          <w:rFonts w:asciiTheme="majorHAnsi" w:hAnsiTheme="majorHAnsi" w:eastAsiaTheme="majorEastAsia" w:cstheme="majorBidi"/>
          <w:sz w:val="20"/>
          <w:szCs w:val="20"/>
          <w:lang w:val="nl-NL" w:eastAsia="nl-NL"/>
        </w:rPr>
        <w:t xml:space="preserve"> We gebruiken onze zichtbare activiteiten om te laten zien dat wij een organisatie zijn waar je écht een verschil kunt maken.</w:t>
      </w:r>
    </w:p>
    <w:p w:rsidR="671697A2" w:rsidP="297B780E" w:rsidRDefault="458F0C86" w14:paraId="46FF10FE" w14:textId="0292EDAA">
      <w:pPr>
        <w:numPr>
          <w:ilvl w:val="0"/>
          <w:numId w:val="3"/>
        </w:numPr>
        <w:spacing w:beforeAutospacing="1" w:afterAutospacing="1" w:line="240" w:lineRule="auto"/>
        <w:jc w:val="both"/>
        <w:rPr>
          <w:rFonts w:asciiTheme="majorHAnsi" w:hAnsiTheme="majorHAnsi" w:eastAsiaTheme="majorEastAsia" w:cstheme="majorBidi"/>
          <w:sz w:val="20"/>
          <w:szCs w:val="20"/>
          <w:lang w:val="nl-NL" w:eastAsia="nl-NL"/>
        </w:rPr>
      </w:pPr>
      <w:r w:rsidRPr="297B780E">
        <w:rPr>
          <w:rFonts w:asciiTheme="majorHAnsi" w:hAnsiTheme="majorHAnsi" w:eastAsiaTheme="majorEastAsia" w:cstheme="majorBidi"/>
          <w:b/>
          <w:bCs/>
          <w:sz w:val="20"/>
          <w:szCs w:val="20"/>
          <w:lang w:val="nl-NL" w:eastAsia="nl-NL"/>
        </w:rPr>
        <w:t xml:space="preserve">Diversiteit (New </w:t>
      </w:r>
      <w:proofErr w:type="spellStart"/>
      <w:r w:rsidRPr="297B780E">
        <w:rPr>
          <w:rFonts w:asciiTheme="majorHAnsi" w:hAnsiTheme="majorHAnsi" w:eastAsiaTheme="majorEastAsia" w:cstheme="majorBidi"/>
          <w:b/>
          <w:bCs/>
          <w:sz w:val="20"/>
          <w:szCs w:val="20"/>
          <w:lang w:val="nl-NL" w:eastAsia="nl-NL"/>
        </w:rPr>
        <w:t>Voices</w:t>
      </w:r>
      <w:proofErr w:type="spellEnd"/>
      <w:r w:rsidRPr="297B780E">
        <w:rPr>
          <w:rFonts w:asciiTheme="majorHAnsi" w:hAnsiTheme="majorHAnsi" w:eastAsiaTheme="majorEastAsia" w:cstheme="majorBidi"/>
          <w:b/>
          <w:bCs/>
          <w:sz w:val="20"/>
          <w:szCs w:val="20"/>
          <w:lang w:val="nl-NL" w:eastAsia="nl-NL"/>
        </w:rPr>
        <w:t>):</w:t>
      </w:r>
      <w:r w:rsidRPr="297B780E">
        <w:rPr>
          <w:rFonts w:asciiTheme="majorHAnsi" w:hAnsiTheme="majorHAnsi" w:eastAsiaTheme="majorEastAsia" w:cstheme="majorBidi"/>
          <w:sz w:val="20"/>
          <w:szCs w:val="20"/>
          <w:lang w:val="nl-NL" w:eastAsia="nl-NL"/>
        </w:rPr>
        <w:t xml:space="preserve"> We blijven streven naar een ledenbestand dat een afspiegeling is van de maatschappij, waarbij iedereen zich welkom en gewaardeerd voelt om wie hij of zij is.</w:t>
      </w:r>
    </w:p>
    <w:p w:rsidR="4AB4D333" w:rsidP="297B780E" w:rsidRDefault="4AB4D333" w14:paraId="36AA7506" w14:textId="70C4F50A">
      <w:pPr>
        <w:spacing w:after="0" w:line="240" w:lineRule="auto"/>
        <w:rPr>
          <w:rFonts w:asciiTheme="majorHAnsi" w:hAnsiTheme="majorHAnsi" w:eastAsiaTheme="majorEastAsia" w:cstheme="majorBidi"/>
          <w:lang w:val="nl-NL"/>
        </w:rPr>
      </w:pPr>
    </w:p>
    <w:p w:rsidRPr="00387002" w:rsidR="0090360E" w:rsidP="297B780E" w:rsidRDefault="051285BB" w14:paraId="61267B17" w14:textId="11F9F375">
      <w:pPr>
        <w:pStyle w:val="Kop1"/>
        <w:spacing w:before="0" w:line="240" w:lineRule="auto"/>
        <w:rPr>
          <w:lang w:val="nl-NL"/>
        </w:rPr>
      </w:pPr>
      <w:r w:rsidRPr="701DF1D3">
        <w:rPr>
          <w:lang w:val="nl-NL"/>
        </w:rPr>
        <w:t>5</w:t>
      </w:r>
      <w:r w:rsidRPr="297B780E" w:rsidR="78804092">
        <w:rPr>
          <w:lang w:val="nl-NL"/>
        </w:rPr>
        <w:t xml:space="preserve">. </w:t>
      </w:r>
      <w:r w:rsidRPr="297B780E" w:rsidR="0160ECF5">
        <w:rPr>
          <w:lang w:val="nl-NL"/>
        </w:rPr>
        <w:t>GAT team doelstellingen</w:t>
      </w:r>
      <w:r w:rsidRPr="297B780E" w:rsidR="68E338FA">
        <w:rPr>
          <w:lang w:val="nl-NL"/>
        </w:rPr>
        <w:t xml:space="preserve"> en begroting</w:t>
      </w:r>
    </w:p>
    <w:p w:rsidR="0027046F" w:rsidP="297B780E" w:rsidRDefault="0027046F" w14:paraId="17A79855" w14:textId="77777777">
      <w:pPr>
        <w:spacing w:after="0" w:line="240" w:lineRule="auto"/>
        <w:rPr>
          <w:rFonts w:asciiTheme="majorHAnsi" w:hAnsiTheme="majorHAnsi" w:eastAsiaTheme="majorEastAsia" w:cstheme="majorBidi"/>
          <w:b/>
          <w:bCs/>
          <w:lang w:val="nl-NL" w:eastAsia="en-GB"/>
        </w:rPr>
      </w:pPr>
    </w:p>
    <w:p w:rsidR="6362A7E0" w:rsidP="297B780E" w:rsidRDefault="2181A1B2" w14:paraId="7A534874" w14:textId="584F883E">
      <w:pPr>
        <w:spacing w:after="0" w:line="240" w:lineRule="auto"/>
        <w:rPr>
          <w:rFonts w:asciiTheme="majorHAnsi" w:hAnsiTheme="majorHAnsi" w:eastAsiaTheme="majorEastAsia" w:cstheme="majorBidi"/>
          <w:b/>
          <w:bCs/>
          <w:lang w:val="nl-NL" w:eastAsia="en-GB"/>
        </w:rPr>
      </w:pPr>
      <w:r w:rsidRPr="297B780E">
        <w:rPr>
          <w:rFonts w:asciiTheme="majorHAnsi" w:hAnsiTheme="majorHAnsi" w:eastAsiaTheme="majorEastAsia" w:cstheme="majorBidi"/>
          <w:b/>
          <w:bCs/>
          <w:lang w:val="nl-NL" w:eastAsia="en-GB"/>
        </w:rPr>
        <w:t xml:space="preserve">Global Action Team (voorzitter: </w:t>
      </w:r>
      <w:proofErr w:type="spellStart"/>
      <w:r w:rsidRPr="297B780E" w:rsidR="4F82CEC5">
        <w:rPr>
          <w:rFonts w:asciiTheme="majorHAnsi" w:hAnsiTheme="majorHAnsi" w:eastAsiaTheme="majorEastAsia" w:cstheme="majorBidi"/>
          <w:b/>
          <w:bCs/>
          <w:lang w:val="nl-NL" w:eastAsia="en-GB"/>
        </w:rPr>
        <w:t>Jorick</w:t>
      </w:r>
      <w:proofErr w:type="spellEnd"/>
      <w:r w:rsidRPr="297B780E" w:rsidR="4F82CEC5">
        <w:rPr>
          <w:rFonts w:asciiTheme="majorHAnsi" w:hAnsiTheme="majorHAnsi" w:eastAsiaTheme="majorEastAsia" w:cstheme="majorBidi"/>
          <w:b/>
          <w:bCs/>
          <w:lang w:val="nl-NL" w:eastAsia="en-GB"/>
        </w:rPr>
        <w:t xml:space="preserve"> van Gemert</w:t>
      </w:r>
      <w:r w:rsidRPr="297B780E">
        <w:rPr>
          <w:rFonts w:asciiTheme="majorHAnsi" w:hAnsiTheme="majorHAnsi" w:eastAsiaTheme="majorEastAsia" w:cstheme="majorBidi"/>
          <w:b/>
          <w:bCs/>
          <w:lang w:val="nl-NL" w:eastAsia="en-GB"/>
        </w:rPr>
        <w:t>, DG)</w:t>
      </w:r>
    </w:p>
    <w:p w:rsidR="6362A7E0" w:rsidP="006B1769" w:rsidRDefault="29B3E9B6" w14:paraId="699F65BF" w14:textId="2DFEA759">
      <w:pPr>
        <w:numPr>
          <w:ilvl w:val="0"/>
          <w:numId w:val="12"/>
        </w:numPr>
        <w:spacing w:after="0" w:line="240" w:lineRule="auto"/>
        <w:contextualSpacing/>
        <w:rPr>
          <w:rFonts w:asciiTheme="majorHAnsi" w:hAnsiTheme="majorHAnsi" w:eastAsiaTheme="majorEastAsia" w:cstheme="majorBidi"/>
          <w:sz w:val="20"/>
          <w:szCs w:val="20"/>
          <w:lang w:val="nl-NL" w:eastAsia="en-GB"/>
        </w:rPr>
      </w:pPr>
      <w:proofErr w:type="spellStart"/>
      <w:r w:rsidRPr="297B780E">
        <w:rPr>
          <w:rFonts w:asciiTheme="majorHAnsi" w:hAnsiTheme="majorHAnsi" w:eastAsiaTheme="majorEastAsia" w:cstheme="majorBidi"/>
          <w:sz w:val="20"/>
          <w:szCs w:val="20"/>
          <w:lang w:val="nl-NL" w:eastAsia="en-GB"/>
        </w:rPr>
        <w:t>J</w:t>
      </w:r>
      <w:r w:rsidRPr="297B780E" w:rsidR="0F8E0965">
        <w:rPr>
          <w:rFonts w:asciiTheme="majorHAnsi" w:hAnsiTheme="majorHAnsi" w:eastAsiaTheme="majorEastAsia" w:cstheme="majorBidi"/>
          <w:sz w:val="20"/>
          <w:szCs w:val="20"/>
          <w:lang w:val="nl-NL" w:eastAsia="en-GB"/>
        </w:rPr>
        <w:t>onel</w:t>
      </w:r>
      <w:proofErr w:type="spellEnd"/>
      <w:r w:rsidRPr="297B780E" w:rsidR="0F8E0965">
        <w:rPr>
          <w:rFonts w:asciiTheme="majorHAnsi" w:hAnsiTheme="majorHAnsi" w:eastAsiaTheme="majorEastAsia" w:cstheme="majorBidi"/>
          <w:sz w:val="20"/>
          <w:szCs w:val="20"/>
          <w:lang w:val="nl-NL" w:eastAsia="en-GB"/>
        </w:rPr>
        <w:t xml:space="preserve"> </w:t>
      </w:r>
      <w:proofErr w:type="spellStart"/>
      <w:r w:rsidRPr="297B780E" w:rsidR="0F8E0965">
        <w:rPr>
          <w:rFonts w:asciiTheme="majorHAnsi" w:hAnsiTheme="majorHAnsi" w:eastAsiaTheme="majorEastAsia" w:cstheme="majorBidi"/>
          <w:sz w:val="20"/>
          <w:szCs w:val="20"/>
          <w:lang w:val="nl-NL" w:eastAsia="en-GB"/>
        </w:rPr>
        <w:t>Penders</w:t>
      </w:r>
      <w:proofErr w:type="spellEnd"/>
      <w:r w:rsidRPr="297B780E" w:rsidR="0F8E0965">
        <w:rPr>
          <w:rFonts w:asciiTheme="majorHAnsi" w:hAnsiTheme="majorHAnsi" w:eastAsiaTheme="majorEastAsia" w:cstheme="majorBidi"/>
          <w:sz w:val="20"/>
          <w:szCs w:val="20"/>
          <w:lang w:val="nl-NL" w:eastAsia="en-GB"/>
        </w:rPr>
        <w:t>, LC, Amsterdam Host 1, GLT</w:t>
      </w:r>
    </w:p>
    <w:p w:rsidR="6362A7E0" w:rsidP="006B1769" w:rsidRDefault="2181A1B2" w14:paraId="2AF92086" w14:textId="77777777">
      <w:pPr>
        <w:numPr>
          <w:ilvl w:val="0"/>
          <w:numId w:val="12"/>
        </w:numPr>
        <w:spacing w:after="0" w:line="240" w:lineRule="auto"/>
        <w:contextualSpacing/>
        <w:rPr>
          <w:rFonts w:asciiTheme="majorHAnsi" w:hAnsiTheme="majorHAnsi" w:eastAsiaTheme="majorEastAsia" w:cstheme="majorBidi"/>
          <w:sz w:val="20"/>
          <w:szCs w:val="20"/>
          <w:lang w:eastAsia="en-GB"/>
        </w:rPr>
      </w:pPr>
      <w:r w:rsidRPr="297B780E">
        <w:rPr>
          <w:rFonts w:asciiTheme="majorHAnsi" w:hAnsiTheme="majorHAnsi" w:eastAsiaTheme="majorEastAsia" w:cstheme="majorBidi"/>
          <w:sz w:val="20"/>
          <w:szCs w:val="20"/>
          <w:lang w:eastAsia="en-GB"/>
        </w:rPr>
        <w:t>Hans Luijcx, LC Almere Host, GST</w:t>
      </w:r>
    </w:p>
    <w:p w:rsidR="6362A7E0" w:rsidP="006B1769" w:rsidRDefault="2181A1B2" w14:paraId="43D09A44"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Arthur </w:t>
      </w:r>
      <w:proofErr w:type="spellStart"/>
      <w:r w:rsidRPr="297B780E">
        <w:rPr>
          <w:rFonts w:asciiTheme="majorHAnsi" w:hAnsiTheme="majorHAnsi" w:eastAsiaTheme="majorEastAsia" w:cstheme="majorBidi"/>
          <w:sz w:val="20"/>
          <w:szCs w:val="20"/>
          <w:lang w:val="nl-NL" w:eastAsia="en-GB"/>
        </w:rPr>
        <w:t>Wigbout</w:t>
      </w:r>
      <w:proofErr w:type="spellEnd"/>
      <w:r w:rsidRPr="297B780E">
        <w:rPr>
          <w:rFonts w:asciiTheme="majorHAnsi" w:hAnsiTheme="majorHAnsi" w:eastAsiaTheme="majorEastAsia" w:cstheme="majorBidi"/>
          <w:sz w:val="20"/>
          <w:szCs w:val="20"/>
          <w:lang w:val="nl-NL" w:eastAsia="en-GB"/>
        </w:rPr>
        <w:t>, LC Wieringermeer, GMT</w:t>
      </w:r>
    </w:p>
    <w:p w:rsidR="6362A7E0" w:rsidP="006B1769" w:rsidRDefault="2181A1B2" w14:paraId="2749D113" w14:textId="77777777">
      <w:pPr>
        <w:numPr>
          <w:ilvl w:val="0"/>
          <w:numId w:val="12"/>
        </w:numPr>
        <w:spacing w:after="0" w:line="240" w:lineRule="auto"/>
        <w:contextualSpacing/>
        <w:rPr>
          <w:rFonts w:asciiTheme="majorHAnsi" w:hAnsiTheme="majorHAnsi" w:eastAsiaTheme="majorEastAsia" w:cstheme="majorBidi"/>
          <w:sz w:val="20"/>
          <w:szCs w:val="20"/>
          <w:lang w:val="nl-NL" w:eastAsia="en-GB"/>
        </w:rPr>
      </w:pPr>
      <w:r w:rsidRPr="297B780E">
        <w:rPr>
          <w:rFonts w:asciiTheme="majorHAnsi" w:hAnsiTheme="majorHAnsi" w:eastAsiaTheme="majorEastAsia" w:cstheme="majorBidi"/>
          <w:sz w:val="20"/>
          <w:szCs w:val="20"/>
          <w:lang w:val="nl-NL" w:eastAsia="en-GB"/>
        </w:rPr>
        <w:t xml:space="preserve">Arjan van Ommen, PDG en Club </w:t>
      </w:r>
      <w:proofErr w:type="spellStart"/>
      <w:r w:rsidRPr="297B780E">
        <w:rPr>
          <w:rFonts w:asciiTheme="majorHAnsi" w:hAnsiTheme="majorHAnsi" w:eastAsiaTheme="majorEastAsia" w:cstheme="majorBidi"/>
          <w:sz w:val="20"/>
          <w:szCs w:val="20"/>
          <w:lang w:val="nl-NL" w:eastAsia="en-GB"/>
        </w:rPr>
        <w:t>branch</w:t>
      </w:r>
      <w:proofErr w:type="spellEnd"/>
      <w:r w:rsidRPr="297B780E">
        <w:rPr>
          <w:rFonts w:asciiTheme="majorHAnsi" w:hAnsiTheme="majorHAnsi" w:eastAsiaTheme="majorEastAsia" w:cstheme="majorBidi"/>
          <w:sz w:val="20"/>
          <w:szCs w:val="20"/>
          <w:lang w:val="nl-NL" w:eastAsia="en-GB"/>
        </w:rPr>
        <w:t xml:space="preserve"> Alkmaar Victorie, GET</w:t>
      </w:r>
    </w:p>
    <w:p w:rsidR="062CF4AD" w:rsidP="297B780E" w:rsidRDefault="062CF4AD" w14:paraId="5BB3929A" w14:textId="3261C3E1">
      <w:pPr>
        <w:spacing w:after="0" w:line="240" w:lineRule="auto"/>
        <w:contextualSpacing/>
        <w:rPr>
          <w:rFonts w:asciiTheme="majorHAnsi" w:hAnsiTheme="majorHAnsi" w:eastAsiaTheme="majorEastAsia" w:cstheme="majorBidi"/>
          <w:sz w:val="20"/>
          <w:szCs w:val="20"/>
          <w:lang w:val="nl-NL" w:eastAsia="en-GB"/>
        </w:rPr>
      </w:pPr>
    </w:p>
    <w:p w:rsidR="6362A7E0" w:rsidP="297B780E" w:rsidRDefault="2181A1B2" w14:paraId="5383637D" w14:textId="092D1C1C">
      <w:pPr>
        <w:spacing w:after="0" w:line="240" w:lineRule="auto"/>
        <w:rPr>
          <w:rFonts w:asciiTheme="majorHAnsi" w:hAnsiTheme="majorHAnsi" w:eastAsiaTheme="majorEastAsia" w:cstheme="majorBidi"/>
          <w:b/>
          <w:bCs/>
          <w:lang w:eastAsia="en-GB"/>
        </w:rPr>
      </w:pPr>
      <w:r w:rsidRPr="297B780E">
        <w:rPr>
          <w:rFonts w:asciiTheme="majorHAnsi" w:hAnsiTheme="majorHAnsi" w:eastAsiaTheme="majorEastAsia" w:cstheme="majorBidi"/>
          <w:b/>
          <w:bCs/>
          <w:lang w:eastAsia="en-GB"/>
        </w:rPr>
        <w:t xml:space="preserve">Doelstellingen </w:t>
      </w:r>
      <w:r w:rsidRPr="297B780E" w:rsidR="5A1C46FD">
        <w:rPr>
          <w:rFonts w:asciiTheme="majorHAnsi" w:hAnsiTheme="majorHAnsi" w:eastAsiaTheme="majorEastAsia" w:cstheme="majorBidi"/>
          <w:b/>
          <w:bCs/>
          <w:lang w:eastAsia="en-GB"/>
        </w:rPr>
        <w:t xml:space="preserve">Global Service Team </w:t>
      </w:r>
      <w:r w:rsidRPr="297B780E" w:rsidR="4BC0B134">
        <w:rPr>
          <w:rFonts w:asciiTheme="majorHAnsi" w:hAnsiTheme="majorHAnsi" w:eastAsiaTheme="majorEastAsia" w:cstheme="majorBidi"/>
          <w:b/>
          <w:bCs/>
          <w:lang w:eastAsia="en-GB"/>
        </w:rPr>
        <w:t>(GST)</w:t>
      </w:r>
    </w:p>
    <w:p w:rsidR="76CDB8C5" w:rsidP="297B780E" w:rsidRDefault="76CDB8C5" w14:paraId="122927FD" w14:textId="22101655">
      <w:pPr>
        <w:spacing w:after="0" w:line="240" w:lineRule="auto"/>
        <w:rPr>
          <w:rFonts w:asciiTheme="majorHAnsi" w:hAnsiTheme="majorHAnsi" w:eastAsiaTheme="majorEastAsia" w:cstheme="majorBidi"/>
          <w:color w:val="FF0000"/>
          <w:sz w:val="24"/>
          <w:szCs w:val="24"/>
          <w:lang w:val="nl-NL"/>
        </w:rPr>
      </w:pPr>
    </w:p>
    <w:p w:rsidR="6DF64287" w:rsidP="297B780E" w:rsidRDefault="2370DAED" w14:paraId="61BD3860" w14:textId="7DD4F38D">
      <w:pPr>
        <w:spacing w:after="0"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 xml:space="preserve">De </w:t>
      </w:r>
      <w:r w:rsidRPr="297B780E" w:rsidR="7097880D">
        <w:rPr>
          <w:rFonts w:asciiTheme="majorHAnsi" w:hAnsiTheme="majorHAnsi" w:eastAsiaTheme="majorEastAsia" w:cstheme="majorBidi"/>
          <w:lang w:val="nl-NL"/>
        </w:rPr>
        <w:t>district coördinator</w:t>
      </w:r>
      <w:r w:rsidRPr="297B780E">
        <w:rPr>
          <w:rFonts w:asciiTheme="majorHAnsi" w:hAnsiTheme="majorHAnsi" w:eastAsiaTheme="majorEastAsia" w:cstheme="majorBidi"/>
          <w:lang w:val="nl-NL"/>
        </w:rPr>
        <w:t xml:space="preserve"> </w:t>
      </w:r>
      <w:r w:rsidRPr="297B780E" w:rsidR="54144E02">
        <w:rPr>
          <w:rFonts w:asciiTheme="majorHAnsi" w:hAnsiTheme="majorHAnsi" w:eastAsiaTheme="majorEastAsia" w:cstheme="majorBidi"/>
          <w:lang w:val="nl-NL"/>
        </w:rPr>
        <w:t>‘</w:t>
      </w:r>
      <w:r w:rsidRPr="297B780E">
        <w:rPr>
          <w:rFonts w:asciiTheme="majorHAnsi" w:hAnsiTheme="majorHAnsi" w:eastAsiaTheme="majorEastAsia" w:cstheme="majorBidi"/>
          <w:lang w:val="nl-NL"/>
        </w:rPr>
        <w:t>Activiteiten</w:t>
      </w:r>
      <w:r w:rsidRPr="297B780E" w:rsidR="552A7323">
        <w:rPr>
          <w:rFonts w:asciiTheme="majorHAnsi" w:hAnsiTheme="majorHAnsi" w:eastAsiaTheme="majorEastAsia" w:cstheme="majorBidi"/>
          <w:lang w:val="nl-NL"/>
        </w:rPr>
        <w:t>’</w:t>
      </w:r>
      <w:r w:rsidRPr="297B780E">
        <w:rPr>
          <w:rFonts w:asciiTheme="majorHAnsi" w:hAnsiTheme="majorHAnsi" w:eastAsiaTheme="majorEastAsia" w:cstheme="majorBidi"/>
          <w:lang w:val="nl-NL"/>
        </w:rPr>
        <w:t xml:space="preserve"> is verantwoordelijk voor de </w:t>
      </w:r>
      <w:r w:rsidRPr="297B780E" w:rsidR="704DB480">
        <w:rPr>
          <w:rFonts w:asciiTheme="majorHAnsi" w:hAnsiTheme="majorHAnsi" w:eastAsiaTheme="majorEastAsia" w:cstheme="majorBidi"/>
          <w:lang w:val="nl-NL"/>
        </w:rPr>
        <w:t xml:space="preserve">districts-implementatie van de </w:t>
      </w:r>
      <w:r w:rsidRPr="297B780E" w:rsidR="14D74763">
        <w:rPr>
          <w:rFonts w:asciiTheme="majorHAnsi" w:hAnsiTheme="majorHAnsi" w:eastAsiaTheme="majorEastAsia" w:cstheme="majorBidi"/>
          <w:lang w:val="nl-NL"/>
        </w:rPr>
        <w:t>landelijke</w:t>
      </w:r>
      <w:r w:rsidRPr="297B780E" w:rsidR="5847F10D">
        <w:rPr>
          <w:rFonts w:asciiTheme="majorHAnsi" w:hAnsiTheme="majorHAnsi" w:eastAsiaTheme="majorEastAsia" w:cstheme="majorBidi"/>
          <w:lang w:val="nl-NL"/>
        </w:rPr>
        <w:t xml:space="preserve"> </w:t>
      </w:r>
      <w:r w:rsidRPr="297B780E">
        <w:rPr>
          <w:rFonts w:asciiTheme="majorHAnsi" w:hAnsiTheme="majorHAnsi" w:eastAsiaTheme="majorEastAsia" w:cstheme="majorBidi"/>
          <w:lang w:val="nl-NL"/>
        </w:rPr>
        <w:t>service-activiteiten</w:t>
      </w:r>
      <w:r w:rsidRPr="297B780E" w:rsidR="3421B84B">
        <w:rPr>
          <w:rFonts w:asciiTheme="majorHAnsi" w:hAnsiTheme="majorHAnsi" w:eastAsiaTheme="majorEastAsia" w:cstheme="majorBidi"/>
          <w:lang w:val="nl-NL"/>
        </w:rPr>
        <w:t xml:space="preserve"> en initiatieven.</w:t>
      </w:r>
      <w:r w:rsidRPr="297B780E">
        <w:rPr>
          <w:rFonts w:asciiTheme="majorHAnsi" w:hAnsiTheme="majorHAnsi" w:eastAsiaTheme="majorEastAsia" w:cstheme="majorBidi"/>
          <w:lang w:val="nl-NL"/>
        </w:rPr>
        <w:t xml:space="preserve"> </w:t>
      </w:r>
      <w:r w:rsidRPr="297B780E" w:rsidR="50765025">
        <w:rPr>
          <w:rFonts w:asciiTheme="majorHAnsi" w:hAnsiTheme="majorHAnsi" w:eastAsiaTheme="majorEastAsia" w:cstheme="majorBidi"/>
          <w:lang w:val="nl-NL"/>
        </w:rPr>
        <w:t xml:space="preserve">In het MD jaarplan zijn concrete doelstellingen opgenomen </w:t>
      </w:r>
      <w:r w:rsidRPr="297B780E" w:rsidR="47E12029">
        <w:rPr>
          <w:rFonts w:asciiTheme="majorHAnsi" w:hAnsiTheme="majorHAnsi" w:eastAsiaTheme="majorEastAsia" w:cstheme="majorBidi"/>
          <w:lang w:val="nl-NL"/>
        </w:rPr>
        <w:t xml:space="preserve">voor </w:t>
      </w:r>
      <w:r w:rsidRPr="297B780E" w:rsidR="50765025">
        <w:rPr>
          <w:rFonts w:asciiTheme="majorHAnsi" w:hAnsiTheme="majorHAnsi" w:eastAsiaTheme="majorEastAsia" w:cstheme="majorBidi"/>
          <w:lang w:val="nl-NL"/>
        </w:rPr>
        <w:t>de diverse commissies</w:t>
      </w:r>
      <w:r w:rsidRPr="297B780E" w:rsidR="5575B5CB">
        <w:rPr>
          <w:rFonts w:asciiTheme="majorHAnsi" w:hAnsiTheme="majorHAnsi" w:eastAsiaTheme="majorEastAsia" w:cstheme="majorBidi"/>
          <w:lang w:val="nl-NL"/>
        </w:rPr>
        <w:t xml:space="preserve"> en werkgroepen</w:t>
      </w:r>
      <w:r w:rsidRPr="297B780E" w:rsidR="50765025">
        <w:rPr>
          <w:rFonts w:asciiTheme="majorHAnsi" w:hAnsiTheme="majorHAnsi" w:eastAsiaTheme="majorEastAsia" w:cstheme="majorBidi"/>
          <w:lang w:val="nl-NL"/>
        </w:rPr>
        <w:t xml:space="preserve">. </w:t>
      </w:r>
      <w:r w:rsidRPr="297B780E" w:rsidR="270E4A4C">
        <w:rPr>
          <w:rFonts w:asciiTheme="majorHAnsi" w:hAnsiTheme="majorHAnsi" w:eastAsiaTheme="majorEastAsia" w:cstheme="majorBidi"/>
          <w:lang w:val="nl-NL"/>
        </w:rPr>
        <w:t>I</w:t>
      </w:r>
      <w:r w:rsidRPr="297B780E" w:rsidR="50765025">
        <w:rPr>
          <w:rFonts w:asciiTheme="majorHAnsi" w:hAnsiTheme="majorHAnsi" w:eastAsiaTheme="majorEastAsia" w:cstheme="majorBidi"/>
          <w:lang w:val="nl-NL"/>
        </w:rPr>
        <w:t>n district 110AN</w:t>
      </w:r>
      <w:r w:rsidRPr="297B780E" w:rsidR="2D45DE26">
        <w:rPr>
          <w:rFonts w:asciiTheme="majorHAnsi" w:hAnsiTheme="majorHAnsi" w:eastAsiaTheme="majorEastAsia" w:cstheme="majorBidi"/>
          <w:lang w:val="nl-NL"/>
        </w:rPr>
        <w:t xml:space="preserve"> </w:t>
      </w:r>
      <w:r w:rsidRPr="297B780E" w:rsidR="6BA17D3F">
        <w:rPr>
          <w:rFonts w:asciiTheme="majorHAnsi" w:hAnsiTheme="majorHAnsi" w:eastAsiaTheme="majorEastAsia" w:cstheme="majorBidi"/>
          <w:lang w:val="nl-NL"/>
        </w:rPr>
        <w:t>ligt de focus op</w:t>
      </w:r>
      <w:r w:rsidRPr="297B780E" w:rsidR="2D45DE26">
        <w:rPr>
          <w:rFonts w:asciiTheme="majorHAnsi" w:hAnsiTheme="majorHAnsi" w:eastAsiaTheme="majorEastAsia" w:cstheme="majorBidi"/>
          <w:lang w:val="nl-NL"/>
        </w:rPr>
        <w:t>:</w:t>
      </w:r>
    </w:p>
    <w:p w:rsidR="76CDB8C5" w:rsidP="297B780E" w:rsidRDefault="76CDB8C5" w14:paraId="3B1D3FCE" w14:textId="348ADAAF">
      <w:pPr>
        <w:spacing w:after="0" w:line="240" w:lineRule="auto"/>
        <w:rPr>
          <w:rFonts w:asciiTheme="majorHAnsi" w:hAnsiTheme="majorHAnsi" w:eastAsiaTheme="majorEastAsia" w:cstheme="majorBidi"/>
          <w:sz w:val="24"/>
          <w:szCs w:val="24"/>
          <w:lang w:val="nl-NL"/>
        </w:rPr>
      </w:pPr>
    </w:p>
    <w:p w:rsidR="6DF64287" w:rsidP="297B780E" w:rsidRDefault="726F381A" w14:paraId="0209567B" w14:textId="61C287BA">
      <w:p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i/>
          <w:iCs/>
          <w:sz w:val="20"/>
          <w:szCs w:val="20"/>
          <w:lang w:val="nl-NL"/>
        </w:rPr>
        <w:t>Concrete acties 2026-2027</w:t>
      </w:r>
    </w:p>
    <w:p w:rsidR="2115C805" w:rsidP="006B1769" w:rsidRDefault="5022FA7B" w14:paraId="1C8A0BB6" w14:textId="2BC14967">
      <w:pPr>
        <w:pStyle w:val="Lijstalinea"/>
        <w:numPr>
          <w:ilvl w:val="0"/>
          <w:numId w:val="5"/>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Verbetering van de </w:t>
      </w:r>
      <w:proofErr w:type="spellStart"/>
      <w:r w:rsidRPr="297B780E" w:rsidR="1DCC29D6">
        <w:rPr>
          <w:rFonts w:asciiTheme="majorHAnsi" w:hAnsiTheme="majorHAnsi" w:eastAsiaTheme="majorEastAsia" w:cstheme="majorBidi"/>
          <w:sz w:val="20"/>
          <w:szCs w:val="20"/>
          <w:lang w:val="nl-NL"/>
        </w:rPr>
        <w:t>reporting</w:t>
      </w:r>
      <w:proofErr w:type="spellEnd"/>
      <w:r w:rsidRPr="297B780E" w:rsidR="6F384C9E">
        <w:rPr>
          <w:rFonts w:asciiTheme="majorHAnsi" w:hAnsiTheme="majorHAnsi" w:eastAsiaTheme="majorEastAsia" w:cstheme="majorBidi"/>
          <w:sz w:val="20"/>
          <w:szCs w:val="20"/>
          <w:lang w:val="nl-NL"/>
        </w:rPr>
        <w:t xml:space="preserve"> </w:t>
      </w:r>
      <w:r w:rsidRPr="297B780E" w:rsidR="74A505F6">
        <w:rPr>
          <w:rFonts w:asciiTheme="majorHAnsi" w:hAnsiTheme="majorHAnsi" w:eastAsiaTheme="majorEastAsia" w:cstheme="majorBidi"/>
          <w:sz w:val="20"/>
          <w:szCs w:val="20"/>
          <w:lang w:val="nl-NL"/>
        </w:rPr>
        <w:t>van de activiteiten door de clubs</w:t>
      </w:r>
    </w:p>
    <w:p w:rsidR="2115C805" w:rsidP="006B1769" w:rsidRDefault="74A505F6" w14:paraId="37242FBC" w14:textId="624FB9CA">
      <w:pPr>
        <w:pStyle w:val="Lijstalinea"/>
        <w:numPr>
          <w:ilvl w:val="1"/>
          <w:numId w:val="5"/>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Doel: </w:t>
      </w:r>
      <w:proofErr w:type="spellStart"/>
      <w:r w:rsidRPr="297B780E">
        <w:rPr>
          <w:rFonts w:asciiTheme="majorHAnsi" w:hAnsiTheme="majorHAnsi" w:eastAsiaTheme="majorEastAsia" w:cstheme="majorBidi"/>
          <w:sz w:val="20"/>
          <w:szCs w:val="20"/>
          <w:lang w:val="nl-NL"/>
        </w:rPr>
        <w:t>reporting</w:t>
      </w:r>
      <w:proofErr w:type="spellEnd"/>
      <w:r w:rsidRPr="297B780E">
        <w:rPr>
          <w:rFonts w:asciiTheme="majorHAnsi" w:hAnsiTheme="majorHAnsi" w:eastAsiaTheme="majorEastAsia" w:cstheme="majorBidi"/>
          <w:sz w:val="20"/>
          <w:szCs w:val="20"/>
          <w:lang w:val="nl-NL"/>
        </w:rPr>
        <w:t xml:space="preserve"> van ten minste </w:t>
      </w:r>
      <w:r w:rsidRPr="297B780E" w:rsidR="5CB5CD2A">
        <w:rPr>
          <w:rFonts w:asciiTheme="majorHAnsi" w:hAnsiTheme="majorHAnsi" w:eastAsiaTheme="majorEastAsia" w:cstheme="majorBidi"/>
          <w:sz w:val="20"/>
          <w:szCs w:val="20"/>
          <w:lang w:val="nl-NL"/>
        </w:rPr>
        <w:t>3</w:t>
      </w:r>
      <w:r w:rsidRPr="297B780E">
        <w:rPr>
          <w:rFonts w:asciiTheme="majorHAnsi" w:hAnsiTheme="majorHAnsi" w:eastAsiaTheme="majorEastAsia" w:cstheme="majorBidi"/>
          <w:sz w:val="20"/>
          <w:szCs w:val="20"/>
          <w:lang w:val="nl-NL"/>
        </w:rPr>
        <w:t>0% van de acties in het district</w:t>
      </w:r>
    </w:p>
    <w:p w:rsidR="6DF64287" w:rsidP="006B1769" w:rsidRDefault="4EE6429D" w14:paraId="44F2ED71" w14:textId="32B6D27D">
      <w:pPr>
        <w:pStyle w:val="Lijstalinea"/>
        <w:numPr>
          <w:ilvl w:val="0"/>
          <w:numId w:val="5"/>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Landelijke actie in het kader van 75 jaar </w:t>
      </w:r>
      <w:proofErr w:type="spellStart"/>
      <w:r w:rsidRPr="297B780E">
        <w:rPr>
          <w:rFonts w:asciiTheme="majorHAnsi" w:hAnsiTheme="majorHAnsi" w:eastAsiaTheme="majorEastAsia" w:cstheme="majorBidi"/>
          <w:sz w:val="20"/>
          <w:szCs w:val="20"/>
          <w:lang w:val="nl-NL"/>
        </w:rPr>
        <w:t>Lions</w:t>
      </w:r>
      <w:proofErr w:type="spellEnd"/>
      <w:r w:rsidRPr="297B780E">
        <w:rPr>
          <w:rFonts w:asciiTheme="majorHAnsi" w:hAnsiTheme="majorHAnsi" w:eastAsiaTheme="majorEastAsia" w:cstheme="majorBidi"/>
          <w:sz w:val="20"/>
          <w:szCs w:val="20"/>
          <w:lang w:val="nl-NL"/>
        </w:rPr>
        <w:t xml:space="preserve"> in Nederland door clubs te vragen één van hun </w:t>
      </w:r>
      <w:proofErr w:type="spellStart"/>
      <w:r w:rsidRPr="297B780E">
        <w:rPr>
          <w:rFonts w:asciiTheme="majorHAnsi" w:hAnsiTheme="majorHAnsi" w:eastAsiaTheme="majorEastAsia" w:cstheme="majorBidi"/>
          <w:sz w:val="20"/>
          <w:szCs w:val="20"/>
          <w:lang w:val="nl-NL"/>
        </w:rPr>
        <w:t>fundraise</w:t>
      </w:r>
      <w:proofErr w:type="spellEnd"/>
      <w:r w:rsidRPr="297B780E">
        <w:rPr>
          <w:rFonts w:asciiTheme="majorHAnsi" w:hAnsiTheme="majorHAnsi" w:eastAsiaTheme="majorEastAsia" w:cstheme="majorBidi"/>
          <w:sz w:val="20"/>
          <w:szCs w:val="20"/>
          <w:lang w:val="nl-NL"/>
        </w:rPr>
        <w:t>-acties te bestemmen voor Alzheimer Nederland, samenwerking op zone- of districtsniveau zal ondersteund worden.</w:t>
      </w:r>
    </w:p>
    <w:p w:rsidR="4CA0BDD2" w:rsidP="006B1769" w:rsidRDefault="1DAB5B1D" w14:paraId="276C1D48" w14:textId="34C9A197">
      <w:pPr>
        <w:pStyle w:val="Lijstalinea"/>
        <w:numPr>
          <w:ilvl w:val="1"/>
          <w:numId w:val="5"/>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Ophalen € 40.000 teneinde in het district per zone een project voetbalherinneringen of een dementievriendelijke ruimte te realiseren.</w:t>
      </w:r>
    </w:p>
    <w:p w:rsidR="310FFFE8" w:rsidP="006B1769" w:rsidRDefault="594CB23A" w14:paraId="578A7C70" w14:textId="06BFD3F5">
      <w:pPr>
        <w:pStyle w:val="Lijstalinea"/>
        <w:numPr>
          <w:ilvl w:val="0"/>
          <w:numId w:val="4"/>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Versterking van de samenwerking met </w:t>
      </w:r>
      <w:proofErr w:type="spellStart"/>
      <w:r w:rsidRPr="297B780E">
        <w:rPr>
          <w:rFonts w:asciiTheme="majorHAnsi" w:hAnsiTheme="majorHAnsi" w:eastAsiaTheme="majorEastAsia" w:cstheme="majorBidi"/>
          <w:sz w:val="20"/>
          <w:szCs w:val="20"/>
          <w:lang w:val="nl-NL"/>
        </w:rPr>
        <w:t>MeerBomenNu</w:t>
      </w:r>
      <w:proofErr w:type="spellEnd"/>
      <w:r w:rsidRPr="297B780E">
        <w:rPr>
          <w:rFonts w:asciiTheme="majorHAnsi" w:hAnsiTheme="majorHAnsi" w:eastAsiaTheme="majorEastAsia" w:cstheme="majorBidi"/>
          <w:sz w:val="20"/>
          <w:szCs w:val="20"/>
          <w:lang w:val="nl-NL"/>
        </w:rPr>
        <w:t>;</w:t>
      </w:r>
    </w:p>
    <w:p w:rsidR="310FFFE8" w:rsidP="006B1769" w:rsidRDefault="594CB23A" w14:paraId="650E0124" w14:textId="5A614870">
      <w:pPr>
        <w:pStyle w:val="Lijstalinea"/>
        <w:numPr>
          <w:ilvl w:val="1"/>
          <w:numId w:val="4"/>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Oogsten en planten 20.000 zaailingen</w:t>
      </w:r>
    </w:p>
    <w:p w:rsidR="528A8808" w:rsidP="006B1769" w:rsidRDefault="2931AEF2" w14:paraId="497C671F" w14:textId="4F0A7A1B">
      <w:pPr>
        <w:pStyle w:val="Lijstalinea"/>
        <w:numPr>
          <w:ilvl w:val="0"/>
          <w:numId w:val="4"/>
        </w:numPr>
        <w:spacing w:after="0" w:line="240" w:lineRule="auto"/>
        <w:rPr>
          <w:rFonts w:asciiTheme="majorHAnsi" w:hAnsiTheme="majorHAnsi" w:eastAsiaTheme="majorEastAsia" w:cstheme="majorBidi"/>
          <w:sz w:val="20"/>
          <w:szCs w:val="20"/>
        </w:rPr>
      </w:pPr>
      <w:r w:rsidRPr="297B780E">
        <w:rPr>
          <w:rFonts w:asciiTheme="majorHAnsi" w:hAnsiTheme="majorHAnsi" w:eastAsiaTheme="majorEastAsia" w:cstheme="majorBidi"/>
          <w:sz w:val="20"/>
          <w:szCs w:val="20"/>
        </w:rPr>
        <w:t>In samenwerking met stichting Lions Fight for Sight gericht op lokale support (oogcafe's)</w:t>
      </w:r>
    </w:p>
    <w:p w:rsidR="7290B884" w:rsidP="006B1769" w:rsidRDefault="1A51B014" w14:paraId="17400C71" w14:textId="034BF612">
      <w:pPr>
        <w:pStyle w:val="Lijstalinea"/>
        <w:numPr>
          <w:ilvl w:val="1"/>
          <w:numId w:val="4"/>
        </w:numPr>
        <w:spacing w:after="0" w:line="240" w:lineRule="auto"/>
        <w:rPr>
          <w:rFonts w:asciiTheme="majorHAnsi" w:hAnsiTheme="majorHAnsi" w:eastAsiaTheme="majorEastAsia" w:cstheme="majorBidi"/>
          <w:sz w:val="20"/>
          <w:szCs w:val="20"/>
        </w:rPr>
      </w:pPr>
      <w:r w:rsidRPr="297B780E">
        <w:rPr>
          <w:rFonts w:asciiTheme="majorHAnsi" w:hAnsiTheme="majorHAnsi" w:eastAsiaTheme="majorEastAsia" w:cstheme="majorBidi"/>
          <w:sz w:val="20"/>
          <w:szCs w:val="20"/>
        </w:rPr>
        <w:t>Doel: Start 1 oogcafe</w:t>
      </w:r>
    </w:p>
    <w:p w:rsidR="6B7E8D0A" w:rsidP="006B1769" w:rsidRDefault="0736D07F" w14:paraId="67BA5F2E" w14:textId="145BB9FE">
      <w:pPr>
        <w:pStyle w:val="Lijstalinea"/>
        <w:numPr>
          <w:ilvl w:val="0"/>
          <w:numId w:val="4"/>
        </w:numPr>
        <w:spacing w:after="0" w:line="240" w:lineRule="auto"/>
        <w:rPr>
          <w:rFonts w:asciiTheme="majorHAnsi" w:hAnsiTheme="majorHAnsi" w:eastAsiaTheme="majorEastAsia" w:cstheme="majorBidi"/>
          <w:sz w:val="20"/>
          <w:szCs w:val="20"/>
        </w:rPr>
      </w:pPr>
      <w:r w:rsidRPr="297B780E">
        <w:rPr>
          <w:rFonts w:asciiTheme="majorHAnsi" w:hAnsiTheme="majorHAnsi" w:eastAsiaTheme="majorEastAsia" w:cstheme="majorBidi"/>
          <w:sz w:val="20"/>
          <w:szCs w:val="20"/>
        </w:rPr>
        <w:t xml:space="preserve">Verzorgen van een </w:t>
      </w:r>
      <w:r w:rsidRPr="297B780E" w:rsidR="5B8B10B3">
        <w:rPr>
          <w:rFonts w:asciiTheme="majorHAnsi" w:hAnsiTheme="majorHAnsi" w:eastAsiaTheme="majorEastAsia" w:cstheme="majorBidi"/>
          <w:sz w:val="20"/>
          <w:szCs w:val="20"/>
        </w:rPr>
        <w:t>districts coordinator</w:t>
      </w:r>
      <w:r w:rsidRPr="297B780E">
        <w:rPr>
          <w:rFonts w:asciiTheme="majorHAnsi" w:hAnsiTheme="majorHAnsi" w:eastAsiaTheme="majorEastAsia" w:cstheme="majorBidi"/>
          <w:sz w:val="20"/>
          <w:szCs w:val="20"/>
        </w:rPr>
        <w:t xml:space="preserve"> back-up binnen het district. </w:t>
      </w:r>
    </w:p>
    <w:p w:rsidR="6B7E8D0A" w:rsidP="006B1769" w:rsidRDefault="1738CF4C" w14:paraId="36948A7D" w14:textId="7AD13448">
      <w:pPr>
        <w:pStyle w:val="Lijstalinea"/>
        <w:numPr>
          <w:ilvl w:val="0"/>
          <w:numId w:val="4"/>
        </w:numPr>
        <w:spacing w:after="0" w:line="240" w:lineRule="auto"/>
        <w:rPr>
          <w:rFonts w:asciiTheme="majorHAnsi" w:hAnsiTheme="majorHAnsi" w:eastAsiaTheme="majorEastAsia" w:cstheme="majorBidi"/>
          <w:sz w:val="20"/>
          <w:szCs w:val="20"/>
        </w:rPr>
      </w:pPr>
      <w:r w:rsidRPr="297B780E">
        <w:rPr>
          <w:rFonts w:asciiTheme="majorHAnsi" w:hAnsiTheme="majorHAnsi" w:eastAsiaTheme="majorEastAsia" w:cstheme="majorBidi"/>
          <w:sz w:val="20"/>
          <w:szCs w:val="20"/>
        </w:rPr>
        <w:t>Organiseren van 1 kabinetsvergadering met focus op GST</w:t>
      </w:r>
      <w:r w:rsidRPr="297B780E" w:rsidR="08CA1967">
        <w:rPr>
          <w:rFonts w:asciiTheme="majorHAnsi" w:hAnsiTheme="majorHAnsi" w:eastAsiaTheme="majorEastAsia" w:cstheme="majorBidi"/>
          <w:sz w:val="20"/>
          <w:szCs w:val="20"/>
        </w:rPr>
        <w:t xml:space="preserve"> </w:t>
      </w:r>
    </w:p>
    <w:p w:rsidR="76CDB8C5" w:rsidP="297B780E" w:rsidRDefault="76CDB8C5" w14:paraId="035B5F92" w14:textId="45540847">
      <w:pPr>
        <w:spacing w:after="0" w:line="240" w:lineRule="auto"/>
        <w:rPr>
          <w:rFonts w:asciiTheme="majorHAnsi" w:hAnsiTheme="majorHAnsi" w:eastAsiaTheme="majorEastAsia" w:cstheme="majorBidi"/>
          <w:sz w:val="20"/>
          <w:szCs w:val="20"/>
        </w:rPr>
      </w:pPr>
    </w:p>
    <w:p w:rsidRPr="000F64FE" w:rsidR="41B464CF" w:rsidP="297B780E" w:rsidRDefault="36259603" w14:paraId="38DE994C" w14:textId="42853BEF">
      <w:pPr>
        <w:spacing w:after="0" w:line="240" w:lineRule="auto"/>
        <w:rPr>
          <w:rFonts w:asciiTheme="majorHAnsi" w:hAnsiTheme="majorHAnsi" w:eastAsiaTheme="majorEastAsia" w:cstheme="majorBidi"/>
        </w:rPr>
      </w:pPr>
      <w:r w:rsidRPr="297B780E">
        <w:rPr>
          <w:rFonts w:asciiTheme="majorHAnsi" w:hAnsiTheme="majorHAnsi" w:eastAsiaTheme="majorEastAsia" w:cstheme="majorBidi"/>
          <w:b/>
          <w:bCs/>
          <w:lang w:val="nl-NL" w:eastAsia="en-GB"/>
        </w:rPr>
        <w:t xml:space="preserve">Doelstellingen Global </w:t>
      </w:r>
      <w:proofErr w:type="spellStart"/>
      <w:r w:rsidRPr="297B780E">
        <w:rPr>
          <w:rFonts w:asciiTheme="majorHAnsi" w:hAnsiTheme="majorHAnsi" w:eastAsiaTheme="majorEastAsia" w:cstheme="majorBidi"/>
          <w:b/>
          <w:bCs/>
          <w:lang w:val="nl-NL" w:eastAsia="en-GB"/>
        </w:rPr>
        <w:t>Leadership</w:t>
      </w:r>
      <w:proofErr w:type="spellEnd"/>
      <w:r w:rsidRPr="297B780E">
        <w:rPr>
          <w:rFonts w:asciiTheme="majorHAnsi" w:hAnsiTheme="majorHAnsi" w:eastAsiaTheme="majorEastAsia" w:cstheme="majorBidi"/>
          <w:b/>
          <w:bCs/>
          <w:lang w:val="nl-NL" w:eastAsia="en-GB"/>
        </w:rPr>
        <w:t xml:space="preserve"> Team</w:t>
      </w:r>
      <w:r w:rsidRPr="297B780E" w:rsidR="34D990A3">
        <w:rPr>
          <w:rFonts w:asciiTheme="majorHAnsi" w:hAnsiTheme="majorHAnsi" w:eastAsiaTheme="majorEastAsia" w:cstheme="majorBidi"/>
          <w:b/>
          <w:bCs/>
          <w:lang w:val="nl-NL" w:eastAsia="en-GB"/>
        </w:rPr>
        <w:t xml:space="preserve"> (GLT)</w:t>
      </w:r>
    </w:p>
    <w:p w:rsidR="76CDB8C5" w:rsidP="297B780E" w:rsidRDefault="76CDB8C5" w14:paraId="6FB88698" w14:textId="7F813F67">
      <w:pPr>
        <w:spacing w:after="0" w:line="240" w:lineRule="auto"/>
        <w:rPr>
          <w:rFonts w:asciiTheme="majorHAnsi" w:hAnsiTheme="majorHAnsi" w:eastAsiaTheme="majorEastAsia" w:cstheme="majorBidi"/>
        </w:rPr>
      </w:pPr>
    </w:p>
    <w:p w:rsidR="166381A7" w:rsidP="297B780E" w:rsidRDefault="3EFC8C3F" w14:paraId="7C28FC69" w14:textId="4AAA556B">
      <w:pPr>
        <w:spacing w:after="0"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De district coördinator ‘</w:t>
      </w:r>
      <w:proofErr w:type="spellStart"/>
      <w:r w:rsidRPr="297B780E">
        <w:rPr>
          <w:rFonts w:asciiTheme="majorHAnsi" w:hAnsiTheme="majorHAnsi" w:eastAsiaTheme="majorEastAsia" w:cstheme="majorBidi"/>
          <w:lang w:val="nl-NL"/>
        </w:rPr>
        <w:t>Leadership</w:t>
      </w:r>
      <w:proofErr w:type="spellEnd"/>
      <w:r w:rsidRPr="297B780E">
        <w:rPr>
          <w:rFonts w:asciiTheme="majorHAnsi" w:hAnsiTheme="majorHAnsi" w:eastAsiaTheme="majorEastAsia" w:cstheme="majorBidi"/>
          <w:lang w:val="nl-NL"/>
        </w:rPr>
        <w:t xml:space="preserve">’ is verantwoordelijk voor de districts-implementatie van de landelijke opleidingen- en trainingsinitiatieven. In het MD jaarplan zijn concrete doelstellingen opgenomen </w:t>
      </w:r>
      <w:r w:rsidRPr="297B780E" w:rsidR="7A80CC0F">
        <w:rPr>
          <w:rFonts w:asciiTheme="majorHAnsi" w:hAnsiTheme="majorHAnsi" w:eastAsiaTheme="majorEastAsia" w:cstheme="majorBidi"/>
          <w:lang w:val="nl-NL"/>
        </w:rPr>
        <w:t>v</w:t>
      </w:r>
      <w:r w:rsidRPr="297B780E">
        <w:rPr>
          <w:rFonts w:asciiTheme="majorHAnsi" w:hAnsiTheme="majorHAnsi" w:eastAsiaTheme="majorEastAsia" w:cstheme="majorBidi"/>
          <w:lang w:val="nl-NL"/>
        </w:rPr>
        <w:t xml:space="preserve">oor de diverse commissies. In district 110AN </w:t>
      </w:r>
      <w:r w:rsidRPr="297B780E" w:rsidR="56E1734B">
        <w:rPr>
          <w:rFonts w:asciiTheme="majorHAnsi" w:hAnsiTheme="majorHAnsi" w:eastAsiaTheme="majorEastAsia" w:cstheme="majorBidi"/>
          <w:lang w:val="nl-NL"/>
        </w:rPr>
        <w:t>ligt de focus op</w:t>
      </w:r>
      <w:r w:rsidRPr="297B780E">
        <w:rPr>
          <w:rFonts w:asciiTheme="majorHAnsi" w:hAnsiTheme="majorHAnsi" w:eastAsiaTheme="majorEastAsia" w:cstheme="majorBidi"/>
          <w:lang w:val="nl-NL"/>
        </w:rPr>
        <w:t xml:space="preserve">: </w:t>
      </w:r>
    </w:p>
    <w:p w:rsidR="76CDB8C5" w:rsidP="297B780E" w:rsidRDefault="76CDB8C5" w14:paraId="111889A3" w14:textId="4C84CF42">
      <w:pPr>
        <w:spacing w:after="0" w:line="240" w:lineRule="auto"/>
        <w:rPr>
          <w:rFonts w:asciiTheme="majorHAnsi" w:hAnsiTheme="majorHAnsi" w:eastAsiaTheme="majorEastAsia" w:cstheme="majorBidi"/>
          <w:lang w:val="nl-NL"/>
        </w:rPr>
      </w:pPr>
    </w:p>
    <w:p w:rsidR="078D5063" w:rsidP="297B780E" w:rsidRDefault="36CF9896" w14:paraId="208FDA15" w14:textId="4F239E12">
      <w:p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i/>
          <w:iCs/>
          <w:sz w:val="20"/>
          <w:szCs w:val="20"/>
          <w:lang w:val="nl-NL"/>
        </w:rPr>
        <w:t>Concrete acties 2026-2027</w:t>
      </w:r>
    </w:p>
    <w:p w:rsidR="17668CA1" w:rsidP="297B780E" w:rsidRDefault="75D5121F" w14:paraId="1C1173C5" w14:textId="074F17BF">
      <w:pPr>
        <w:pStyle w:val="Lijstalinea"/>
        <w:numPr>
          <w:ilvl w:val="0"/>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Goede communicatie over de bestaande trainingen naar de zonevoorzitters en de clubs;</w:t>
      </w:r>
    </w:p>
    <w:p w:rsidR="17668CA1" w:rsidP="297B780E" w:rsidRDefault="75D5121F" w14:paraId="2A484DAA" w14:textId="770F049C">
      <w:pPr>
        <w:pStyle w:val="Lijstalinea"/>
        <w:numPr>
          <w:ilvl w:val="1"/>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2x per jaar</w:t>
      </w:r>
    </w:p>
    <w:p w:rsidR="17668CA1" w:rsidP="297B780E" w:rsidRDefault="75D5121F" w14:paraId="4CAED9E7" w14:textId="361147AD">
      <w:pPr>
        <w:pStyle w:val="Lijstalinea"/>
        <w:numPr>
          <w:ilvl w:val="0"/>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Opstellen van een districtsagenda van trainingen en opleidingen;</w:t>
      </w:r>
    </w:p>
    <w:p w:rsidR="17668CA1" w:rsidP="297B780E" w:rsidRDefault="75D5121F" w14:paraId="0CA79CB7" w14:textId="0518BD05">
      <w:pPr>
        <w:pStyle w:val="Lijstalinea"/>
        <w:numPr>
          <w:ilvl w:val="1"/>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Q3 2026</w:t>
      </w:r>
    </w:p>
    <w:p w:rsidR="17668CA1" w:rsidP="297B780E" w:rsidRDefault="75D5121F" w14:paraId="45177737" w14:textId="737C7413">
      <w:pPr>
        <w:pStyle w:val="Lijstalinea"/>
        <w:numPr>
          <w:ilvl w:val="0"/>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Organisatie training voor nieuwe leden, clubpresidenten en secretarissen;</w:t>
      </w:r>
    </w:p>
    <w:p w:rsidR="17668CA1" w:rsidP="297B780E" w:rsidRDefault="75D5121F" w14:paraId="481ECE76" w14:textId="42B798C9">
      <w:pPr>
        <w:pStyle w:val="Lijstalinea"/>
        <w:numPr>
          <w:ilvl w:val="1"/>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tenminste 1</w:t>
      </w:r>
    </w:p>
    <w:p w:rsidR="17668CA1" w:rsidP="297B780E" w:rsidRDefault="75D5121F" w14:paraId="6D011FC3" w14:textId="0EEA62D7">
      <w:pPr>
        <w:pStyle w:val="Lijstalinea"/>
        <w:numPr>
          <w:ilvl w:val="0"/>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 xml:space="preserve"> Organisatie voor </w:t>
      </w:r>
      <w:proofErr w:type="spellStart"/>
      <w:r w:rsidRPr="297B780E">
        <w:rPr>
          <w:rFonts w:asciiTheme="majorHAnsi" w:hAnsiTheme="majorHAnsi" w:eastAsiaTheme="majorEastAsia" w:cstheme="majorBidi"/>
          <w:sz w:val="20"/>
          <w:szCs w:val="20"/>
          <w:lang w:val="nl-NL"/>
        </w:rPr>
        <w:t>Guiding</w:t>
      </w:r>
      <w:proofErr w:type="spellEnd"/>
      <w:r w:rsidRPr="297B780E">
        <w:rPr>
          <w:rFonts w:asciiTheme="majorHAnsi" w:hAnsiTheme="majorHAnsi" w:eastAsiaTheme="majorEastAsia" w:cstheme="majorBidi"/>
          <w:sz w:val="20"/>
          <w:szCs w:val="20"/>
          <w:lang w:val="nl-NL"/>
        </w:rPr>
        <w:t xml:space="preserve"> </w:t>
      </w:r>
      <w:proofErr w:type="spellStart"/>
      <w:r w:rsidRPr="297B780E">
        <w:rPr>
          <w:rFonts w:asciiTheme="majorHAnsi" w:hAnsiTheme="majorHAnsi" w:eastAsiaTheme="majorEastAsia" w:cstheme="majorBidi"/>
          <w:sz w:val="20"/>
          <w:szCs w:val="20"/>
          <w:lang w:val="nl-NL"/>
        </w:rPr>
        <w:t>Lions</w:t>
      </w:r>
      <w:proofErr w:type="spellEnd"/>
      <w:r w:rsidRPr="297B780E">
        <w:rPr>
          <w:rFonts w:asciiTheme="majorHAnsi" w:hAnsiTheme="majorHAnsi" w:eastAsiaTheme="majorEastAsia" w:cstheme="majorBidi"/>
          <w:sz w:val="20"/>
          <w:szCs w:val="20"/>
          <w:lang w:val="nl-NL"/>
        </w:rPr>
        <w:t xml:space="preserve">-training voor oprichten en begeleiden nieuwe </w:t>
      </w:r>
      <w:proofErr w:type="spellStart"/>
      <w:r w:rsidRPr="297B780E">
        <w:rPr>
          <w:rFonts w:asciiTheme="majorHAnsi" w:hAnsiTheme="majorHAnsi" w:eastAsiaTheme="majorEastAsia" w:cstheme="majorBidi"/>
          <w:sz w:val="20"/>
          <w:szCs w:val="20"/>
          <w:lang w:val="nl-NL"/>
        </w:rPr>
        <w:t>Lionsclubs</w:t>
      </w:r>
      <w:proofErr w:type="spellEnd"/>
      <w:r w:rsidRPr="297B780E">
        <w:rPr>
          <w:rFonts w:asciiTheme="majorHAnsi" w:hAnsiTheme="majorHAnsi" w:eastAsiaTheme="majorEastAsia" w:cstheme="majorBidi"/>
          <w:sz w:val="20"/>
          <w:szCs w:val="20"/>
          <w:lang w:val="nl-NL"/>
        </w:rPr>
        <w:t>;</w:t>
      </w:r>
    </w:p>
    <w:p w:rsidR="17668CA1" w:rsidP="297B780E" w:rsidRDefault="75D5121F" w14:paraId="02403621" w14:textId="40A3C08A">
      <w:pPr>
        <w:pStyle w:val="Lijstalinea"/>
        <w:numPr>
          <w:ilvl w:val="1"/>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1x</w:t>
      </w:r>
    </w:p>
    <w:p w:rsidR="17668CA1" w:rsidP="297B780E" w:rsidRDefault="75D5121F" w14:paraId="73F2D1B6" w14:textId="38EF6ABC">
      <w:pPr>
        <w:pStyle w:val="Lijstalinea"/>
        <w:numPr>
          <w:ilvl w:val="0"/>
          <w:numId w:val="2"/>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Organiseren van 1 kabinetsvergadering met focus op GLT</w:t>
      </w:r>
    </w:p>
    <w:p w:rsidR="4AB4D333" w:rsidP="297B780E" w:rsidRDefault="4AB4D333" w14:paraId="685BC119" w14:textId="7042462C">
      <w:pPr>
        <w:spacing w:after="0" w:line="240" w:lineRule="auto"/>
        <w:rPr>
          <w:rFonts w:asciiTheme="majorHAnsi" w:hAnsiTheme="majorHAnsi" w:eastAsiaTheme="majorEastAsia" w:cstheme="majorBidi"/>
          <w:lang w:val="nl-NL"/>
        </w:rPr>
      </w:pPr>
    </w:p>
    <w:p w:rsidR="062CF4AD" w:rsidP="297B780E" w:rsidRDefault="062CF4AD" w14:paraId="2ECF4547" w14:textId="64B43383">
      <w:pPr>
        <w:spacing w:after="0" w:line="240" w:lineRule="auto"/>
        <w:rPr>
          <w:rFonts w:asciiTheme="majorHAnsi" w:hAnsiTheme="majorHAnsi" w:eastAsiaTheme="majorEastAsia" w:cstheme="majorBidi"/>
        </w:rPr>
      </w:pPr>
    </w:p>
    <w:p w:rsidR="54008BA6" w:rsidP="297B780E" w:rsidRDefault="7DA445CC" w14:paraId="453A5F01" w14:textId="4403CC1C">
      <w:pPr>
        <w:spacing w:after="0" w:line="240" w:lineRule="auto"/>
        <w:rPr>
          <w:rFonts w:asciiTheme="majorHAnsi" w:hAnsiTheme="majorHAnsi" w:eastAsiaTheme="majorEastAsia" w:cstheme="majorBidi"/>
          <w:b/>
          <w:bCs/>
          <w:lang w:eastAsia="en-GB"/>
        </w:rPr>
      </w:pPr>
      <w:r w:rsidRPr="297B780E">
        <w:rPr>
          <w:rFonts w:asciiTheme="majorHAnsi" w:hAnsiTheme="majorHAnsi" w:eastAsiaTheme="majorEastAsia" w:cstheme="majorBidi"/>
          <w:b/>
          <w:bCs/>
          <w:lang w:eastAsia="en-GB"/>
        </w:rPr>
        <w:t>Doelstellingen Global Membership and Extention Team (GMT &amp; GET)</w:t>
      </w:r>
    </w:p>
    <w:p w:rsidR="76CDB8C5" w:rsidP="297B780E" w:rsidRDefault="76CDB8C5" w14:paraId="75765784" w14:textId="7F813F67">
      <w:pPr>
        <w:spacing w:after="0" w:line="240" w:lineRule="auto"/>
        <w:rPr>
          <w:rFonts w:asciiTheme="majorHAnsi" w:hAnsiTheme="majorHAnsi" w:eastAsiaTheme="majorEastAsia" w:cstheme="majorBidi"/>
        </w:rPr>
      </w:pPr>
    </w:p>
    <w:p w:rsidR="54008BA6" w:rsidP="297B780E" w:rsidRDefault="1FBD5D63" w14:paraId="3C848AF9" w14:textId="0A32026D">
      <w:pPr>
        <w:spacing w:after="0" w:line="240" w:lineRule="auto"/>
        <w:rPr>
          <w:rFonts w:asciiTheme="majorHAnsi" w:hAnsiTheme="majorHAnsi" w:eastAsiaTheme="majorEastAsia" w:cstheme="majorBidi"/>
          <w:lang w:val="nl-NL"/>
        </w:rPr>
      </w:pPr>
      <w:r w:rsidRPr="297B780E">
        <w:rPr>
          <w:rFonts w:asciiTheme="majorHAnsi" w:hAnsiTheme="majorHAnsi" w:eastAsiaTheme="majorEastAsia" w:cstheme="majorBidi"/>
          <w:lang w:val="nl-NL"/>
        </w:rPr>
        <w:t>De district coördinator ‘</w:t>
      </w:r>
      <w:proofErr w:type="spellStart"/>
      <w:r w:rsidRPr="297B780E">
        <w:rPr>
          <w:rFonts w:asciiTheme="majorHAnsi" w:hAnsiTheme="majorHAnsi" w:eastAsiaTheme="majorEastAsia" w:cstheme="majorBidi"/>
          <w:lang w:val="nl-NL"/>
        </w:rPr>
        <w:t>Membership</w:t>
      </w:r>
      <w:proofErr w:type="spellEnd"/>
      <w:r w:rsidRPr="297B780E">
        <w:rPr>
          <w:rFonts w:asciiTheme="majorHAnsi" w:hAnsiTheme="majorHAnsi" w:eastAsiaTheme="majorEastAsia" w:cstheme="majorBidi"/>
          <w:lang w:val="nl-NL"/>
        </w:rPr>
        <w:t xml:space="preserve">’ is verantwoordelijk voor de districts-implementatie van de landelijke doelstellingen met betrekking tot </w:t>
      </w:r>
      <w:r w:rsidRPr="297B780E" w:rsidR="10705688">
        <w:rPr>
          <w:rFonts w:asciiTheme="majorHAnsi" w:hAnsiTheme="majorHAnsi" w:eastAsiaTheme="majorEastAsia" w:cstheme="majorBidi"/>
          <w:lang w:val="nl-NL"/>
        </w:rPr>
        <w:t>ledengroei en retentie</w:t>
      </w:r>
      <w:r w:rsidRPr="297B780E">
        <w:rPr>
          <w:rFonts w:asciiTheme="majorHAnsi" w:hAnsiTheme="majorHAnsi" w:eastAsiaTheme="majorEastAsia" w:cstheme="majorBidi"/>
          <w:lang w:val="nl-NL"/>
        </w:rPr>
        <w:t>. In het MD jaarplan zijn concrete doelstellingen opgenomen</w:t>
      </w:r>
      <w:r>
        <w:rPr>
          <w:rFonts w:asciiTheme="majorHAnsi" w:hAnsiTheme="majorHAnsi" w:eastAsiaTheme="majorEastAsia" w:cstheme="majorBidi"/>
          <w:lang w:val="nl-NL"/>
        </w:rPr>
        <w:t xml:space="preserve"> </w:t>
      </w:r>
      <w:r w:rsidR="006B1769">
        <w:rPr>
          <w:rFonts w:asciiTheme="majorHAnsi" w:hAnsiTheme="majorHAnsi" w:eastAsiaTheme="majorEastAsia" w:cstheme="majorBidi"/>
          <w:lang w:val="nl-NL"/>
        </w:rPr>
        <w:t>voor de</w:t>
      </w:r>
      <w:r w:rsidRPr="297B780E">
        <w:rPr>
          <w:rFonts w:asciiTheme="majorHAnsi" w:hAnsiTheme="majorHAnsi" w:eastAsiaTheme="majorEastAsia" w:cstheme="majorBidi"/>
          <w:lang w:val="nl-NL"/>
        </w:rPr>
        <w:t xml:space="preserve"> diverse commissies. In district 110AN </w:t>
      </w:r>
      <w:r w:rsidRPr="297B780E" w:rsidR="55883DA8">
        <w:rPr>
          <w:rFonts w:asciiTheme="majorHAnsi" w:hAnsiTheme="majorHAnsi" w:eastAsiaTheme="majorEastAsia" w:cstheme="majorBidi"/>
          <w:lang w:val="nl-NL"/>
        </w:rPr>
        <w:t>ligt de focus op:</w:t>
      </w:r>
    </w:p>
    <w:p w:rsidR="76CDB8C5" w:rsidP="297B780E" w:rsidRDefault="76CDB8C5" w14:paraId="1144CEAA" w14:textId="329B96FC">
      <w:pPr>
        <w:spacing w:after="0" w:line="240" w:lineRule="auto"/>
        <w:rPr>
          <w:rFonts w:asciiTheme="majorHAnsi" w:hAnsiTheme="majorHAnsi" w:eastAsiaTheme="majorEastAsia" w:cstheme="majorBidi"/>
          <w:sz w:val="24"/>
          <w:szCs w:val="24"/>
          <w:lang w:val="nl-NL"/>
        </w:rPr>
      </w:pPr>
    </w:p>
    <w:p w:rsidR="3B741AA0" w:rsidP="297B780E" w:rsidRDefault="0678F9C1" w14:paraId="4EBB5F08" w14:textId="378CCD7F">
      <w:pPr>
        <w:spacing w:after="0" w:line="240" w:lineRule="auto"/>
        <w:rPr>
          <w:rFonts w:asciiTheme="majorHAnsi" w:hAnsiTheme="majorHAnsi" w:eastAsiaTheme="majorEastAsia" w:cstheme="majorBidi"/>
          <w:color w:val="000000" w:themeColor="text1"/>
          <w:sz w:val="20"/>
          <w:szCs w:val="20"/>
          <w:lang w:val="nl-NL"/>
        </w:rPr>
      </w:pPr>
      <w:r w:rsidRPr="297B780E">
        <w:rPr>
          <w:rFonts w:asciiTheme="majorHAnsi" w:hAnsiTheme="majorHAnsi" w:eastAsiaTheme="majorEastAsia" w:cstheme="majorBidi"/>
          <w:i/>
          <w:iCs/>
          <w:color w:val="000000" w:themeColor="text1"/>
          <w:sz w:val="20"/>
          <w:szCs w:val="20"/>
          <w:lang w:val="nl-NL"/>
        </w:rPr>
        <w:t>Concrete acties 2026-2027</w:t>
      </w:r>
    </w:p>
    <w:p w:rsidR="26C7F558" w:rsidP="297B780E" w:rsidRDefault="5B508D02" w14:paraId="65BFA072" w14:textId="4724498A">
      <w:pPr>
        <w:pStyle w:val="Lijstalinea"/>
        <w:numPr>
          <w:ilvl w:val="0"/>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Samenwerken met de landelijk coördinator en p</w:t>
      </w:r>
      <w:r w:rsidRPr="297B780E" w:rsidR="0678F9C1">
        <w:rPr>
          <w:rFonts w:asciiTheme="majorHAnsi" w:hAnsiTheme="majorHAnsi" w:eastAsiaTheme="majorEastAsia" w:cstheme="majorBidi"/>
          <w:sz w:val="20"/>
          <w:szCs w:val="20"/>
          <w:lang w:val="nl-NL"/>
        </w:rPr>
        <w:t>er 30 maart 2027 een trendanalyse en nulmeting laten uitvoeren met betrekking tot het ledenaantal en de samenstelling van het ledenbestand</w:t>
      </w:r>
      <w:r w:rsidRPr="297B780E" w:rsidR="3C7164A2">
        <w:rPr>
          <w:rFonts w:asciiTheme="majorHAnsi" w:hAnsiTheme="majorHAnsi" w:eastAsiaTheme="majorEastAsia" w:cstheme="majorBidi"/>
          <w:sz w:val="20"/>
          <w:szCs w:val="20"/>
          <w:lang w:val="nl-NL"/>
        </w:rPr>
        <w:t xml:space="preserve"> binnen het district</w:t>
      </w:r>
      <w:r w:rsidRPr="297B780E" w:rsidR="0678F9C1">
        <w:rPr>
          <w:rFonts w:asciiTheme="majorHAnsi" w:hAnsiTheme="majorHAnsi" w:eastAsiaTheme="majorEastAsia" w:cstheme="majorBidi"/>
          <w:sz w:val="20"/>
          <w:szCs w:val="20"/>
          <w:lang w:val="nl-NL"/>
        </w:rPr>
        <w:t>.</w:t>
      </w:r>
    </w:p>
    <w:p w:rsidR="18465CE9" w:rsidP="297B780E" w:rsidRDefault="2EE91A55" w14:paraId="771DE4B4" w14:textId="5EE83D42">
      <w:pPr>
        <w:pStyle w:val="Lijstalinea"/>
        <w:numPr>
          <w:ilvl w:val="1"/>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w:t>
      </w:r>
      <w:r w:rsidRPr="297B780E" w:rsidR="1BEBBE6B">
        <w:rPr>
          <w:rFonts w:asciiTheme="majorHAnsi" w:hAnsiTheme="majorHAnsi" w:eastAsiaTheme="majorEastAsia" w:cstheme="majorBidi"/>
          <w:sz w:val="20"/>
          <w:szCs w:val="20"/>
          <w:lang w:val="nl-NL"/>
        </w:rPr>
        <w:t xml:space="preserve"> </w:t>
      </w:r>
      <w:r w:rsidRPr="297B780E">
        <w:rPr>
          <w:rFonts w:asciiTheme="majorHAnsi" w:hAnsiTheme="majorHAnsi" w:eastAsiaTheme="majorEastAsia" w:cstheme="majorBidi"/>
          <w:sz w:val="20"/>
          <w:szCs w:val="20"/>
          <w:lang w:val="nl-NL"/>
        </w:rPr>
        <w:t xml:space="preserve">Nulmeting </w:t>
      </w:r>
      <w:r w:rsidRPr="297B780E" w:rsidR="2EE4BC11">
        <w:rPr>
          <w:rFonts w:asciiTheme="majorHAnsi" w:hAnsiTheme="majorHAnsi" w:eastAsiaTheme="majorEastAsia" w:cstheme="majorBidi"/>
          <w:sz w:val="20"/>
          <w:szCs w:val="20"/>
          <w:lang w:val="nl-NL"/>
        </w:rPr>
        <w:t xml:space="preserve">rapport </w:t>
      </w:r>
      <w:r w:rsidRPr="297B780E">
        <w:rPr>
          <w:rFonts w:asciiTheme="majorHAnsi" w:hAnsiTheme="majorHAnsi" w:eastAsiaTheme="majorEastAsia" w:cstheme="majorBidi"/>
          <w:sz w:val="20"/>
          <w:szCs w:val="20"/>
          <w:lang w:val="nl-NL"/>
        </w:rPr>
        <w:t xml:space="preserve">opleveren  </w:t>
      </w:r>
    </w:p>
    <w:p w:rsidR="2299F59E" w:rsidP="297B780E" w:rsidRDefault="7B7FA857" w14:paraId="1B8D4D0C" w14:textId="10DC536F">
      <w:pPr>
        <w:pStyle w:val="Lijstalinea"/>
        <w:numPr>
          <w:ilvl w:val="0"/>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Bewaken en implementeren van een cultuur met aandacht op groei en retentie</w:t>
      </w:r>
      <w:r w:rsidRPr="297B780E" w:rsidR="4E6734E8">
        <w:rPr>
          <w:rFonts w:asciiTheme="majorHAnsi" w:hAnsiTheme="majorHAnsi" w:eastAsiaTheme="majorEastAsia" w:cstheme="majorBidi"/>
          <w:sz w:val="20"/>
          <w:szCs w:val="20"/>
          <w:lang w:val="nl-NL"/>
        </w:rPr>
        <w:t xml:space="preserve"> met een positieve netto groei binnen het district</w:t>
      </w:r>
      <w:r w:rsidRPr="297B780E">
        <w:rPr>
          <w:rFonts w:asciiTheme="majorHAnsi" w:hAnsiTheme="majorHAnsi" w:eastAsiaTheme="majorEastAsia" w:cstheme="majorBidi"/>
          <w:sz w:val="20"/>
          <w:szCs w:val="20"/>
          <w:lang w:val="nl-NL"/>
        </w:rPr>
        <w:t>.</w:t>
      </w:r>
    </w:p>
    <w:p w:rsidR="3B741AA0" w:rsidP="297B780E" w:rsidRDefault="5F11C97C" w14:paraId="406E5E6F" w14:textId="08958278">
      <w:pPr>
        <w:pStyle w:val="Lijstalinea"/>
        <w:numPr>
          <w:ilvl w:val="0"/>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Opstellen ‘handleiding voor groei’ met succes-</w:t>
      </w:r>
      <w:proofErr w:type="spellStart"/>
      <w:r w:rsidRPr="297B780E">
        <w:rPr>
          <w:rFonts w:asciiTheme="majorHAnsi" w:hAnsiTheme="majorHAnsi" w:eastAsiaTheme="majorEastAsia" w:cstheme="majorBidi"/>
          <w:sz w:val="20"/>
          <w:szCs w:val="20"/>
          <w:lang w:val="nl-NL"/>
        </w:rPr>
        <w:t>stories</w:t>
      </w:r>
      <w:proofErr w:type="spellEnd"/>
      <w:r w:rsidRPr="297B780E">
        <w:rPr>
          <w:rFonts w:asciiTheme="majorHAnsi" w:hAnsiTheme="majorHAnsi" w:eastAsiaTheme="majorEastAsia" w:cstheme="majorBidi"/>
          <w:sz w:val="20"/>
          <w:szCs w:val="20"/>
          <w:lang w:val="nl-NL"/>
        </w:rPr>
        <w:t xml:space="preserve"> van recent ‘groeiende clubs’</w:t>
      </w:r>
    </w:p>
    <w:p w:rsidR="3746C7A5" w:rsidP="297B780E" w:rsidRDefault="3761D3AE" w14:paraId="1A1AAC15" w14:textId="10D64DD0">
      <w:pPr>
        <w:pStyle w:val="Lijstalinea"/>
        <w:numPr>
          <w:ilvl w:val="1"/>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Doel: Q4 2026 handleiding opstellen</w:t>
      </w:r>
    </w:p>
    <w:p w:rsidR="3DE37174" w:rsidP="297B780E" w:rsidRDefault="4BA9B1D8" w14:paraId="7CD0BE41" w14:textId="2D5A0FE5">
      <w:pPr>
        <w:pStyle w:val="Lijstalinea"/>
        <w:numPr>
          <w:ilvl w:val="1"/>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Communiceren met clubs met ledental onder de 20</w:t>
      </w:r>
    </w:p>
    <w:p w:rsidR="1BD0FFBF" w:rsidP="297B780E" w:rsidRDefault="1D9D3695" w14:paraId="09B0B1D3" w14:textId="5759A8C3">
      <w:pPr>
        <w:pStyle w:val="Lijstalinea"/>
        <w:numPr>
          <w:ilvl w:val="0"/>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sz w:val="20"/>
          <w:szCs w:val="20"/>
          <w:lang w:val="nl-NL"/>
        </w:rPr>
        <w:t>Minimaal 1 club charteren binnen het district 110AN.</w:t>
      </w:r>
    </w:p>
    <w:p w:rsidR="1D79418A" w:rsidP="297B780E" w:rsidRDefault="6B08DBEA" w14:paraId="74462D94" w14:textId="546D2F79">
      <w:pPr>
        <w:pStyle w:val="Lijstalinea"/>
        <w:numPr>
          <w:ilvl w:val="0"/>
          <w:numId w:val="1"/>
        </w:numPr>
        <w:spacing w:after="0" w:line="240" w:lineRule="auto"/>
        <w:rPr>
          <w:rFonts w:asciiTheme="majorHAnsi" w:hAnsiTheme="majorHAnsi" w:eastAsiaTheme="majorEastAsia" w:cstheme="majorBidi"/>
          <w:sz w:val="20"/>
          <w:szCs w:val="20"/>
          <w:lang w:val="nl-NL"/>
        </w:rPr>
      </w:pPr>
      <w:r w:rsidRPr="297B780E">
        <w:rPr>
          <w:rFonts w:asciiTheme="majorHAnsi" w:hAnsiTheme="majorHAnsi" w:eastAsiaTheme="majorEastAsia" w:cstheme="majorBidi"/>
          <w:color w:val="000000" w:themeColor="text1"/>
          <w:sz w:val="20"/>
          <w:szCs w:val="20"/>
          <w:lang w:val="nl-NL"/>
        </w:rPr>
        <w:t>Onderzoek naar de mogelijkheden voor digitale clubs en andere soorten lidmaatschap met een grens-overstijgende samenstelling en daarmee focussen op zowel ledenbehoud als ledengroei.</w:t>
      </w:r>
    </w:p>
    <w:p w:rsidR="1D79418A" w:rsidP="297B780E" w:rsidRDefault="6B08DBEA" w14:paraId="5D868228" w14:textId="3772834A">
      <w:pPr>
        <w:pStyle w:val="Lijstalinea"/>
        <w:numPr>
          <w:ilvl w:val="1"/>
          <w:numId w:val="1"/>
        </w:numPr>
        <w:spacing w:after="0" w:line="240" w:lineRule="auto"/>
        <w:rPr>
          <w:rFonts w:asciiTheme="majorHAnsi" w:hAnsiTheme="majorHAnsi" w:eastAsiaTheme="majorEastAsia" w:cstheme="majorBidi"/>
          <w:color w:val="000000" w:themeColor="text1"/>
          <w:sz w:val="20"/>
          <w:szCs w:val="20"/>
          <w:lang w:val="nl-NL"/>
        </w:rPr>
      </w:pPr>
      <w:r w:rsidRPr="297B780E">
        <w:rPr>
          <w:rFonts w:asciiTheme="majorHAnsi" w:hAnsiTheme="majorHAnsi" w:eastAsiaTheme="majorEastAsia" w:cstheme="majorBidi"/>
          <w:color w:val="000000" w:themeColor="text1"/>
          <w:sz w:val="20"/>
          <w:szCs w:val="20"/>
          <w:lang w:val="nl-NL"/>
        </w:rPr>
        <w:t xml:space="preserve">Doel: Q2 2027 adviesrapport  </w:t>
      </w:r>
    </w:p>
    <w:p w:rsidR="3B741AA0" w:rsidP="297B780E" w:rsidRDefault="0678F9C1" w14:paraId="16D7A143" w14:textId="2EA68A05">
      <w:pPr>
        <w:pStyle w:val="Lijstalinea"/>
        <w:numPr>
          <w:ilvl w:val="0"/>
          <w:numId w:val="1"/>
        </w:numPr>
        <w:spacing w:after="0" w:line="240" w:lineRule="auto"/>
        <w:rPr>
          <w:rFonts w:asciiTheme="majorHAnsi" w:hAnsiTheme="majorHAnsi" w:eastAsiaTheme="majorEastAsia" w:cstheme="majorBidi"/>
          <w:color w:val="000000" w:themeColor="text1"/>
          <w:sz w:val="20"/>
          <w:szCs w:val="20"/>
          <w:lang w:val="nl-NL"/>
        </w:rPr>
      </w:pPr>
      <w:r w:rsidRPr="297B780E">
        <w:rPr>
          <w:rFonts w:asciiTheme="majorHAnsi" w:hAnsiTheme="majorHAnsi" w:eastAsiaTheme="majorEastAsia" w:cstheme="majorBidi"/>
          <w:color w:val="000000" w:themeColor="text1"/>
          <w:sz w:val="20"/>
          <w:szCs w:val="20"/>
          <w:lang w:val="nl-NL"/>
        </w:rPr>
        <w:t>Aandacht geven aan ‘</w:t>
      </w:r>
      <w:proofErr w:type="spellStart"/>
      <w:r w:rsidRPr="297B780E">
        <w:rPr>
          <w:rFonts w:asciiTheme="majorHAnsi" w:hAnsiTheme="majorHAnsi" w:eastAsiaTheme="majorEastAsia" w:cstheme="majorBidi"/>
          <w:color w:val="000000" w:themeColor="text1"/>
          <w:sz w:val="20"/>
          <w:szCs w:val="20"/>
          <w:lang w:val="nl-NL"/>
        </w:rPr>
        <w:t>Certified</w:t>
      </w:r>
      <w:proofErr w:type="spellEnd"/>
      <w:r w:rsidRPr="297B780E">
        <w:rPr>
          <w:rFonts w:asciiTheme="majorHAnsi" w:hAnsiTheme="majorHAnsi" w:eastAsiaTheme="majorEastAsia" w:cstheme="majorBidi"/>
          <w:color w:val="000000" w:themeColor="text1"/>
          <w:sz w:val="20"/>
          <w:szCs w:val="20"/>
          <w:lang w:val="nl-NL"/>
        </w:rPr>
        <w:t xml:space="preserve"> </w:t>
      </w:r>
      <w:proofErr w:type="spellStart"/>
      <w:r w:rsidRPr="297B780E">
        <w:rPr>
          <w:rFonts w:asciiTheme="majorHAnsi" w:hAnsiTheme="majorHAnsi" w:eastAsiaTheme="majorEastAsia" w:cstheme="majorBidi"/>
          <w:color w:val="000000" w:themeColor="text1"/>
          <w:sz w:val="20"/>
          <w:szCs w:val="20"/>
          <w:lang w:val="nl-NL"/>
        </w:rPr>
        <w:t>Guiding</w:t>
      </w:r>
      <w:proofErr w:type="spellEnd"/>
      <w:r w:rsidRPr="297B780E">
        <w:rPr>
          <w:rFonts w:asciiTheme="majorHAnsi" w:hAnsiTheme="majorHAnsi" w:eastAsiaTheme="majorEastAsia" w:cstheme="majorBidi"/>
          <w:color w:val="000000" w:themeColor="text1"/>
          <w:sz w:val="20"/>
          <w:szCs w:val="20"/>
          <w:lang w:val="nl-NL"/>
        </w:rPr>
        <w:t xml:space="preserve"> </w:t>
      </w:r>
      <w:proofErr w:type="spellStart"/>
      <w:r w:rsidRPr="297B780E">
        <w:rPr>
          <w:rFonts w:asciiTheme="majorHAnsi" w:hAnsiTheme="majorHAnsi" w:eastAsiaTheme="majorEastAsia" w:cstheme="majorBidi"/>
          <w:color w:val="000000" w:themeColor="text1"/>
          <w:sz w:val="20"/>
          <w:szCs w:val="20"/>
          <w:lang w:val="nl-NL"/>
        </w:rPr>
        <w:t>Lions</w:t>
      </w:r>
      <w:proofErr w:type="spellEnd"/>
      <w:r w:rsidRPr="297B780E">
        <w:rPr>
          <w:rFonts w:asciiTheme="majorHAnsi" w:hAnsiTheme="majorHAnsi" w:eastAsiaTheme="majorEastAsia" w:cstheme="majorBidi"/>
          <w:color w:val="000000" w:themeColor="text1"/>
          <w:sz w:val="20"/>
          <w:szCs w:val="20"/>
          <w:lang w:val="nl-NL"/>
        </w:rPr>
        <w:t>’ trainingsprogramma in samenwerking met GLT</w:t>
      </w:r>
      <w:r w:rsidRPr="297B780E" w:rsidR="5D523FE9">
        <w:rPr>
          <w:rFonts w:asciiTheme="majorHAnsi" w:hAnsiTheme="majorHAnsi" w:eastAsiaTheme="majorEastAsia" w:cstheme="majorBidi"/>
          <w:color w:val="000000" w:themeColor="text1"/>
          <w:sz w:val="20"/>
          <w:szCs w:val="20"/>
          <w:lang w:val="nl-NL"/>
        </w:rPr>
        <w:t xml:space="preserve"> en voor elke club uit de gevarenzone een </w:t>
      </w:r>
      <w:proofErr w:type="spellStart"/>
      <w:r w:rsidRPr="297B780E" w:rsidR="5D523FE9">
        <w:rPr>
          <w:rFonts w:asciiTheme="majorHAnsi" w:hAnsiTheme="majorHAnsi" w:eastAsiaTheme="majorEastAsia" w:cstheme="majorBidi"/>
          <w:color w:val="000000" w:themeColor="text1"/>
          <w:sz w:val="20"/>
          <w:szCs w:val="20"/>
          <w:lang w:val="nl-NL"/>
        </w:rPr>
        <w:t>guiding</w:t>
      </w:r>
      <w:proofErr w:type="spellEnd"/>
      <w:r w:rsidRPr="297B780E" w:rsidR="5D523FE9">
        <w:rPr>
          <w:rFonts w:asciiTheme="majorHAnsi" w:hAnsiTheme="majorHAnsi" w:eastAsiaTheme="majorEastAsia" w:cstheme="majorBidi"/>
          <w:color w:val="000000" w:themeColor="text1"/>
          <w:sz w:val="20"/>
          <w:szCs w:val="20"/>
          <w:lang w:val="nl-NL"/>
        </w:rPr>
        <w:t xml:space="preserve"> </w:t>
      </w:r>
      <w:proofErr w:type="spellStart"/>
      <w:r w:rsidRPr="297B780E" w:rsidR="5D523FE9">
        <w:rPr>
          <w:rFonts w:asciiTheme="majorHAnsi" w:hAnsiTheme="majorHAnsi" w:eastAsiaTheme="majorEastAsia" w:cstheme="majorBidi"/>
          <w:color w:val="000000" w:themeColor="text1"/>
          <w:sz w:val="20"/>
          <w:szCs w:val="20"/>
          <w:lang w:val="nl-NL"/>
        </w:rPr>
        <w:t>lion</w:t>
      </w:r>
      <w:proofErr w:type="spellEnd"/>
      <w:r w:rsidRPr="297B780E" w:rsidR="5D523FE9">
        <w:rPr>
          <w:rFonts w:asciiTheme="majorHAnsi" w:hAnsiTheme="majorHAnsi" w:eastAsiaTheme="majorEastAsia" w:cstheme="majorBidi"/>
          <w:color w:val="000000" w:themeColor="text1"/>
          <w:sz w:val="20"/>
          <w:szCs w:val="20"/>
          <w:lang w:val="nl-NL"/>
        </w:rPr>
        <w:t xml:space="preserve"> aansturen de club te benaderen en een Plan van Aanpak te formuleren voor </w:t>
      </w:r>
      <w:r w:rsidRPr="297B780E" w:rsidR="7794C5EC">
        <w:rPr>
          <w:rFonts w:asciiTheme="majorHAnsi" w:hAnsiTheme="majorHAnsi" w:eastAsiaTheme="majorEastAsia" w:cstheme="majorBidi"/>
          <w:color w:val="000000" w:themeColor="text1"/>
          <w:sz w:val="20"/>
          <w:szCs w:val="20"/>
          <w:lang w:val="nl-NL"/>
        </w:rPr>
        <w:t>ontwikkeling</w:t>
      </w:r>
      <w:r w:rsidRPr="297B780E">
        <w:rPr>
          <w:rFonts w:asciiTheme="majorHAnsi" w:hAnsiTheme="majorHAnsi" w:eastAsiaTheme="majorEastAsia" w:cstheme="majorBidi"/>
          <w:color w:val="000000" w:themeColor="text1"/>
          <w:sz w:val="20"/>
          <w:szCs w:val="20"/>
          <w:lang w:val="nl-NL"/>
        </w:rPr>
        <w:t>.</w:t>
      </w:r>
    </w:p>
    <w:p w:rsidR="1093D7DF" w:rsidP="297B780E" w:rsidRDefault="72BFD421" w14:paraId="03A0555F" w14:textId="1E94492A">
      <w:pPr>
        <w:pStyle w:val="Lijstalinea"/>
        <w:numPr>
          <w:ilvl w:val="0"/>
          <w:numId w:val="1"/>
        </w:numPr>
        <w:spacing w:after="0" w:line="240" w:lineRule="auto"/>
        <w:rPr>
          <w:rFonts w:asciiTheme="majorHAnsi" w:hAnsiTheme="majorHAnsi" w:eastAsiaTheme="majorEastAsia" w:cstheme="majorBidi"/>
          <w:sz w:val="20"/>
          <w:szCs w:val="20"/>
        </w:rPr>
      </w:pPr>
      <w:r w:rsidRPr="297B780E">
        <w:rPr>
          <w:rFonts w:asciiTheme="majorHAnsi" w:hAnsiTheme="majorHAnsi" w:eastAsiaTheme="majorEastAsia" w:cstheme="majorBidi"/>
          <w:sz w:val="20"/>
          <w:szCs w:val="20"/>
        </w:rPr>
        <w:t>Organiseren van 1 kabinetsvergadering met focus op GMT/GET</w:t>
      </w:r>
      <w:r w:rsidRPr="297B780E" w:rsidR="58843DEC">
        <w:rPr>
          <w:rFonts w:asciiTheme="majorHAnsi" w:hAnsiTheme="majorHAnsi" w:eastAsiaTheme="majorEastAsia" w:cstheme="majorBidi"/>
          <w:sz w:val="20"/>
          <w:szCs w:val="20"/>
        </w:rPr>
        <w:t>.</w:t>
      </w:r>
    </w:p>
    <w:p w:rsidRPr="000300D4" w:rsidR="000D30AF" w:rsidP="297B780E" w:rsidRDefault="000D30AF" w14:paraId="630C1AF1" w14:textId="533F593E">
      <w:pPr>
        <w:spacing w:after="0" w:line="240" w:lineRule="auto"/>
        <w:rPr>
          <w:rFonts w:asciiTheme="majorHAnsi" w:hAnsiTheme="majorHAnsi" w:eastAsiaTheme="majorEastAsia" w:cstheme="majorBidi"/>
          <w:b/>
          <w:bCs/>
          <w:lang w:val="nl-NL" w:eastAsia="en-GB"/>
        </w:rPr>
      </w:pPr>
    </w:p>
    <w:p w:rsidRPr="000300D4" w:rsidR="000D30AF" w:rsidP="297B780E" w:rsidRDefault="5DA543FA" w14:paraId="5E5E9B48" w14:textId="703136BC">
      <w:pPr>
        <w:spacing w:after="0" w:line="240" w:lineRule="auto"/>
        <w:rPr>
          <w:rFonts w:asciiTheme="majorHAnsi" w:hAnsiTheme="majorHAnsi" w:eastAsiaTheme="majorEastAsia" w:cstheme="majorBidi"/>
          <w:lang w:val="nl-NL"/>
        </w:rPr>
      </w:pPr>
      <w:r w:rsidRPr="701DF1D3">
        <w:rPr>
          <w:rFonts w:asciiTheme="majorHAnsi" w:hAnsiTheme="majorHAnsi" w:eastAsiaTheme="majorEastAsia" w:cstheme="majorBidi"/>
          <w:b/>
          <w:bCs/>
          <w:color w:val="365F91" w:themeColor="accent1" w:themeShade="BF"/>
          <w:sz w:val="28"/>
          <w:szCs w:val="28"/>
          <w:lang w:val="nl-NL"/>
        </w:rPr>
        <w:t xml:space="preserve">6. </w:t>
      </w:r>
      <w:r w:rsidRPr="701DF1D3" w:rsidR="3D8E98CA">
        <w:rPr>
          <w:rFonts w:asciiTheme="majorHAnsi" w:hAnsiTheme="majorHAnsi" w:eastAsiaTheme="majorEastAsia" w:cstheme="majorBidi"/>
          <w:b/>
          <w:color w:val="365F91" w:themeColor="accent1" w:themeShade="BF"/>
          <w:sz w:val="28"/>
          <w:szCs w:val="28"/>
          <w:lang w:val="nl-NL"/>
        </w:rPr>
        <w:t>Begroting</w:t>
      </w:r>
    </w:p>
    <w:p w:rsidRPr="006B1769" w:rsidR="000D30AF" w:rsidP="297B780E" w:rsidRDefault="006B1769" w14:paraId="280C7A34" w14:textId="03D8D97E">
      <w:pPr>
        <w:spacing w:after="0" w:line="240" w:lineRule="auto"/>
        <w:rPr>
          <w:rFonts w:asciiTheme="majorHAnsi" w:hAnsiTheme="majorHAnsi" w:eastAsiaTheme="majorEastAsia" w:cstheme="majorBidi"/>
          <w:b/>
          <w:bCs/>
          <w:lang w:eastAsia="en-GB"/>
        </w:rPr>
      </w:pPr>
      <w:r>
        <w:rPr>
          <w:rFonts w:asciiTheme="majorHAnsi" w:hAnsiTheme="majorHAnsi" w:eastAsiaTheme="majorEastAsia" w:cstheme="majorBidi"/>
          <w:b/>
          <w:bCs/>
          <w:lang w:eastAsia="en-GB"/>
        </w:rPr>
        <w:t>Zie bijlage</w:t>
      </w:r>
    </w:p>
    <w:p w:rsidR="000D30AF" w:rsidP="297B780E" w:rsidRDefault="73FF5583" w14:paraId="33D48748" w14:textId="1D1B1640">
      <w:pPr>
        <w:pStyle w:val="Kop1"/>
        <w:rPr>
          <w:lang w:val="nl-NL"/>
        </w:rPr>
      </w:pPr>
      <w:r w:rsidRPr="701DF1D3">
        <w:rPr>
          <w:lang w:val="nl-NL"/>
        </w:rPr>
        <w:t>7</w:t>
      </w:r>
      <w:r w:rsidRPr="297B780E" w:rsidR="6DCAD2C8">
        <w:rPr>
          <w:lang w:val="nl-NL"/>
        </w:rPr>
        <w:t>. Slotwoord</w:t>
      </w:r>
    </w:p>
    <w:p w:rsidR="18927B99" w:rsidP="297B780E" w:rsidRDefault="18927B99" w14:paraId="3F62808C" w14:textId="49C84C13">
      <w:pPr>
        <w:rPr>
          <w:rFonts w:asciiTheme="majorHAnsi" w:hAnsiTheme="majorHAnsi" w:eastAsiaTheme="majorEastAsia" w:cstheme="majorBidi"/>
          <w:b/>
          <w:bCs/>
          <w:lang w:val="nl-NL"/>
        </w:rPr>
      </w:pPr>
    </w:p>
    <w:p w:rsidRPr="00BD093C" w:rsidR="00BD093C" w:rsidP="297B780E" w:rsidRDefault="734A627F" w14:paraId="40A49085" w14:textId="77777777">
      <w:pPr>
        <w:rPr>
          <w:rFonts w:asciiTheme="majorHAnsi" w:hAnsiTheme="majorHAnsi" w:eastAsiaTheme="majorEastAsia" w:cstheme="majorBidi"/>
          <w:lang w:val="nl-NL"/>
        </w:rPr>
      </w:pPr>
      <w:r w:rsidRPr="297B780E">
        <w:rPr>
          <w:rFonts w:asciiTheme="majorHAnsi" w:hAnsiTheme="majorHAnsi" w:eastAsiaTheme="majorEastAsia" w:cstheme="majorBidi"/>
          <w:b/>
          <w:bCs/>
          <w:lang w:val="nl-NL"/>
        </w:rPr>
        <w:t xml:space="preserve">Beste </w:t>
      </w:r>
      <w:proofErr w:type="spellStart"/>
      <w:r w:rsidRPr="297B780E">
        <w:rPr>
          <w:rFonts w:asciiTheme="majorHAnsi" w:hAnsiTheme="majorHAnsi" w:eastAsiaTheme="majorEastAsia" w:cstheme="majorBidi"/>
          <w:b/>
          <w:bCs/>
          <w:lang w:val="nl-NL"/>
        </w:rPr>
        <w:t>Lions</w:t>
      </w:r>
      <w:proofErr w:type="spellEnd"/>
      <w:r w:rsidRPr="297B780E">
        <w:rPr>
          <w:rFonts w:asciiTheme="majorHAnsi" w:hAnsiTheme="majorHAnsi" w:eastAsiaTheme="majorEastAsia" w:cstheme="majorBidi"/>
          <w:b/>
          <w:bCs/>
          <w:lang w:val="nl-NL"/>
        </w:rPr>
        <w:t xml:space="preserve"> van ons mooie District 110 AN,</w:t>
      </w:r>
    </w:p>
    <w:p w:rsidRPr="00BD093C" w:rsidR="00BD093C" w:rsidP="297B780E" w:rsidRDefault="734A627F" w14:paraId="0225343C" w14:textId="5DC993B9">
      <w:pPr>
        <w:rPr>
          <w:rFonts w:asciiTheme="majorHAnsi" w:hAnsiTheme="majorHAnsi" w:eastAsiaTheme="majorEastAsia" w:cstheme="majorBidi"/>
          <w:lang w:val="nl-NL"/>
        </w:rPr>
      </w:pPr>
      <w:r w:rsidRPr="297B780E">
        <w:rPr>
          <w:rFonts w:asciiTheme="majorHAnsi" w:hAnsiTheme="majorHAnsi" w:eastAsiaTheme="majorEastAsia" w:cstheme="majorBidi"/>
          <w:lang w:val="nl-NL"/>
        </w:rPr>
        <w:t xml:space="preserve">Ik hoop dat dit werkplan jullie niet alleen op de hoogte brengt, maar vooral ook ontzettend veel zin geeft om de schouders eronder te zetten. We hebben een bijzonder jaar voor de boeg. Met 75 jaar </w:t>
      </w:r>
      <w:proofErr w:type="spellStart"/>
      <w:r w:rsidRPr="297B780E">
        <w:rPr>
          <w:rFonts w:asciiTheme="majorHAnsi" w:hAnsiTheme="majorHAnsi" w:eastAsiaTheme="majorEastAsia" w:cstheme="majorBidi"/>
          <w:lang w:val="nl-NL"/>
        </w:rPr>
        <w:t>Lions</w:t>
      </w:r>
      <w:proofErr w:type="spellEnd"/>
      <w:r w:rsidRPr="297B780E">
        <w:rPr>
          <w:rFonts w:asciiTheme="majorHAnsi" w:hAnsiTheme="majorHAnsi" w:eastAsiaTheme="majorEastAsia" w:cstheme="majorBidi"/>
          <w:lang w:val="nl-NL"/>
        </w:rPr>
        <w:t xml:space="preserve"> Nederland in de rugzak en een scherpe focus op belangrijke thema's zoals Alzheimer, laten we zien dat we als district springlevend zijn.</w:t>
      </w:r>
    </w:p>
    <w:p w:rsidRPr="00BD093C" w:rsidR="00BD093C" w:rsidP="297B780E" w:rsidRDefault="1CA09359" w14:paraId="1CB8D187" w14:textId="2A2CDC54">
      <w:pPr>
        <w:rPr>
          <w:rFonts w:asciiTheme="majorHAnsi" w:hAnsiTheme="majorHAnsi" w:eastAsiaTheme="majorEastAsia" w:cstheme="majorBidi"/>
          <w:lang w:val="nl-NL"/>
        </w:rPr>
      </w:pPr>
      <w:r w:rsidRPr="297B780E">
        <w:rPr>
          <w:rFonts w:asciiTheme="majorHAnsi" w:hAnsiTheme="majorHAnsi" w:eastAsiaTheme="majorEastAsia" w:cstheme="majorBidi"/>
          <w:lang w:val="nl-NL"/>
        </w:rPr>
        <w:t xml:space="preserve">Laten we de komende tijd gebruiken om echt </w:t>
      </w:r>
      <w:r w:rsidRPr="297B780E">
        <w:rPr>
          <w:rFonts w:asciiTheme="majorHAnsi" w:hAnsiTheme="majorHAnsi" w:eastAsiaTheme="majorEastAsia" w:cstheme="majorBidi"/>
          <w:b/>
          <w:bCs/>
          <w:lang w:val="nl-NL"/>
        </w:rPr>
        <w:t>Samen Verder te Bouwen</w:t>
      </w:r>
      <w:r w:rsidRPr="297B780E">
        <w:rPr>
          <w:rFonts w:asciiTheme="majorHAnsi" w:hAnsiTheme="majorHAnsi" w:eastAsiaTheme="majorEastAsia" w:cstheme="majorBidi"/>
          <w:lang w:val="nl-NL"/>
        </w:rPr>
        <w:t xml:space="preserve">. Niet door alleen te vergaderen, maar </w:t>
      </w:r>
      <w:r w:rsidRPr="297B780E" w:rsidR="6EBC2B2A">
        <w:rPr>
          <w:rFonts w:asciiTheme="majorHAnsi" w:hAnsiTheme="majorHAnsi" w:eastAsiaTheme="majorEastAsia" w:cstheme="majorBidi"/>
          <w:lang w:val="nl-NL"/>
        </w:rPr>
        <w:t xml:space="preserve">met name </w:t>
      </w:r>
      <w:r w:rsidRPr="297B780E">
        <w:rPr>
          <w:rFonts w:asciiTheme="majorHAnsi" w:hAnsiTheme="majorHAnsi" w:eastAsiaTheme="majorEastAsia" w:cstheme="majorBidi"/>
          <w:lang w:val="nl-NL"/>
        </w:rPr>
        <w:t>door elkaar op te zoeken, mooie acties op te zetten en vooral veel plezier te hebben in onze vriendschap. Want daar draait het uiteindelijk om: met een gezellige en betrokken club mensen impact maken in onze omgeving.</w:t>
      </w:r>
    </w:p>
    <w:p w:rsidRPr="00BD093C" w:rsidR="00BD093C" w:rsidP="297B780E" w:rsidRDefault="734A627F" w14:paraId="794AF90A" w14:textId="77777777">
      <w:pPr>
        <w:rPr>
          <w:rFonts w:asciiTheme="majorHAnsi" w:hAnsiTheme="majorHAnsi" w:eastAsiaTheme="majorEastAsia" w:cstheme="majorBidi"/>
          <w:lang w:val="nl-NL"/>
        </w:rPr>
      </w:pPr>
      <w:r w:rsidRPr="297B780E">
        <w:rPr>
          <w:rFonts w:asciiTheme="majorHAnsi" w:hAnsiTheme="majorHAnsi" w:eastAsiaTheme="majorEastAsia" w:cstheme="majorBidi"/>
          <w:lang w:val="nl-NL"/>
        </w:rPr>
        <w:t xml:space="preserve">Ik kijk er enorm naar uit om jullie het komende jaar te ontmoeten bij de clubs, de zones of tijdens onze bijeenkomsten. Laten we er samen een onvergetelijk </w:t>
      </w:r>
      <w:proofErr w:type="spellStart"/>
      <w:r w:rsidRPr="297B780E">
        <w:rPr>
          <w:rFonts w:asciiTheme="majorHAnsi" w:hAnsiTheme="majorHAnsi" w:eastAsiaTheme="majorEastAsia" w:cstheme="majorBidi"/>
          <w:lang w:val="nl-NL"/>
        </w:rPr>
        <w:t>Lionsjaar</w:t>
      </w:r>
      <w:proofErr w:type="spellEnd"/>
      <w:r w:rsidRPr="297B780E">
        <w:rPr>
          <w:rFonts w:asciiTheme="majorHAnsi" w:hAnsiTheme="majorHAnsi" w:eastAsiaTheme="majorEastAsia" w:cstheme="majorBidi"/>
          <w:lang w:val="nl-NL"/>
        </w:rPr>
        <w:t xml:space="preserve"> van maken, helemaal in de geest van ons motto: </w:t>
      </w:r>
      <w:r w:rsidRPr="297B780E">
        <w:rPr>
          <w:rFonts w:asciiTheme="majorHAnsi" w:hAnsiTheme="majorHAnsi" w:eastAsiaTheme="majorEastAsia" w:cstheme="majorBidi"/>
          <w:i/>
          <w:iCs/>
          <w:lang w:val="nl-NL"/>
        </w:rPr>
        <w:t>We Serve!</w:t>
      </w:r>
      <w:r w:rsidRPr="297B780E">
        <w:rPr>
          <w:rFonts w:asciiTheme="majorHAnsi" w:hAnsiTheme="majorHAnsi" w:eastAsiaTheme="majorEastAsia" w:cstheme="majorBidi"/>
          <w:lang w:val="nl-NL"/>
        </w:rPr>
        <w:t xml:space="preserve"> </w:t>
      </w:r>
    </w:p>
    <w:p w:rsidRPr="00BD093C" w:rsidR="00BD093C" w:rsidP="297B780E" w:rsidRDefault="734A627F" w14:paraId="4C40DC09" w14:textId="77777777">
      <w:pPr>
        <w:rPr>
          <w:rFonts w:asciiTheme="majorHAnsi" w:hAnsiTheme="majorHAnsi" w:eastAsiaTheme="majorEastAsia" w:cstheme="majorBidi"/>
          <w:lang w:val="nl-NL"/>
        </w:rPr>
      </w:pPr>
      <w:r w:rsidRPr="297B780E">
        <w:rPr>
          <w:rFonts w:asciiTheme="majorHAnsi" w:hAnsiTheme="majorHAnsi" w:eastAsiaTheme="majorEastAsia" w:cstheme="majorBidi"/>
          <w:lang w:val="nl-NL"/>
        </w:rPr>
        <w:t xml:space="preserve">Met een warme en hartelijke </w:t>
      </w:r>
      <w:proofErr w:type="spellStart"/>
      <w:r w:rsidRPr="297B780E">
        <w:rPr>
          <w:rFonts w:asciiTheme="majorHAnsi" w:hAnsiTheme="majorHAnsi" w:eastAsiaTheme="majorEastAsia" w:cstheme="majorBidi"/>
          <w:lang w:val="nl-NL"/>
        </w:rPr>
        <w:t>Lions</w:t>
      </w:r>
      <w:proofErr w:type="spellEnd"/>
      <w:r w:rsidRPr="297B780E">
        <w:rPr>
          <w:rFonts w:asciiTheme="majorHAnsi" w:hAnsiTheme="majorHAnsi" w:eastAsiaTheme="majorEastAsia" w:cstheme="majorBidi"/>
          <w:lang w:val="nl-NL"/>
        </w:rPr>
        <w:t>-groet,</w:t>
      </w:r>
    </w:p>
    <w:p w:rsidRPr="00BD093C" w:rsidR="00BD093C" w:rsidP="297B780E" w:rsidRDefault="734A627F" w14:paraId="6DF4F65B" w14:textId="7356C7F7">
      <w:pPr>
        <w:rPr>
          <w:rFonts w:asciiTheme="majorHAnsi" w:hAnsiTheme="majorHAnsi" w:eastAsiaTheme="majorEastAsia" w:cstheme="majorBidi"/>
          <w:i/>
          <w:iCs/>
          <w:lang w:val="nl-NL"/>
        </w:rPr>
      </w:pPr>
      <w:proofErr w:type="spellStart"/>
      <w:r w:rsidRPr="297B780E">
        <w:rPr>
          <w:rFonts w:asciiTheme="majorHAnsi" w:hAnsiTheme="majorHAnsi" w:eastAsiaTheme="majorEastAsia" w:cstheme="majorBidi"/>
          <w:b/>
          <w:bCs/>
          <w:lang w:val="nl-NL"/>
        </w:rPr>
        <w:t>Jorick</w:t>
      </w:r>
      <w:proofErr w:type="spellEnd"/>
      <w:r w:rsidRPr="297B780E">
        <w:rPr>
          <w:rFonts w:asciiTheme="majorHAnsi" w:hAnsiTheme="majorHAnsi" w:eastAsiaTheme="majorEastAsia" w:cstheme="majorBidi"/>
          <w:b/>
          <w:bCs/>
          <w:lang w:val="nl-NL"/>
        </w:rPr>
        <w:t xml:space="preserve"> van Gemert</w:t>
      </w:r>
      <w:r w:rsidRPr="297B780E">
        <w:rPr>
          <w:rFonts w:asciiTheme="majorHAnsi" w:hAnsiTheme="majorHAnsi" w:eastAsiaTheme="majorEastAsia" w:cstheme="majorBidi"/>
          <w:lang w:val="nl-NL"/>
        </w:rPr>
        <w:t xml:space="preserve"> </w:t>
      </w:r>
    </w:p>
    <w:p w:rsidRPr="00BD093C" w:rsidR="00BD093C" w:rsidP="297B780E" w:rsidRDefault="1E11F7AD" w14:paraId="6F461238" w14:textId="77A1B3DE">
      <w:pPr>
        <w:rPr>
          <w:rFonts w:asciiTheme="majorHAnsi" w:hAnsiTheme="majorHAnsi" w:eastAsiaTheme="majorEastAsia" w:cstheme="majorBidi"/>
          <w:i/>
          <w:iCs/>
          <w:lang w:val="nl-NL"/>
        </w:rPr>
      </w:pPr>
      <w:r w:rsidRPr="297B780E">
        <w:rPr>
          <w:rFonts w:asciiTheme="majorHAnsi" w:hAnsiTheme="majorHAnsi" w:eastAsiaTheme="majorEastAsia" w:cstheme="majorBidi"/>
          <w:i/>
          <w:iCs/>
          <w:lang w:val="nl-NL"/>
        </w:rPr>
        <w:t>D</w:t>
      </w:r>
      <w:r w:rsidRPr="297B780E" w:rsidR="734A627F">
        <w:rPr>
          <w:rFonts w:asciiTheme="majorHAnsi" w:hAnsiTheme="majorHAnsi" w:eastAsiaTheme="majorEastAsia" w:cstheme="majorBidi"/>
          <w:i/>
          <w:iCs/>
          <w:lang w:val="nl-NL"/>
        </w:rPr>
        <w:t xml:space="preserve">istrictsgouverneur </w:t>
      </w:r>
      <w:r w:rsidRPr="297B780E" w:rsidR="1EA18263">
        <w:rPr>
          <w:rFonts w:asciiTheme="majorHAnsi" w:hAnsiTheme="majorHAnsi" w:eastAsiaTheme="majorEastAsia" w:cstheme="majorBidi"/>
          <w:i/>
          <w:iCs/>
          <w:lang w:val="nl-NL"/>
        </w:rPr>
        <w:t>2026-2027</w:t>
      </w:r>
      <w:bookmarkEnd w:id="0"/>
    </w:p>
    <w:sectPr w:rsidRPr="00BD093C" w:rsidR="00BD093C" w:rsidSect="00034616">
      <w:headerReference w:type="default" r:id="rId11"/>
      <w:footerReference w:type="default" r:id="rId12"/>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54E9" w:rsidP="002D0529" w:rsidRDefault="00A454E9" w14:paraId="11F1287C" w14:textId="77777777">
      <w:pPr>
        <w:spacing w:after="0" w:line="240" w:lineRule="auto"/>
      </w:pPr>
      <w:r>
        <w:separator/>
      </w:r>
    </w:p>
  </w:endnote>
  <w:endnote w:type="continuationSeparator" w:id="0">
    <w:p w:rsidR="00A454E9" w:rsidP="002D0529" w:rsidRDefault="00A454E9" w14:paraId="165B90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koppen">
    <w:altName w:val="Cambria"/>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685270"/>
      <w:docPartObj>
        <w:docPartGallery w:val="Page Numbers (Bottom of Page)"/>
        <w:docPartUnique/>
      </w:docPartObj>
    </w:sdtPr>
    <w:sdtEndPr/>
    <w:sdtContent>
      <w:p w:rsidR="002D0529" w:rsidP="062CF4AD" w:rsidRDefault="062CF4AD" w14:paraId="22D63C6F" w14:textId="3CF673A0">
        <w:pPr>
          <w:pStyle w:val="Voettekst"/>
          <w:tabs>
            <w:tab w:val="right" w:pos="9072"/>
          </w:tabs>
          <w:rPr>
            <w:rFonts w:ascii="Calibri" w:hAnsi="Calibri" w:eastAsia="Calibri" w:cs="Calibri"/>
            <w:color w:val="000000" w:themeColor="text1"/>
            <w:sz w:val="16"/>
            <w:szCs w:val="16"/>
            <w:lang w:val="nl-NL"/>
          </w:rPr>
        </w:pPr>
        <w:r w:rsidRPr="062CF4AD">
          <w:rPr>
            <w:rFonts w:ascii="Calibri" w:hAnsi="Calibri" w:eastAsia="Calibri" w:cs="Calibri"/>
            <w:i/>
            <w:iCs/>
            <w:color w:val="000000" w:themeColor="text1"/>
            <w:sz w:val="16"/>
            <w:szCs w:val="16"/>
            <w:lang w:val="nl-NL"/>
          </w:rPr>
          <w:t>Voorjaar 2026</w:t>
        </w:r>
      </w:p>
      <w:p w:rsidR="002D0529" w:rsidRDefault="002D0529" w14:paraId="4372513C" w14:textId="2D4F0FCE">
        <w:pPr>
          <w:pStyle w:val="Voettekst"/>
          <w:jc w:val="right"/>
        </w:pPr>
        <w:r w:rsidRPr="062CF4AD">
          <w:rPr>
            <w:lang w:val="nl-NL"/>
          </w:rPr>
          <w:fldChar w:fldCharType="begin"/>
        </w:r>
        <w:r>
          <w:instrText>PAGE   \* MERGEFORMAT</w:instrText>
        </w:r>
        <w:r w:rsidRPr="062CF4AD">
          <w:fldChar w:fldCharType="separate"/>
        </w:r>
        <w:r w:rsidRPr="062CF4AD" w:rsidR="062CF4AD">
          <w:rPr>
            <w:lang w:val="nl-NL"/>
          </w:rPr>
          <w:t>2</w:t>
        </w:r>
        <w:r w:rsidRPr="062CF4AD">
          <w:rPr>
            <w:lang w:val="nl-NL"/>
          </w:rPr>
          <w:fldChar w:fldCharType="end"/>
        </w:r>
      </w:p>
    </w:sdtContent>
  </w:sdt>
  <w:p w:rsidR="002D0529" w:rsidRDefault="002D0529" w14:paraId="1F69CFCD" w14:textId="607D56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54E9" w:rsidP="002D0529" w:rsidRDefault="00A454E9" w14:paraId="39B891BD" w14:textId="77777777">
      <w:pPr>
        <w:spacing w:after="0" w:line="240" w:lineRule="auto"/>
      </w:pPr>
      <w:r>
        <w:separator/>
      </w:r>
    </w:p>
  </w:footnote>
  <w:footnote w:type="continuationSeparator" w:id="0">
    <w:p w:rsidR="00A454E9" w:rsidP="002D0529" w:rsidRDefault="00A454E9" w14:paraId="5A518C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2880"/>
      <w:gridCol w:w="2880"/>
      <w:gridCol w:w="2880"/>
    </w:tblGrid>
    <w:tr w:rsidR="062CF4AD" w:rsidTr="062CF4AD" w14:paraId="27FE6BCE" w14:textId="77777777">
      <w:trPr>
        <w:trHeight w:val="300"/>
      </w:trPr>
      <w:tc>
        <w:tcPr>
          <w:tcW w:w="2880" w:type="dxa"/>
        </w:tcPr>
        <w:p w:rsidR="062CF4AD" w:rsidP="062CF4AD" w:rsidRDefault="062CF4AD" w14:paraId="5419D08B" w14:textId="06BC6BCE">
          <w:pPr>
            <w:spacing w:after="0" w:line="240" w:lineRule="auto"/>
          </w:pPr>
          <w:r>
            <w:rPr>
              <w:noProof/>
            </w:rPr>
            <w:drawing>
              <wp:inline distT="0" distB="0" distL="0" distR="0" wp14:anchorId="15ED5C76" wp14:editId="59F2F301">
                <wp:extent cx="1227377" cy="1161530"/>
                <wp:effectExtent l="0" t="0" r="5080" b="0"/>
                <wp:docPr id="64615222" name="Afbeelding 1" descr="Afbeelding met embleem, symbool, logo, Handelsmer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92723" name="Afbeelding 1" descr="Afbeelding met embleem, symbool, logo, Handelsmerk&#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7377" cy="1161530"/>
                        </a:xfrm>
                        <a:prstGeom prst="rect">
                          <a:avLst/>
                        </a:prstGeom>
                      </pic:spPr>
                    </pic:pic>
                  </a:graphicData>
                </a:graphic>
              </wp:inline>
            </w:drawing>
          </w:r>
          <w:r>
            <w:t xml:space="preserve"> </w:t>
          </w:r>
          <w:r>
            <w:tab/>
          </w:r>
        </w:p>
      </w:tc>
      <w:tc>
        <w:tcPr>
          <w:tcW w:w="2880" w:type="dxa"/>
        </w:tcPr>
        <w:p w:rsidR="062CF4AD" w:rsidP="062CF4AD" w:rsidRDefault="062CF4AD" w14:paraId="68D4A242" w14:textId="2EADDD80">
          <w:pPr>
            <w:pStyle w:val="Koptekst"/>
            <w:jc w:val="center"/>
          </w:pPr>
        </w:p>
      </w:tc>
      <w:tc>
        <w:tcPr>
          <w:tcW w:w="2880" w:type="dxa"/>
        </w:tcPr>
        <w:p w:rsidR="062CF4AD" w:rsidP="062CF4AD" w:rsidRDefault="062CF4AD" w14:paraId="46A0A2F1" w14:textId="40B8FC31">
          <w:pPr>
            <w:pStyle w:val="Koptekst"/>
            <w:ind w:right="-115"/>
            <w:jc w:val="right"/>
          </w:pPr>
          <w:r>
            <w:rPr>
              <w:noProof/>
            </w:rPr>
            <w:drawing>
              <wp:inline distT="0" distB="0" distL="0" distR="0" wp14:anchorId="64640A42" wp14:editId="7C5DDFA3">
                <wp:extent cx="1447800" cy="1143000"/>
                <wp:effectExtent l="0" t="0" r="0" b="0"/>
                <wp:docPr id="168480814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7800" cy="1143000"/>
                        </a:xfrm>
                        <a:prstGeom prst="rect">
                          <a:avLst/>
                        </a:prstGeom>
                        <a:noFill/>
                        <a:ln>
                          <a:noFill/>
                        </a:ln>
                      </pic:spPr>
                    </pic:pic>
                  </a:graphicData>
                </a:graphic>
              </wp:inline>
            </w:drawing>
          </w:r>
        </w:p>
      </w:tc>
    </w:tr>
  </w:tbl>
  <w:p w:rsidR="062CF4AD" w:rsidP="062CF4AD" w:rsidRDefault="062CF4AD" w14:paraId="1C468CB2" w14:textId="300578C4">
    <w:pPr>
      <w:pStyle w:val="Koptekst"/>
    </w:pPr>
  </w:p>
</w:hdr>
</file>

<file path=word/intelligence2.xml><?xml version="1.0" encoding="utf-8"?>
<int2:intelligence xmlns:int2="http://schemas.microsoft.com/office/intelligence/2020/intelligence" xmlns:oel="http://schemas.microsoft.com/office/2019/extlst">
  <int2:observations>
    <int2:textHash int2:hashCode="ExrzmATjgskLaR" int2:id="0JnBBwYx">
      <int2:state int2:value="Rejected" int2:type="spell"/>
    </int2:textHash>
    <int2:textHash int2:hashCode="xcfCZoIU8bsp26" int2:id="3Ka0F9ai">
      <int2:state int2:value="Rejected" int2:type="spell"/>
    </int2:textHash>
    <int2:textHash int2:hashCode="yAOV8nkXnxcOvC" int2:id="4I0Q6UNy">
      <int2:state int2:value="Rejected" int2:type="spell"/>
    </int2:textHash>
    <int2:textHash int2:hashCode="faM7tU2ViclpfE" int2:id="4mGRPbIZ">
      <int2:state int2:value="Rejected" int2:type="spell"/>
    </int2:textHash>
    <int2:textHash int2:hashCode="BGhgFYu/+12ITw" int2:id="5b6yJxzI">
      <int2:state int2:value="Rejected" int2:type="spell"/>
    </int2:textHash>
    <int2:textHash int2:hashCode="me9+m8UCftTWJQ" int2:id="6y8ssCrp">
      <int2:state int2:value="Rejected" int2:type="spell"/>
    </int2:textHash>
    <int2:textHash int2:hashCode="S6/xCmFHhsejez" int2:id="7PvWQPeH">
      <int2:state int2:value="Rejected" int2:type="spell"/>
    </int2:textHash>
    <int2:textHash int2:hashCode="ENc15YHx4lBc1p" int2:id="86pulXu6">
      <int2:state int2:value="Rejected" int2:type="spell"/>
    </int2:textHash>
    <int2:textHash int2:hashCode="Kv4BSJwNdp/LQw" int2:id="8XhFd0iH">
      <int2:state int2:value="Rejected" int2:type="spell"/>
    </int2:textHash>
    <int2:textHash int2:hashCode="z/pQoyyxOiQNcF" int2:id="BzLQsVNN">
      <int2:state int2:value="Rejected" int2:type="spell"/>
    </int2:textHash>
    <int2:textHash int2:hashCode="+/XyoodbO7Zbjj" int2:id="CZFhBMBD">
      <int2:state int2:value="Rejected" int2:type="spell"/>
    </int2:textHash>
    <int2:textHash int2:hashCode="hDq8S2pd0rzNqM" int2:id="DKsBoDci">
      <int2:state int2:value="Rejected" int2:type="spell"/>
    </int2:textHash>
    <int2:textHash int2:hashCode="JbrK4w9zVZvxKL" int2:id="Dja5N4vj">
      <int2:state int2:value="Rejected" int2:type="spell"/>
    </int2:textHash>
    <int2:textHash int2:hashCode="aNSdA2oZiDP+eA" int2:id="Dwv9HFZ3">
      <int2:state int2:value="Rejected" int2:type="spell"/>
    </int2:textHash>
    <int2:textHash int2:hashCode="Oke8nM0fy0lgvh" int2:id="EKfiRqa4">
      <int2:state int2:value="Rejected" int2:type="spell"/>
    </int2:textHash>
    <int2:textHash int2:hashCode="Qbsvb+5PDLUs3Z" int2:id="EXlyqz9M">
      <int2:state int2:value="Rejected" int2:type="spell"/>
    </int2:textHash>
    <int2:textHash int2:hashCode="RjKD46EQbXyonw" int2:id="FBB25org">
      <int2:state int2:value="Rejected" int2:type="spell"/>
    </int2:textHash>
    <int2:textHash int2:hashCode="MKiljHYJ0w0BtN" int2:id="HCEthqv3">
      <int2:state int2:value="Rejected" int2:type="spell"/>
    </int2:textHash>
    <int2:textHash int2:hashCode="sxHxNc+5xlpeOA" int2:id="HcM1eopQ">
      <int2:state int2:value="Rejected" int2:type="spell"/>
    </int2:textHash>
    <int2:textHash int2:hashCode="zN7DtyXnvRZgof" int2:id="I9u1Be0q">
      <int2:state int2:value="Rejected" int2:type="spell"/>
    </int2:textHash>
    <int2:textHash int2:hashCode="LoZXVQxjiADDx5" int2:id="Ig8cgnJK">
      <int2:state int2:value="Rejected" int2:type="spell"/>
    </int2:textHash>
    <int2:textHash int2:hashCode="n9j6LQ76WWfqgF" int2:id="Nalzo21A">
      <int2:state int2:value="Rejected" int2:type="spell"/>
    </int2:textHash>
    <int2:textHash int2:hashCode="D91kq4JE18i3Mr" int2:id="NqChKj7V">
      <int2:state int2:value="Rejected" int2:type="spell"/>
    </int2:textHash>
    <int2:textHash int2:hashCode="iWt7ZRaCG090nF" int2:id="O1rjGKfK">
      <int2:state int2:value="Rejected" int2:type="spell"/>
    </int2:textHash>
    <int2:textHash int2:hashCode="QMPK37L7lc9SPe" int2:id="OlNiO10j">
      <int2:state int2:value="Rejected" int2:type="spell"/>
    </int2:textHash>
    <int2:textHash int2:hashCode="M/j4cbcvbWM8BZ" int2:id="PYmMpYzo">
      <int2:state int2:value="Rejected" int2:type="spell"/>
    </int2:textHash>
    <int2:textHash int2:hashCode="A40u+LvCHjA05L" int2:id="UVxMhSa8">
      <int2:state int2:value="Rejected" int2:type="spell"/>
    </int2:textHash>
    <int2:textHash int2:hashCode="lOwRADzco3ADFF" int2:id="Vcuferva">
      <int2:state int2:value="Rejected" int2:type="spell"/>
    </int2:textHash>
    <int2:textHash int2:hashCode="tTRtPGgPaiM4Ui" int2:id="VqQEXnS8">
      <int2:state int2:value="Rejected" int2:type="spell"/>
    </int2:textHash>
    <int2:textHash int2:hashCode="hQueyjaSAwsGi/" int2:id="WHJ16SrD">
      <int2:state int2:value="Rejected" int2:type="spell"/>
    </int2:textHash>
    <int2:textHash int2:hashCode="9PwkO0aNyXsRwz" int2:id="YFtHdQIQ">
      <int2:state int2:value="Rejected" int2:type="spell"/>
    </int2:textHash>
    <int2:textHash int2:hashCode="gElhGkuljGHsJs" int2:id="YuGL46pQ">
      <int2:state int2:value="Rejected" int2:type="spell"/>
    </int2:textHash>
    <int2:textHash int2:hashCode="Qx1djj9dFHfFfj" int2:id="eEdQyGJn">
      <int2:state int2:value="Rejected" int2:type="spell"/>
    </int2:textHash>
    <int2:textHash int2:hashCode="nyPNkBnrc+y1qz" int2:id="eKfegJOA">
      <int2:state int2:value="Rejected" int2:type="spell"/>
    </int2:textHash>
    <int2:textHash int2:hashCode="Cf8qvFpZUewtXk" int2:id="eeqX6UBE">
      <int2:state int2:value="Rejected" int2:type="spell"/>
    </int2:textHash>
    <int2:textHash int2:hashCode="ulhOSDdlJXzZx2" int2:id="exBqO1Dp">
      <int2:state int2:value="Rejected" int2:type="spell"/>
    </int2:textHash>
    <int2:textHash int2:hashCode="6vFKAa8jonUPUs" int2:id="giejXWn4">
      <int2:state int2:value="Rejected" int2:type="spell"/>
    </int2:textHash>
    <int2:textHash int2:hashCode="KWtkrxG7DH5QOd" int2:id="hRrFWgvA">
      <int2:state int2:value="Rejected" int2:type="spell"/>
    </int2:textHash>
    <int2:textHash int2:hashCode="rfrHFQy8P5f3ag" int2:id="hZzWvJNn">
      <int2:state int2:value="Rejected" int2:type="spell"/>
    </int2:textHash>
    <int2:textHash int2:hashCode="f+CUXZxXmjcSk/" int2:id="iArzCnL8">
      <int2:state int2:value="Rejected" int2:type="spell"/>
    </int2:textHash>
    <int2:textHash int2:hashCode="KmNytCKR2JefRw" int2:id="iq8QvjQX">
      <int2:state int2:value="Rejected" int2:type="spell"/>
    </int2:textHash>
    <int2:textHash int2:hashCode="mkAc7OSEqjZPb2" int2:id="jsWXgNo8">
      <int2:state int2:value="Rejected" int2:type="spell"/>
    </int2:textHash>
    <int2:textHash int2:hashCode="7C1/nO4s7YseuV" int2:id="kTi98zi0">
      <int2:state int2:value="Rejected" int2:type="spell"/>
    </int2:textHash>
    <int2:textHash int2:hashCode="MSEwljWdtUmoZA" int2:id="kdDvsFDo">
      <int2:state int2:value="Rejected" int2:type="spell"/>
    </int2:textHash>
    <int2:textHash int2:hashCode="L/LpDsv27DiU2S" int2:id="knnvd3jb">
      <int2:state int2:value="Rejected" int2:type="spell"/>
    </int2:textHash>
    <int2:textHash int2:hashCode="ZUv7FPmSlrrNtr" int2:id="ldH0QU2g">
      <int2:state int2:value="Rejected" int2:type="spell"/>
    </int2:textHash>
    <int2:textHash int2:hashCode="UDxiEmYr5dsWA4" int2:id="mVV5zOzr">
      <int2:state int2:value="Rejected" int2:type="spell"/>
    </int2:textHash>
    <int2:textHash int2:hashCode="QZyey9WI9J16YG" int2:id="mpSjsNRk">
      <int2:state int2:value="Rejected" int2:type="spell"/>
    </int2:textHash>
    <int2:textHash int2:hashCode="1EQtV84TnLtdcq" int2:id="nkGUQtyN">
      <int2:state int2:value="Rejected" int2:type="spell"/>
    </int2:textHash>
    <int2:textHash int2:hashCode="CUsP4OMChUrxMR" int2:id="oJU0S5Iv">
      <int2:state int2:value="Rejected" int2:type="spell"/>
    </int2:textHash>
    <int2:textHash int2:hashCode="n0GPzDupEQ2Q2d" int2:id="p7Ems8rx">
      <int2:state int2:value="Rejected" int2:type="spell"/>
    </int2:textHash>
    <int2:textHash int2:hashCode="01zorLDQygkpc0" int2:id="qDcIJsbb">
      <int2:state int2:value="Rejected" int2:type="spell"/>
    </int2:textHash>
    <int2:textHash int2:hashCode="5Tki33QbHU3xoZ" int2:id="qZYXBzNa">
      <int2:state int2:value="Rejected" int2:type="spell"/>
    </int2:textHash>
    <int2:textHash int2:hashCode="n86toodIBM11/2" int2:id="qlx5Nosa">
      <int2:state int2:value="Rejected" int2:type="spell"/>
    </int2:textHash>
    <int2:textHash int2:hashCode="H8vlEty4FcGz0w" int2:id="qmbLl0JA">
      <int2:state int2:value="Rejected" int2:type="spell"/>
    </int2:textHash>
    <int2:textHash int2:hashCode="Gsn9+lMHlYX+fP" int2:id="rG43smx9">
      <int2:state int2:value="Rejected" int2:type="spell"/>
    </int2:textHash>
    <int2:textHash int2:hashCode="6LldZl4s61AKM1" int2:id="rYjk3RmE">
      <int2:state int2:value="Rejected" int2:type="spell"/>
    </int2:textHash>
    <int2:textHash int2:hashCode="bxeK8gxY5Kh7u3" int2:id="rbPnxkcP">
      <int2:state int2:value="Rejected" int2:type="spell"/>
    </int2:textHash>
    <int2:textHash int2:hashCode="phiXprOerWkJwS" int2:id="ryhY74Yq">
      <int2:state int2:value="Rejected" int2:type="spell"/>
    </int2:textHash>
    <int2:textHash int2:hashCode="a7EGx5QQJOGKH+" int2:id="sGWBhUzl">
      <int2:state int2:value="Rejected" int2:type="spell"/>
    </int2:textHash>
    <int2:textHash int2:hashCode="kRIk1aKE6a5vlv" int2:id="ssfJBm2A">
      <int2:state int2:value="Rejected" int2:type="spell"/>
    </int2:textHash>
    <int2:textHash int2:hashCode="YLhJV/c4wtzFTj" int2:id="wKc3XSWL">
      <int2:state int2:value="Rejected" int2:type="spell"/>
    </int2:textHash>
    <int2:textHash int2:hashCode="d0OvYBx2L1N/Mi" int2:id="yrFct2cb">
      <int2:state int2:value="Rejected" int2:type="spell"/>
    </int2:textHash>
    <int2:textHash int2:hashCode="5e07NaxGh4x0LN" int2:id="ztOAuSQX">
      <int2:state int2:value="Rejected" int2:type="spell"/>
    </int2:textHash>
    <int2:textHash int2:hashCode="kNXMUwCcUTKRm8" int2:id="zvTRQA02">
      <int2:state int2:value="Rejected" int2:type="spell"/>
    </int2:textHash>
    <int2:bookmark int2:bookmarkName="_Int_oWCxMEe0" int2:invalidationBookmarkName="" int2:hashCode="oB+7IMa+mGnT3y" int2:id="6CB6DFWf">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486bfd2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hint="default" w:ascii="Symbol" w:hAnsi="Symbol"/>
      </w:rPr>
    </w:lvl>
  </w:abstractNum>
  <w:abstractNum w:abstractNumId="4"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hint="default" w:ascii="Symbol" w:hAnsi="Symbol"/>
      </w:rPr>
    </w:lvl>
  </w:abstractNum>
  <w:abstractNum w:abstractNumId="6" w15:restartNumberingAfterBreak="0">
    <w:nsid w:val="0EC5441A"/>
    <w:multiLevelType w:val="hybridMultilevel"/>
    <w:tmpl w:val="3A3C8DD8"/>
    <w:lvl w:ilvl="0" w:tplc="213072F2">
      <w:numFmt w:val="bullet"/>
      <w:lvlText w:val=""/>
      <w:lvlJc w:val="left"/>
      <w:pPr>
        <w:ind w:left="720" w:hanging="360"/>
      </w:pPr>
      <w:rPr>
        <w:rFonts w:hint="default" w:ascii="Symbol" w:hAnsi="Symbol" w:eastAsia="Calibri" w:cs="Calibr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3330CB6"/>
    <w:multiLevelType w:val="hybridMultilevel"/>
    <w:tmpl w:val="FFFFFFFF"/>
    <w:lvl w:ilvl="0" w:tplc="4B28D524">
      <w:start w:val="1"/>
      <w:numFmt w:val="bullet"/>
      <w:lvlText w:val=""/>
      <w:lvlJc w:val="left"/>
      <w:pPr>
        <w:ind w:left="720" w:hanging="360"/>
      </w:pPr>
      <w:rPr>
        <w:rFonts w:hint="default" w:ascii="Symbol" w:hAnsi="Symbol"/>
      </w:rPr>
    </w:lvl>
    <w:lvl w:ilvl="1" w:tplc="435C7274">
      <w:start w:val="1"/>
      <w:numFmt w:val="bullet"/>
      <w:lvlText w:val="o"/>
      <w:lvlJc w:val="left"/>
      <w:pPr>
        <w:ind w:left="1440" w:hanging="360"/>
      </w:pPr>
      <w:rPr>
        <w:rFonts w:hint="default" w:ascii="Courier New" w:hAnsi="Courier New"/>
      </w:rPr>
    </w:lvl>
    <w:lvl w:ilvl="2" w:tplc="2DAEC504">
      <w:start w:val="1"/>
      <w:numFmt w:val="bullet"/>
      <w:lvlText w:val=""/>
      <w:lvlJc w:val="left"/>
      <w:pPr>
        <w:ind w:left="2160" w:hanging="360"/>
      </w:pPr>
      <w:rPr>
        <w:rFonts w:hint="default" w:ascii="Wingdings" w:hAnsi="Wingdings"/>
      </w:rPr>
    </w:lvl>
    <w:lvl w:ilvl="3" w:tplc="BA8C46B2">
      <w:start w:val="1"/>
      <w:numFmt w:val="bullet"/>
      <w:lvlText w:val=""/>
      <w:lvlJc w:val="left"/>
      <w:pPr>
        <w:ind w:left="2880" w:hanging="360"/>
      </w:pPr>
      <w:rPr>
        <w:rFonts w:hint="default" w:ascii="Symbol" w:hAnsi="Symbol"/>
      </w:rPr>
    </w:lvl>
    <w:lvl w:ilvl="4" w:tplc="79C273DE">
      <w:start w:val="1"/>
      <w:numFmt w:val="bullet"/>
      <w:lvlText w:val="o"/>
      <w:lvlJc w:val="left"/>
      <w:pPr>
        <w:ind w:left="3600" w:hanging="360"/>
      </w:pPr>
      <w:rPr>
        <w:rFonts w:hint="default" w:ascii="Courier New" w:hAnsi="Courier New"/>
      </w:rPr>
    </w:lvl>
    <w:lvl w:ilvl="5" w:tplc="65BC7BDE">
      <w:start w:val="1"/>
      <w:numFmt w:val="bullet"/>
      <w:lvlText w:val=""/>
      <w:lvlJc w:val="left"/>
      <w:pPr>
        <w:ind w:left="4320" w:hanging="360"/>
      </w:pPr>
      <w:rPr>
        <w:rFonts w:hint="default" w:ascii="Wingdings" w:hAnsi="Wingdings"/>
      </w:rPr>
    </w:lvl>
    <w:lvl w:ilvl="6" w:tplc="993C3020">
      <w:start w:val="1"/>
      <w:numFmt w:val="bullet"/>
      <w:lvlText w:val=""/>
      <w:lvlJc w:val="left"/>
      <w:pPr>
        <w:ind w:left="5040" w:hanging="360"/>
      </w:pPr>
      <w:rPr>
        <w:rFonts w:hint="default" w:ascii="Symbol" w:hAnsi="Symbol"/>
      </w:rPr>
    </w:lvl>
    <w:lvl w:ilvl="7" w:tplc="8208D666">
      <w:start w:val="1"/>
      <w:numFmt w:val="bullet"/>
      <w:lvlText w:val="o"/>
      <w:lvlJc w:val="left"/>
      <w:pPr>
        <w:ind w:left="5760" w:hanging="360"/>
      </w:pPr>
      <w:rPr>
        <w:rFonts w:hint="default" w:ascii="Courier New" w:hAnsi="Courier New"/>
      </w:rPr>
    </w:lvl>
    <w:lvl w:ilvl="8" w:tplc="84763214">
      <w:start w:val="1"/>
      <w:numFmt w:val="bullet"/>
      <w:lvlText w:val=""/>
      <w:lvlJc w:val="left"/>
      <w:pPr>
        <w:ind w:left="6480" w:hanging="360"/>
      </w:pPr>
      <w:rPr>
        <w:rFonts w:hint="default" w:ascii="Wingdings" w:hAnsi="Wingdings"/>
      </w:rPr>
    </w:lvl>
  </w:abstractNum>
  <w:abstractNum w:abstractNumId="8" w15:restartNumberingAfterBreak="0">
    <w:nsid w:val="1D665CEE"/>
    <w:multiLevelType w:val="hybridMultilevel"/>
    <w:tmpl w:val="FFFFFFFF"/>
    <w:lvl w:ilvl="0" w:tplc="CAA2311C">
      <w:start w:val="1"/>
      <w:numFmt w:val="bullet"/>
      <w:lvlText w:val=""/>
      <w:lvlJc w:val="left"/>
      <w:pPr>
        <w:ind w:left="720" w:hanging="360"/>
      </w:pPr>
      <w:rPr>
        <w:rFonts w:hint="default" w:ascii="Symbol" w:hAnsi="Symbol"/>
      </w:rPr>
    </w:lvl>
    <w:lvl w:ilvl="1" w:tplc="5B52BA3E">
      <w:start w:val="1"/>
      <w:numFmt w:val="bullet"/>
      <w:lvlText w:val="o"/>
      <w:lvlJc w:val="left"/>
      <w:pPr>
        <w:ind w:left="1440" w:hanging="360"/>
      </w:pPr>
      <w:rPr>
        <w:rFonts w:hint="default" w:ascii="Courier New" w:hAnsi="Courier New"/>
      </w:rPr>
    </w:lvl>
    <w:lvl w:ilvl="2" w:tplc="88CA58FC">
      <w:start w:val="1"/>
      <w:numFmt w:val="bullet"/>
      <w:lvlText w:val=""/>
      <w:lvlJc w:val="left"/>
      <w:pPr>
        <w:ind w:left="2160" w:hanging="360"/>
      </w:pPr>
      <w:rPr>
        <w:rFonts w:hint="default" w:ascii="Wingdings" w:hAnsi="Wingdings"/>
      </w:rPr>
    </w:lvl>
    <w:lvl w:ilvl="3" w:tplc="1B1C6432">
      <w:start w:val="1"/>
      <w:numFmt w:val="bullet"/>
      <w:lvlText w:val=""/>
      <w:lvlJc w:val="left"/>
      <w:pPr>
        <w:ind w:left="2880" w:hanging="360"/>
      </w:pPr>
      <w:rPr>
        <w:rFonts w:hint="default" w:ascii="Symbol" w:hAnsi="Symbol"/>
      </w:rPr>
    </w:lvl>
    <w:lvl w:ilvl="4" w:tplc="416E73CA">
      <w:start w:val="1"/>
      <w:numFmt w:val="bullet"/>
      <w:lvlText w:val="o"/>
      <w:lvlJc w:val="left"/>
      <w:pPr>
        <w:ind w:left="3600" w:hanging="360"/>
      </w:pPr>
      <w:rPr>
        <w:rFonts w:hint="default" w:ascii="Courier New" w:hAnsi="Courier New"/>
      </w:rPr>
    </w:lvl>
    <w:lvl w:ilvl="5" w:tplc="B0183AF4">
      <w:start w:val="1"/>
      <w:numFmt w:val="bullet"/>
      <w:lvlText w:val=""/>
      <w:lvlJc w:val="left"/>
      <w:pPr>
        <w:ind w:left="4320" w:hanging="360"/>
      </w:pPr>
      <w:rPr>
        <w:rFonts w:hint="default" w:ascii="Wingdings" w:hAnsi="Wingdings"/>
      </w:rPr>
    </w:lvl>
    <w:lvl w:ilvl="6" w:tplc="073E26A4">
      <w:start w:val="1"/>
      <w:numFmt w:val="bullet"/>
      <w:lvlText w:val=""/>
      <w:lvlJc w:val="left"/>
      <w:pPr>
        <w:ind w:left="5040" w:hanging="360"/>
      </w:pPr>
      <w:rPr>
        <w:rFonts w:hint="default" w:ascii="Symbol" w:hAnsi="Symbol"/>
      </w:rPr>
    </w:lvl>
    <w:lvl w:ilvl="7" w:tplc="EE70C4E6">
      <w:start w:val="1"/>
      <w:numFmt w:val="bullet"/>
      <w:lvlText w:val="o"/>
      <w:lvlJc w:val="left"/>
      <w:pPr>
        <w:ind w:left="5760" w:hanging="360"/>
      </w:pPr>
      <w:rPr>
        <w:rFonts w:hint="default" w:ascii="Courier New" w:hAnsi="Courier New"/>
      </w:rPr>
    </w:lvl>
    <w:lvl w:ilvl="8" w:tplc="5EE87206">
      <w:start w:val="1"/>
      <w:numFmt w:val="bullet"/>
      <w:lvlText w:val=""/>
      <w:lvlJc w:val="left"/>
      <w:pPr>
        <w:ind w:left="6480" w:hanging="360"/>
      </w:pPr>
      <w:rPr>
        <w:rFonts w:hint="default" w:ascii="Wingdings" w:hAnsi="Wingdings"/>
      </w:rPr>
    </w:lvl>
  </w:abstractNum>
  <w:abstractNum w:abstractNumId="9" w15:restartNumberingAfterBreak="0">
    <w:nsid w:val="238602FD"/>
    <w:multiLevelType w:val="multilevel"/>
    <w:tmpl w:val="B1BC2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3DCEE4E"/>
    <w:multiLevelType w:val="hybridMultilevel"/>
    <w:tmpl w:val="FFFFFFFF"/>
    <w:lvl w:ilvl="0" w:tplc="08E823D2">
      <w:start w:val="1"/>
      <w:numFmt w:val="bullet"/>
      <w:lvlText w:val=""/>
      <w:lvlJc w:val="left"/>
      <w:pPr>
        <w:ind w:left="720" w:hanging="360"/>
      </w:pPr>
      <w:rPr>
        <w:rFonts w:hint="default" w:ascii="Symbol" w:hAnsi="Symbol"/>
      </w:rPr>
    </w:lvl>
    <w:lvl w:ilvl="1" w:tplc="A61610F8">
      <w:start w:val="1"/>
      <w:numFmt w:val="bullet"/>
      <w:lvlText w:val="o"/>
      <w:lvlJc w:val="left"/>
      <w:pPr>
        <w:ind w:left="1440" w:hanging="360"/>
      </w:pPr>
      <w:rPr>
        <w:rFonts w:hint="default" w:ascii="Courier New" w:hAnsi="Courier New"/>
      </w:rPr>
    </w:lvl>
    <w:lvl w:ilvl="2" w:tplc="78049DCC">
      <w:start w:val="1"/>
      <w:numFmt w:val="bullet"/>
      <w:lvlText w:val=""/>
      <w:lvlJc w:val="left"/>
      <w:pPr>
        <w:ind w:left="2160" w:hanging="360"/>
      </w:pPr>
      <w:rPr>
        <w:rFonts w:hint="default" w:ascii="Wingdings" w:hAnsi="Wingdings"/>
      </w:rPr>
    </w:lvl>
    <w:lvl w:ilvl="3" w:tplc="0FF0D926">
      <w:start w:val="1"/>
      <w:numFmt w:val="bullet"/>
      <w:lvlText w:val=""/>
      <w:lvlJc w:val="left"/>
      <w:pPr>
        <w:ind w:left="2880" w:hanging="360"/>
      </w:pPr>
      <w:rPr>
        <w:rFonts w:hint="default" w:ascii="Symbol" w:hAnsi="Symbol"/>
      </w:rPr>
    </w:lvl>
    <w:lvl w:ilvl="4" w:tplc="35242810">
      <w:start w:val="1"/>
      <w:numFmt w:val="bullet"/>
      <w:lvlText w:val="o"/>
      <w:lvlJc w:val="left"/>
      <w:pPr>
        <w:ind w:left="3600" w:hanging="360"/>
      </w:pPr>
      <w:rPr>
        <w:rFonts w:hint="default" w:ascii="Courier New" w:hAnsi="Courier New"/>
      </w:rPr>
    </w:lvl>
    <w:lvl w:ilvl="5" w:tplc="6436F418">
      <w:start w:val="1"/>
      <w:numFmt w:val="bullet"/>
      <w:lvlText w:val=""/>
      <w:lvlJc w:val="left"/>
      <w:pPr>
        <w:ind w:left="4320" w:hanging="360"/>
      </w:pPr>
      <w:rPr>
        <w:rFonts w:hint="default" w:ascii="Wingdings" w:hAnsi="Wingdings"/>
      </w:rPr>
    </w:lvl>
    <w:lvl w:ilvl="6" w:tplc="07E667CE">
      <w:start w:val="1"/>
      <w:numFmt w:val="bullet"/>
      <w:lvlText w:val=""/>
      <w:lvlJc w:val="left"/>
      <w:pPr>
        <w:ind w:left="5040" w:hanging="360"/>
      </w:pPr>
      <w:rPr>
        <w:rFonts w:hint="default" w:ascii="Symbol" w:hAnsi="Symbol"/>
      </w:rPr>
    </w:lvl>
    <w:lvl w:ilvl="7" w:tplc="CB761982">
      <w:start w:val="1"/>
      <w:numFmt w:val="bullet"/>
      <w:lvlText w:val="o"/>
      <w:lvlJc w:val="left"/>
      <w:pPr>
        <w:ind w:left="5760" w:hanging="360"/>
      </w:pPr>
      <w:rPr>
        <w:rFonts w:hint="default" w:ascii="Courier New" w:hAnsi="Courier New"/>
      </w:rPr>
    </w:lvl>
    <w:lvl w:ilvl="8" w:tplc="E4C85578">
      <w:start w:val="1"/>
      <w:numFmt w:val="bullet"/>
      <w:lvlText w:val=""/>
      <w:lvlJc w:val="left"/>
      <w:pPr>
        <w:ind w:left="6480" w:hanging="360"/>
      </w:pPr>
      <w:rPr>
        <w:rFonts w:hint="default" w:ascii="Wingdings" w:hAnsi="Wingdings"/>
      </w:rPr>
    </w:lvl>
  </w:abstractNum>
  <w:abstractNum w:abstractNumId="11" w15:restartNumberingAfterBreak="0">
    <w:nsid w:val="343A4B27"/>
    <w:multiLevelType w:val="multilevel"/>
    <w:tmpl w:val="B3C64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B637E58"/>
    <w:multiLevelType w:val="multilevel"/>
    <w:tmpl w:val="B68CC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D1BEEAB"/>
    <w:multiLevelType w:val="hybridMultilevel"/>
    <w:tmpl w:val="FFFFFFFF"/>
    <w:lvl w:ilvl="0" w:tplc="0D22138E">
      <w:start w:val="1"/>
      <w:numFmt w:val="bullet"/>
      <w:lvlText w:val=""/>
      <w:lvlJc w:val="left"/>
      <w:pPr>
        <w:ind w:left="720" w:hanging="360"/>
      </w:pPr>
      <w:rPr>
        <w:rFonts w:hint="default" w:ascii="Symbol" w:hAnsi="Symbol"/>
      </w:rPr>
    </w:lvl>
    <w:lvl w:ilvl="1" w:tplc="8B74847C">
      <w:start w:val="1"/>
      <w:numFmt w:val="bullet"/>
      <w:lvlText w:val="o"/>
      <w:lvlJc w:val="left"/>
      <w:pPr>
        <w:ind w:left="1440" w:hanging="360"/>
      </w:pPr>
      <w:rPr>
        <w:rFonts w:hint="default" w:ascii="Symbol" w:hAnsi="Symbol"/>
      </w:rPr>
    </w:lvl>
    <w:lvl w:ilvl="2" w:tplc="F05CC24C">
      <w:start w:val="1"/>
      <w:numFmt w:val="bullet"/>
      <w:lvlText w:val=""/>
      <w:lvlJc w:val="left"/>
      <w:pPr>
        <w:ind w:left="2160" w:hanging="360"/>
      </w:pPr>
      <w:rPr>
        <w:rFonts w:hint="default" w:ascii="Wingdings" w:hAnsi="Wingdings"/>
      </w:rPr>
    </w:lvl>
    <w:lvl w:ilvl="3" w:tplc="581C8A80">
      <w:start w:val="1"/>
      <w:numFmt w:val="bullet"/>
      <w:lvlText w:val=""/>
      <w:lvlJc w:val="left"/>
      <w:pPr>
        <w:ind w:left="2880" w:hanging="360"/>
      </w:pPr>
      <w:rPr>
        <w:rFonts w:hint="default" w:ascii="Symbol" w:hAnsi="Symbol"/>
      </w:rPr>
    </w:lvl>
    <w:lvl w:ilvl="4" w:tplc="C5CEF75A">
      <w:start w:val="1"/>
      <w:numFmt w:val="bullet"/>
      <w:lvlText w:val="o"/>
      <w:lvlJc w:val="left"/>
      <w:pPr>
        <w:ind w:left="3600" w:hanging="360"/>
      </w:pPr>
      <w:rPr>
        <w:rFonts w:hint="default" w:ascii="Courier New" w:hAnsi="Courier New"/>
      </w:rPr>
    </w:lvl>
    <w:lvl w:ilvl="5" w:tplc="DF4609FE">
      <w:start w:val="1"/>
      <w:numFmt w:val="bullet"/>
      <w:lvlText w:val=""/>
      <w:lvlJc w:val="left"/>
      <w:pPr>
        <w:ind w:left="4320" w:hanging="360"/>
      </w:pPr>
      <w:rPr>
        <w:rFonts w:hint="default" w:ascii="Wingdings" w:hAnsi="Wingdings"/>
      </w:rPr>
    </w:lvl>
    <w:lvl w:ilvl="6" w:tplc="AA564392">
      <w:start w:val="1"/>
      <w:numFmt w:val="bullet"/>
      <w:lvlText w:val=""/>
      <w:lvlJc w:val="left"/>
      <w:pPr>
        <w:ind w:left="5040" w:hanging="360"/>
      </w:pPr>
      <w:rPr>
        <w:rFonts w:hint="default" w:ascii="Symbol" w:hAnsi="Symbol"/>
      </w:rPr>
    </w:lvl>
    <w:lvl w:ilvl="7" w:tplc="B316D0B0">
      <w:start w:val="1"/>
      <w:numFmt w:val="bullet"/>
      <w:lvlText w:val="o"/>
      <w:lvlJc w:val="left"/>
      <w:pPr>
        <w:ind w:left="5760" w:hanging="360"/>
      </w:pPr>
      <w:rPr>
        <w:rFonts w:hint="default" w:ascii="Courier New" w:hAnsi="Courier New"/>
      </w:rPr>
    </w:lvl>
    <w:lvl w:ilvl="8" w:tplc="A04AB724">
      <w:start w:val="1"/>
      <w:numFmt w:val="bullet"/>
      <w:lvlText w:val=""/>
      <w:lvlJc w:val="left"/>
      <w:pPr>
        <w:ind w:left="6480" w:hanging="360"/>
      </w:pPr>
      <w:rPr>
        <w:rFonts w:hint="default" w:ascii="Wingdings" w:hAnsi="Wingdings"/>
      </w:rPr>
    </w:lvl>
  </w:abstractNum>
  <w:abstractNum w:abstractNumId="14" w15:restartNumberingAfterBreak="0">
    <w:nsid w:val="6D9F3E2B"/>
    <w:multiLevelType w:val="hybridMultilevel"/>
    <w:tmpl w:val="FFFFFFFF"/>
    <w:lvl w:ilvl="0" w:tplc="C4B6F8DE">
      <w:start w:val="1"/>
      <w:numFmt w:val="bullet"/>
      <w:lvlText w:val=""/>
      <w:lvlJc w:val="left"/>
      <w:pPr>
        <w:ind w:left="720" w:hanging="360"/>
      </w:pPr>
      <w:rPr>
        <w:rFonts w:hint="default" w:ascii="Symbol" w:hAnsi="Symbol"/>
      </w:rPr>
    </w:lvl>
    <w:lvl w:ilvl="1" w:tplc="1076DBAA">
      <w:start w:val="1"/>
      <w:numFmt w:val="bullet"/>
      <w:lvlText w:val="o"/>
      <w:lvlJc w:val="left"/>
      <w:pPr>
        <w:ind w:left="1440" w:hanging="360"/>
      </w:pPr>
      <w:rPr>
        <w:rFonts w:hint="default" w:ascii="Symbol" w:hAnsi="Symbol"/>
      </w:rPr>
    </w:lvl>
    <w:lvl w:ilvl="2" w:tplc="954AD2C2">
      <w:start w:val="1"/>
      <w:numFmt w:val="bullet"/>
      <w:lvlText w:val=""/>
      <w:lvlJc w:val="left"/>
      <w:pPr>
        <w:ind w:left="2160" w:hanging="360"/>
      </w:pPr>
      <w:rPr>
        <w:rFonts w:hint="default" w:ascii="Wingdings" w:hAnsi="Wingdings"/>
      </w:rPr>
    </w:lvl>
    <w:lvl w:ilvl="3" w:tplc="1B7EF3DC">
      <w:start w:val="1"/>
      <w:numFmt w:val="bullet"/>
      <w:lvlText w:val=""/>
      <w:lvlJc w:val="left"/>
      <w:pPr>
        <w:ind w:left="2880" w:hanging="360"/>
      </w:pPr>
      <w:rPr>
        <w:rFonts w:hint="default" w:ascii="Symbol" w:hAnsi="Symbol"/>
      </w:rPr>
    </w:lvl>
    <w:lvl w:ilvl="4" w:tplc="CB8AF4BA">
      <w:start w:val="1"/>
      <w:numFmt w:val="bullet"/>
      <w:lvlText w:val="o"/>
      <w:lvlJc w:val="left"/>
      <w:pPr>
        <w:ind w:left="3600" w:hanging="360"/>
      </w:pPr>
      <w:rPr>
        <w:rFonts w:hint="default" w:ascii="Courier New" w:hAnsi="Courier New"/>
      </w:rPr>
    </w:lvl>
    <w:lvl w:ilvl="5" w:tplc="3E941172">
      <w:start w:val="1"/>
      <w:numFmt w:val="bullet"/>
      <w:lvlText w:val=""/>
      <w:lvlJc w:val="left"/>
      <w:pPr>
        <w:ind w:left="4320" w:hanging="360"/>
      </w:pPr>
      <w:rPr>
        <w:rFonts w:hint="default" w:ascii="Wingdings" w:hAnsi="Wingdings"/>
      </w:rPr>
    </w:lvl>
    <w:lvl w:ilvl="6" w:tplc="9C32CD08">
      <w:start w:val="1"/>
      <w:numFmt w:val="bullet"/>
      <w:lvlText w:val=""/>
      <w:lvlJc w:val="left"/>
      <w:pPr>
        <w:ind w:left="5040" w:hanging="360"/>
      </w:pPr>
      <w:rPr>
        <w:rFonts w:hint="default" w:ascii="Symbol" w:hAnsi="Symbol"/>
      </w:rPr>
    </w:lvl>
    <w:lvl w:ilvl="7" w:tplc="62280248">
      <w:start w:val="1"/>
      <w:numFmt w:val="bullet"/>
      <w:lvlText w:val="o"/>
      <w:lvlJc w:val="left"/>
      <w:pPr>
        <w:ind w:left="5760" w:hanging="360"/>
      </w:pPr>
      <w:rPr>
        <w:rFonts w:hint="default" w:ascii="Courier New" w:hAnsi="Courier New"/>
      </w:rPr>
    </w:lvl>
    <w:lvl w:ilvl="8" w:tplc="F9863D2E">
      <w:start w:val="1"/>
      <w:numFmt w:val="bullet"/>
      <w:lvlText w:val=""/>
      <w:lvlJc w:val="left"/>
      <w:pPr>
        <w:ind w:left="6480" w:hanging="360"/>
      </w:pPr>
      <w:rPr>
        <w:rFonts w:hint="default" w:ascii="Wingdings" w:hAnsi="Wingdings"/>
      </w:rPr>
    </w:lvl>
  </w:abstractNum>
  <w:abstractNum w:abstractNumId="15" w15:restartNumberingAfterBreak="0">
    <w:nsid w:val="6F0A8F6C"/>
    <w:multiLevelType w:val="hybridMultilevel"/>
    <w:tmpl w:val="FFFFFFFF"/>
    <w:lvl w:ilvl="0" w:tplc="688A1502">
      <w:start w:val="1"/>
      <w:numFmt w:val="bullet"/>
      <w:lvlText w:val=""/>
      <w:lvlJc w:val="left"/>
      <w:pPr>
        <w:ind w:left="720" w:hanging="360"/>
      </w:pPr>
      <w:rPr>
        <w:rFonts w:hint="default" w:ascii="Symbol" w:hAnsi="Symbol"/>
      </w:rPr>
    </w:lvl>
    <w:lvl w:ilvl="1" w:tplc="57D278F4">
      <w:start w:val="1"/>
      <w:numFmt w:val="bullet"/>
      <w:lvlText w:val="o"/>
      <w:lvlJc w:val="left"/>
      <w:pPr>
        <w:ind w:left="1440" w:hanging="360"/>
      </w:pPr>
      <w:rPr>
        <w:rFonts w:hint="default" w:ascii="Courier New" w:hAnsi="Courier New"/>
      </w:rPr>
    </w:lvl>
    <w:lvl w:ilvl="2" w:tplc="B86C88F8">
      <w:start w:val="1"/>
      <w:numFmt w:val="bullet"/>
      <w:lvlText w:val=""/>
      <w:lvlJc w:val="left"/>
      <w:pPr>
        <w:ind w:left="2160" w:hanging="360"/>
      </w:pPr>
      <w:rPr>
        <w:rFonts w:hint="default" w:ascii="Wingdings" w:hAnsi="Wingdings"/>
      </w:rPr>
    </w:lvl>
    <w:lvl w:ilvl="3" w:tplc="1B8636C0">
      <w:start w:val="1"/>
      <w:numFmt w:val="bullet"/>
      <w:lvlText w:val=""/>
      <w:lvlJc w:val="left"/>
      <w:pPr>
        <w:ind w:left="2880" w:hanging="360"/>
      </w:pPr>
      <w:rPr>
        <w:rFonts w:hint="default" w:ascii="Symbol" w:hAnsi="Symbol"/>
      </w:rPr>
    </w:lvl>
    <w:lvl w:ilvl="4" w:tplc="EFC62372">
      <w:start w:val="1"/>
      <w:numFmt w:val="bullet"/>
      <w:lvlText w:val="o"/>
      <w:lvlJc w:val="left"/>
      <w:pPr>
        <w:ind w:left="3600" w:hanging="360"/>
      </w:pPr>
      <w:rPr>
        <w:rFonts w:hint="default" w:ascii="Courier New" w:hAnsi="Courier New"/>
      </w:rPr>
    </w:lvl>
    <w:lvl w:ilvl="5" w:tplc="4FCE0BA6">
      <w:start w:val="1"/>
      <w:numFmt w:val="bullet"/>
      <w:lvlText w:val=""/>
      <w:lvlJc w:val="left"/>
      <w:pPr>
        <w:ind w:left="4320" w:hanging="360"/>
      </w:pPr>
      <w:rPr>
        <w:rFonts w:hint="default" w:ascii="Wingdings" w:hAnsi="Wingdings"/>
      </w:rPr>
    </w:lvl>
    <w:lvl w:ilvl="6" w:tplc="5428E890">
      <w:start w:val="1"/>
      <w:numFmt w:val="bullet"/>
      <w:lvlText w:val=""/>
      <w:lvlJc w:val="left"/>
      <w:pPr>
        <w:ind w:left="5040" w:hanging="360"/>
      </w:pPr>
      <w:rPr>
        <w:rFonts w:hint="default" w:ascii="Symbol" w:hAnsi="Symbol"/>
      </w:rPr>
    </w:lvl>
    <w:lvl w:ilvl="7" w:tplc="660C66C6">
      <w:start w:val="1"/>
      <w:numFmt w:val="bullet"/>
      <w:lvlText w:val="o"/>
      <w:lvlJc w:val="left"/>
      <w:pPr>
        <w:ind w:left="5760" w:hanging="360"/>
      </w:pPr>
      <w:rPr>
        <w:rFonts w:hint="default" w:ascii="Courier New" w:hAnsi="Courier New"/>
      </w:rPr>
    </w:lvl>
    <w:lvl w:ilvl="8" w:tplc="5ACA4D52">
      <w:start w:val="1"/>
      <w:numFmt w:val="bullet"/>
      <w:lvlText w:val=""/>
      <w:lvlJc w:val="left"/>
      <w:pPr>
        <w:ind w:left="6480" w:hanging="360"/>
      </w:pPr>
      <w:rPr>
        <w:rFonts w:hint="default" w:ascii="Wingdings" w:hAnsi="Wingdings"/>
      </w:rPr>
    </w:lvl>
  </w:abstractNum>
  <w:num w:numId="17">
    <w:abstractNumId w:val="16"/>
  </w:num>
  <w:num w:numId="1" w16cid:durableId="1079788917">
    <w:abstractNumId w:val="15"/>
  </w:num>
  <w:num w:numId="2" w16cid:durableId="997264285">
    <w:abstractNumId w:val="13"/>
  </w:num>
  <w:num w:numId="3" w16cid:durableId="232667775">
    <w:abstractNumId w:val="8"/>
  </w:num>
  <w:num w:numId="4" w16cid:durableId="1236166571">
    <w:abstractNumId w:val="14"/>
  </w:num>
  <w:num w:numId="5" w16cid:durableId="1198204533">
    <w:abstractNumId w:val="10"/>
  </w:num>
  <w:num w:numId="6" w16cid:durableId="1298141194">
    <w:abstractNumId w:val="5"/>
  </w:num>
  <w:num w:numId="7" w16cid:durableId="1378554059">
    <w:abstractNumId w:val="3"/>
  </w:num>
  <w:num w:numId="8" w16cid:durableId="1317999">
    <w:abstractNumId w:val="2"/>
  </w:num>
  <w:num w:numId="9" w16cid:durableId="1991858765">
    <w:abstractNumId w:val="4"/>
  </w:num>
  <w:num w:numId="10" w16cid:durableId="37097131">
    <w:abstractNumId w:val="1"/>
  </w:num>
  <w:num w:numId="11" w16cid:durableId="861240368">
    <w:abstractNumId w:val="0"/>
  </w:num>
  <w:num w:numId="12" w16cid:durableId="225604135">
    <w:abstractNumId w:val="6"/>
  </w:num>
  <w:num w:numId="13" w16cid:durableId="357243045">
    <w:abstractNumId w:val="12"/>
  </w:num>
  <w:num w:numId="14" w16cid:durableId="1451632389">
    <w:abstractNumId w:val="9"/>
  </w:num>
  <w:num w:numId="15" w16cid:durableId="1840122065">
    <w:abstractNumId w:val="11"/>
  </w:num>
  <w:num w:numId="16" w16cid:durableId="211382004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0D4"/>
    <w:rsid w:val="00034616"/>
    <w:rsid w:val="0006063C"/>
    <w:rsid w:val="00061E1B"/>
    <w:rsid w:val="00061ECC"/>
    <w:rsid w:val="00070D94"/>
    <w:rsid w:val="00072CDD"/>
    <w:rsid w:val="00074E7C"/>
    <w:rsid w:val="00077312"/>
    <w:rsid w:val="00093229"/>
    <w:rsid w:val="00094354"/>
    <w:rsid w:val="000960AF"/>
    <w:rsid w:val="000A13A4"/>
    <w:rsid w:val="000A6DCF"/>
    <w:rsid w:val="000B6E39"/>
    <w:rsid w:val="000B7A65"/>
    <w:rsid w:val="000C2914"/>
    <w:rsid w:val="000C36D3"/>
    <w:rsid w:val="000D30AF"/>
    <w:rsid w:val="000D67D5"/>
    <w:rsid w:val="000F159A"/>
    <w:rsid w:val="000F64FE"/>
    <w:rsid w:val="001062FB"/>
    <w:rsid w:val="00124656"/>
    <w:rsid w:val="0013059A"/>
    <w:rsid w:val="0014463D"/>
    <w:rsid w:val="0015074B"/>
    <w:rsid w:val="00174407"/>
    <w:rsid w:val="001A57A3"/>
    <w:rsid w:val="001B2358"/>
    <w:rsid w:val="001B479F"/>
    <w:rsid w:val="001C4862"/>
    <w:rsid w:val="001C5EAB"/>
    <w:rsid w:val="001D13A3"/>
    <w:rsid w:val="001E5546"/>
    <w:rsid w:val="001E562B"/>
    <w:rsid w:val="001F2843"/>
    <w:rsid w:val="001F3FA4"/>
    <w:rsid w:val="00206960"/>
    <w:rsid w:val="0021427D"/>
    <w:rsid w:val="00222620"/>
    <w:rsid w:val="00226FA2"/>
    <w:rsid w:val="002312D7"/>
    <w:rsid w:val="00245AFC"/>
    <w:rsid w:val="00246A0D"/>
    <w:rsid w:val="00256707"/>
    <w:rsid w:val="0027046F"/>
    <w:rsid w:val="0028413F"/>
    <w:rsid w:val="00293C4A"/>
    <w:rsid w:val="002948DB"/>
    <w:rsid w:val="00294D57"/>
    <w:rsid w:val="0029639D"/>
    <w:rsid w:val="00297507"/>
    <w:rsid w:val="00297E38"/>
    <w:rsid w:val="002A7ECA"/>
    <w:rsid w:val="002B2A02"/>
    <w:rsid w:val="002C22AA"/>
    <w:rsid w:val="002D0529"/>
    <w:rsid w:val="002E2C75"/>
    <w:rsid w:val="00315984"/>
    <w:rsid w:val="00326F90"/>
    <w:rsid w:val="003317BF"/>
    <w:rsid w:val="00352C58"/>
    <w:rsid w:val="003569E9"/>
    <w:rsid w:val="00374E9A"/>
    <w:rsid w:val="00387002"/>
    <w:rsid w:val="003A0B3B"/>
    <w:rsid w:val="003A246A"/>
    <w:rsid w:val="003C0E6C"/>
    <w:rsid w:val="003C656A"/>
    <w:rsid w:val="003D6CDA"/>
    <w:rsid w:val="003E6656"/>
    <w:rsid w:val="003F0975"/>
    <w:rsid w:val="00401677"/>
    <w:rsid w:val="00411733"/>
    <w:rsid w:val="00416EFF"/>
    <w:rsid w:val="00417529"/>
    <w:rsid w:val="00430F4B"/>
    <w:rsid w:val="004321FD"/>
    <w:rsid w:val="004718E3"/>
    <w:rsid w:val="004A3DF9"/>
    <w:rsid w:val="004A3E86"/>
    <w:rsid w:val="004A6778"/>
    <w:rsid w:val="004A77A4"/>
    <w:rsid w:val="004E030E"/>
    <w:rsid w:val="00504328"/>
    <w:rsid w:val="0050724B"/>
    <w:rsid w:val="0051550A"/>
    <w:rsid w:val="00521B3B"/>
    <w:rsid w:val="00526C21"/>
    <w:rsid w:val="00550D67"/>
    <w:rsid w:val="00556C7E"/>
    <w:rsid w:val="005622CC"/>
    <w:rsid w:val="005C056D"/>
    <w:rsid w:val="005C1CEE"/>
    <w:rsid w:val="005C2EB0"/>
    <w:rsid w:val="005D0A1F"/>
    <w:rsid w:val="005D2899"/>
    <w:rsid w:val="005E1289"/>
    <w:rsid w:val="005E4CB4"/>
    <w:rsid w:val="005E586E"/>
    <w:rsid w:val="005E6B4F"/>
    <w:rsid w:val="005F3A11"/>
    <w:rsid w:val="00601FC6"/>
    <w:rsid w:val="006264DB"/>
    <w:rsid w:val="006309AE"/>
    <w:rsid w:val="0063342D"/>
    <w:rsid w:val="00643B73"/>
    <w:rsid w:val="00662DE6"/>
    <w:rsid w:val="006639CE"/>
    <w:rsid w:val="00693014"/>
    <w:rsid w:val="00696209"/>
    <w:rsid w:val="006A091D"/>
    <w:rsid w:val="006B1769"/>
    <w:rsid w:val="006B41F9"/>
    <w:rsid w:val="006B62B5"/>
    <w:rsid w:val="006C5A58"/>
    <w:rsid w:val="006D7AA0"/>
    <w:rsid w:val="006E59CA"/>
    <w:rsid w:val="006F16CC"/>
    <w:rsid w:val="006FE261"/>
    <w:rsid w:val="007205A1"/>
    <w:rsid w:val="00743913"/>
    <w:rsid w:val="007522A6"/>
    <w:rsid w:val="00753A05"/>
    <w:rsid w:val="0076626B"/>
    <w:rsid w:val="00767F6E"/>
    <w:rsid w:val="00776253"/>
    <w:rsid w:val="00784743"/>
    <w:rsid w:val="007A1D2C"/>
    <w:rsid w:val="007E787D"/>
    <w:rsid w:val="007F5C93"/>
    <w:rsid w:val="00801662"/>
    <w:rsid w:val="00830C55"/>
    <w:rsid w:val="00831770"/>
    <w:rsid w:val="0083258E"/>
    <w:rsid w:val="00851F9B"/>
    <w:rsid w:val="00874E07"/>
    <w:rsid w:val="00881A45"/>
    <w:rsid w:val="008B0664"/>
    <w:rsid w:val="008C45C1"/>
    <w:rsid w:val="008C46CD"/>
    <w:rsid w:val="008D1765"/>
    <w:rsid w:val="008D53E7"/>
    <w:rsid w:val="008D5D43"/>
    <w:rsid w:val="008E0211"/>
    <w:rsid w:val="0090360E"/>
    <w:rsid w:val="00903F59"/>
    <w:rsid w:val="00917A47"/>
    <w:rsid w:val="009330D9"/>
    <w:rsid w:val="00943F58"/>
    <w:rsid w:val="0095454D"/>
    <w:rsid w:val="00955737"/>
    <w:rsid w:val="009634A8"/>
    <w:rsid w:val="00982E8C"/>
    <w:rsid w:val="0099243C"/>
    <w:rsid w:val="00994A5D"/>
    <w:rsid w:val="009A18F7"/>
    <w:rsid w:val="009A20BA"/>
    <w:rsid w:val="009C73C7"/>
    <w:rsid w:val="009D2F20"/>
    <w:rsid w:val="009D6B22"/>
    <w:rsid w:val="00A1688A"/>
    <w:rsid w:val="00A232CB"/>
    <w:rsid w:val="00A31EF9"/>
    <w:rsid w:val="00A37E47"/>
    <w:rsid w:val="00A38242"/>
    <w:rsid w:val="00A423A0"/>
    <w:rsid w:val="00A454E9"/>
    <w:rsid w:val="00A457BB"/>
    <w:rsid w:val="00A89C42"/>
    <w:rsid w:val="00AA00B9"/>
    <w:rsid w:val="00AA1D8D"/>
    <w:rsid w:val="00AA2363"/>
    <w:rsid w:val="00AB00AF"/>
    <w:rsid w:val="00AB46D7"/>
    <w:rsid w:val="00AB7146"/>
    <w:rsid w:val="00AC7858"/>
    <w:rsid w:val="00AE4E32"/>
    <w:rsid w:val="00AF4641"/>
    <w:rsid w:val="00B040C4"/>
    <w:rsid w:val="00B0474D"/>
    <w:rsid w:val="00B078EF"/>
    <w:rsid w:val="00B11886"/>
    <w:rsid w:val="00B15868"/>
    <w:rsid w:val="00B23D22"/>
    <w:rsid w:val="00B31C03"/>
    <w:rsid w:val="00B47730"/>
    <w:rsid w:val="00B54684"/>
    <w:rsid w:val="00B91848"/>
    <w:rsid w:val="00BA2C6F"/>
    <w:rsid w:val="00BA4DBB"/>
    <w:rsid w:val="00BC18A1"/>
    <w:rsid w:val="00BC3D26"/>
    <w:rsid w:val="00BC60DF"/>
    <w:rsid w:val="00BD093C"/>
    <w:rsid w:val="00BD7877"/>
    <w:rsid w:val="00BF7691"/>
    <w:rsid w:val="00C02645"/>
    <w:rsid w:val="00C3689B"/>
    <w:rsid w:val="00C4230B"/>
    <w:rsid w:val="00C55644"/>
    <w:rsid w:val="00C612BC"/>
    <w:rsid w:val="00C93AE8"/>
    <w:rsid w:val="00CB0664"/>
    <w:rsid w:val="00CD2B25"/>
    <w:rsid w:val="00CF29D4"/>
    <w:rsid w:val="00D06CF4"/>
    <w:rsid w:val="00D14A39"/>
    <w:rsid w:val="00D23CB8"/>
    <w:rsid w:val="00D30DB2"/>
    <w:rsid w:val="00D43116"/>
    <w:rsid w:val="00D551E5"/>
    <w:rsid w:val="00D55D41"/>
    <w:rsid w:val="00D62A95"/>
    <w:rsid w:val="00D72752"/>
    <w:rsid w:val="00D82BA2"/>
    <w:rsid w:val="00D82E7E"/>
    <w:rsid w:val="00DA4896"/>
    <w:rsid w:val="00DB0303"/>
    <w:rsid w:val="00DB5508"/>
    <w:rsid w:val="00DE597C"/>
    <w:rsid w:val="00E00377"/>
    <w:rsid w:val="00E004B1"/>
    <w:rsid w:val="00E155DA"/>
    <w:rsid w:val="00E17E26"/>
    <w:rsid w:val="00E22B01"/>
    <w:rsid w:val="00E35559"/>
    <w:rsid w:val="00E35C4C"/>
    <w:rsid w:val="00E44080"/>
    <w:rsid w:val="00E50F85"/>
    <w:rsid w:val="00E60E1B"/>
    <w:rsid w:val="00E61738"/>
    <w:rsid w:val="00E82769"/>
    <w:rsid w:val="00EA69D7"/>
    <w:rsid w:val="00EB1D39"/>
    <w:rsid w:val="00EB671D"/>
    <w:rsid w:val="00ED20D5"/>
    <w:rsid w:val="00EE2CDE"/>
    <w:rsid w:val="00EE2F72"/>
    <w:rsid w:val="00EE6BB7"/>
    <w:rsid w:val="00EF6FE3"/>
    <w:rsid w:val="00F0502B"/>
    <w:rsid w:val="00F12499"/>
    <w:rsid w:val="00F13695"/>
    <w:rsid w:val="00F214B0"/>
    <w:rsid w:val="00F250AC"/>
    <w:rsid w:val="00F34AAB"/>
    <w:rsid w:val="00F455F3"/>
    <w:rsid w:val="00F50F75"/>
    <w:rsid w:val="00F50FA7"/>
    <w:rsid w:val="00F53BBF"/>
    <w:rsid w:val="00F62ED0"/>
    <w:rsid w:val="00FA090D"/>
    <w:rsid w:val="00FB61F5"/>
    <w:rsid w:val="00FC5CED"/>
    <w:rsid w:val="00FC693F"/>
    <w:rsid w:val="0131B9D6"/>
    <w:rsid w:val="0160ECF5"/>
    <w:rsid w:val="017BDE82"/>
    <w:rsid w:val="017EA5DC"/>
    <w:rsid w:val="01890D1F"/>
    <w:rsid w:val="01DE6986"/>
    <w:rsid w:val="01EEF45D"/>
    <w:rsid w:val="01F8951D"/>
    <w:rsid w:val="020BB01E"/>
    <w:rsid w:val="021A6FF0"/>
    <w:rsid w:val="02389235"/>
    <w:rsid w:val="023990AE"/>
    <w:rsid w:val="023ABC53"/>
    <w:rsid w:val="0255BB59"/>
    <w:rsid w:val="02765856"/>
    <w:rsid w:val="028F0BB2"/>
    <w:rsid w:val="02B0E7F2"/>
    <w:rsid w:val="02BA96A1"/>
    <w:rsid w:val="02E6C152"/>
    <w:rsid w:val="0374580C"/>
    <w:rsid w:val="0378EC61"/>
    <w:rsid w:val="03857F4A"/>
    <w:rsid w:val="03955A8A"/>
    <w:rsid w:val="0399FCC3"/>
    <w:rsid w:val="03AF1916"/>
    <w:rsid w:val="03C8D537"/>
    <w:rsid w:val="03E9EBF0"/>
    <w:rsid w:val="03FFFEEB"/>
    <w:rsid w:val="0430A8AC"/>
    <w:rsid w:val="04542DE7"/>
    <w:rsid w:val="047580B5"/>
    <w:rsid w:val="0489F1DE"/>
    <w:rsid w:val="04A6AE7A"/>
    <w:rsid w:val="05018600"/>
    <w:rsid w:val="050CA0A2"/>
    <w:rsid w:val="051285BB"/>
    <w:rsid w:val="051845C3"/>
    <w:rsid w:val="05322FDE"/>
    <w:rsid w:val="0542AAAD"/>
    <w:rsid w:val="055E0DC3"/>
    <w:rsid w:val="05A253AB"/>
    <w:rsid w:val="05AA3D27"/>
    <w:rsid w:val="05D0B501"/>
    <w:rsid w:val="05F92221"/>
    <w:rsid w:val="06220E6B"/>
    <w:rsid w:val="062CF4AD"/>
    <w:rsid w:val="06633A6D"/>
    <w:rsid w:val="0678F9C1"/>
    <w:rsid w:val="0687B415"/>
    <w:rsid w:val="06C78D21"/>
    <w:rsid w:val="06DC24B6"/>
    <w:rsid w:val="06FBE37B"/>
    <w:rsid w:val="0704D27B"/>
    <w:rsid w:val="0709D218"/>
    <w:rsid w:val="0736D07F"/>
    <w:rsid w:val="077AB14D"/>
    <w:rsid w:val="078D5063"/>
    <w:rsid w:val="07913E75"/>
    <w:rsid w:val="07AD73E4"/>
    <w:rsid w:val="080FF7B6"/>
    <w:rsid w:val="0870A63E"/>
    <w:rsid w:val="089BC391"/>
    <w:rsid w:val="08A56B3E"/>
    <w:rsid w:val="08AB04CD"/>
    <w:rsid w:val="08B560D6"/>
    <w:rsid w:val="08CA1967"/>
    <w:rsid w:val="08E3AE4F"/>
    <w:rsid w:val="090326CB"/>
    <w:rsid w:val="090A705C"/>
    <w:rsid w:val="0914E476"/>
    <w:rsid w:val="0920734F"/>
    <w:rsid w:val="092EFEFC"/>
    <w:rsid w:val="0935E2A9"/>
    <w:rsid w:val="094A548F"/>
    <w:rsid w:val="0957CC21"/>
    <w:rsid w:val="095C8040"/>
    <w:rsid w:val="096D39EE"/>
    <w:rsid w:val="096D7FBC"/>
    <w:rsid w:val="096E0B70"/>
    <w:rsid w:val="099F825F"/>
    <w:rsid w:val="09B04F9D"/>
    <w:rsid w:val="09BC75F2"/>
    <w:rsid w:val="09D0D64C"/>
    <w:rsid w:val="09E49229"/>
    <w:rsid w:val="09F6968C"/>
    <w:rsid w:val="0A047B75"/>
    <w:rsid w:val="0A0723FD"/>
    <w:rsid w:val="0A0BA589"/>
    <w:rsid w:val="0A18B9F7"/>
    <w:rsid w:val="0A39C06A"/>
    <w:rsid w:val="0A62610E"/>
    <w:rsid w:val="0A99445D"/>
    <w:rsid w:val="0A9E3D78"/>
    <w:rsid w:val="0AA7C50D"/>
    <w:rsid w:val="0AA90948"/>
    <w:rsid w:val="0AC70B89"/>
    <w:rsid w:val="0AE7AF9D"/>
    <w:rsid w:val="0B0208BF"/>
    <w:rsid w:val="0B0AEE8B"/>
    <w:rsid w:val="0B4FFD7A"/>
    <w:rsid w:val="0B54612A"/>
    <w:rsid w:val="0B5BC55C"/>
    <w:rsid w:val="0B709AAD"/>
    <w:rsid w:val="0B7FCBA2"/>
    <w:rsid w:val="0B813EB0"/>
    <w:rsid w:val="0BBEB41C"/>
    <w:rsid w:val="0BC7852E"/>
    <w:rsid w:val="0BDEB8D5"/>
    <w:rsid w:val="0BFF6660"/>
    <w:rsid w:val="0C30DB64"/>
    <w:rsid w:val="0C5BB3F2"/>
    <w:rsid w:val="0C9098E7"/>
    <w:rsid w:val="0C95C0C1"/>
    <w:rsid w:val="0C992043"/>
    <w:rsid w:val="0CAC5B07"/>
    <w:rsid w:val="0CBED2DA"/>
    <w:rsid w:val="0CD2D46E"/>
    <w:rsid w:val="0CE255C1"/>
    <w:rsid w:val="0CECB82D"/>
    <w:rsid w:val="0CFBADA6"/>
    <w:rsid w:val="0D0C77F5"/>
    <w:rsid w:val="0D390CB8"/>
    <w:rsid w:val="0D4DDF34"/>
    <w:rsid w:val="0D557C7C"/>
    <w:rsid w:val="0D5CED30"/>
    <w:rsid w:val="0D63E493"/>
    <w:rsid w:val="0D865AF1"/>
    <w:rsid w:val="0D9B4EF6"/>
    <w:rsid w:val="0D9E3EE5"/>
    <w:rsid w:val="0DC7B591"/>
    <w:rsid w:val="0E06A89E"/>
    <w:rsid w:val="0E190B59"/>
    <w:rsid w:val="0E36E5A9"/>
    <w:rsid w:val="0E3B80B4"/>
    <w:rsid w:val="0E426DD0"/>
    <w:rsid w:val="0E5FFB14"/>
    <w:rsid w:val="0E848FDB"/>
    <w:rsid w:val="0EFC89B8"/>
    <w:rsid w:val="0F1F873F"/>
    <w:rsid w:val="0F22A00F"/>
    <w:rsid w:val="0F272A0F"/>
    <w:rsid w:val="0F473A32"/>
    <w:rsid w:val="0F5B491E"/>
    <w:rsid w:val="0F68D5E4"/>
    <w:rsid w:val="0F6FCB34"/>
    <w:rsid w:val="0F85A0D7"/>
    <w:rsid w:val="0F8E0965"/>
    <w:rsid w:val="0FA45CA2"/>
    <w:rsid w:val="0FADA638"/>
    <w:rsid w:val="0FB0436A"/>
    <w:rsid w:val="0FBB8CC6"/>
    <w:rsid w:val="0FD44480"/>
    <w:rsid w:val="0FF1DC2B"/>
    <w:rsid w:val="10198E9F"/>
    <w:rsid w:val="10436381"/>
    <w:rsid w:val="10548A53"/>
    <w:rsid w:val="106CBA62"/>
    <w:rsid w:val="10705688"/>
    <w:rsid w:val="108866C1"/>
    <w:rsid w:val="1093D7DF"/>
    <w:rsid w:val="10999ED6"/>
    <w:rsid w:val="10A6353D"/>
    <w:rsid w:val="10A7880E"/>
    <w:rsid w:val="10BEE2BC"/>
    <w:rsid w:val="10D199A4"/>
    <w:rsid w:val="10D395EF"/>
    <w:rsid w:val="10FC8F47"/>
    <w:rsid w:val="111099AB"/>
    <w:rsid w:val="1132B2E7"/>
    <w:rsid w:val="113F454F"/>
    <w:rsid w:val="115D5FBC"/>
    <w:rsid w:val="115FE4AB"/>
    <w:rsid w:val="1163B333"/>
    <w:rsid w:val="1173E245"/>
    <w:rsid w:val="11961543"/>
    <w:rsid w:val="11AF9649"/>
    <w:rsid w:val="11DADD0E"/>
    <w:rsid w:val="11E20F5D"/>
    <w:rsid w:val="11FA29A1"/>
    <w:rsid w:val="12027903"/>
    <w:rsid w:val="12109C11"/>
    <w:rsid w:val="121E64FC"/>
    <w:rsid w:val="1220DFF2"/>
    <w:rsid w:val="1234917E"/>
    <w:rsid w:val="124F9085"/>
    <w:rsid w:val="12675CC0"/>
    <w:rsid w:val="126F11D2"/>
    <w:rsid w:val="12CAA0BE"/>
    <w:rsid w:val="12D4D4F6"/>
    <w:rsid w:val="1316335A"/>
    <w:rsid w:val="13165246"/>
    <w:rsid w:val="136008CA"/>
    <w:rsid w:val="13682996"/>
    <w:rsid w:val="1398ADDC"/>
    <w:rsid w:val="13D1F247"/>
    <w:rsid w:val="13D4C8C4"/>
    <w:rsid w:val="13DC7F7F"/>
    <w:rsid w:val="13DCEC8D"/>
    <w:rsid w:val="13DFD885"/>
    <w:rsid w:val="141C7185"/>
    <w:rsid w:val="142B5A1C"/>
    <w:rsid w:val="143273CD"/>
    <w:rsid w:val="14372CD0"/>
    <w:rsid w:val="14500BEC"/>
    <w:rsid w:val="148B9490"/>
    <w:rsid w:val="14B89426"/>
    <w:rsid w:val="14BE7E34"/>
    <w:rsid w:val="14C444AD"/>
    <w:rsid w:val="14D74763"/>
    <w:rsid w:val="14DA9C63"/>
    <w:rsid w:val="14EEB727"/>
    <w:rsid w:val="15266B4C"/>
    <w:rsid w:val="152F764A"/>
    <w:rsid w:val="1530659B"/>
    <w:rsid w:val="155944E8"/>
    <w:rsid w:val="156AF3C6"/>
    <w:rsid w:val="15847D0E"/>
    <w:rsid w:val="15B3F952"/>
    <w:rsid w:val="15C5FE1A"/>
    <w:rsid w:val="15F62B52"/>
    <w:rsid w:val="160D2BD1"/>
    <w:rsid w:val="160F1DDD"/>
    <w:rsid w:val="162011B4"/>
    <w:rsid w:val="16389CA6"/>
    <w:rsid w:val="166381A7"/>
    <w:rsid w:val="1667284A"/>
    <w:rsid w:val="16A5B479"/>
    <w:rsid w:val="16E56102"/>
    <w:rsid w:val="17217849"/>
    <w:rsid w:val="17365EAB"/>
    <w:rsid w:val="1738CF4C"/>
    <w:rsid w:val="17532B03"/>
    <w:rsid w:val="1760411E"/>
    <w:rsid w:val="17668CA1"/>
    <w:rsid w:val="178A1461"/>
    <w:rsid w:val="178C0AE3"/>
    <w:rsid w:val="17A7B31D"/>
    <w:rsid w:val="17ABD45A"/>
    <w:rsid w:val="17EAF6DB"/>
    <w:rsid w:val="181F5B41"/>
    <w:rsid w:val="181FA4C8"/>
    <w:rsid w:val="183258A9"/>
    <w:rsid w:val="18465CE9"/>
    <w:rsid w:val="185F8F6C"/>
    <w:rsid w:val="18927B99"/>
    <w:rsid w:val="18BA4567"/>
    <w:rsid w:val="18CDABF8"/>
    <w:rsid w:val="1913FE80"/>
    <w:rsid w:val="193CCF5D"/>
    <w:rsid w:val="194E50F8"/>
    <w:rsid w:val="19573C27"/>
    <w:rsid w:val="1980421F"/>
    <w:rsid w:val="19A2DF76"/>
    <w:rsid w:val="19C4AD02"/>
    <w:rsid w:val="19DEE03B"/>
    <w:rsid w:val="19FB5E66"/>
    <w:rsid w:val="1A35E54C"/>
    <w:rsid w:val="1A3CAE99"/>
    <w:rsid w:val="1A51B014"/>
    <w:rsid w:val="1A591D33"/>
    <w:rsid w:val="1A6D550A"/>
    <w:rsid w:val="1A89E452"/>
    <w:rsid w:val="1A90E1B2"/>
    <w:rsid w:val="1AB9B13D"/>
    <w:rsid w:val="1ABFD6BE"/>
    <w:rsid w:val="1AC17F3E"/>
    <w:rsid w:val="1AF102BF"/>
    <w:rsid w:val="1AF452A2"/>
    <w:rsid w:val="1B2409E4"/>
    <w:rsid w:val="1B3C4DEC"/>
    <w:rsid w:val="1B3E83CA"/>
    <w:rsid w:val="1B941773"/>
    <w:rsid w:val="1B9904E9"/>
    <w:rsid w:val="1BBE2CFF"/>
    <w:rsid w:val="1BD0FFBF"/>
    <w:rsid w:val="1BD8D5D9"/>
    <w:rsid w:val="1BDF241C"/>
    <w:rsid w:val="1BEBBE6B"/>
    <w:rsid w:val="1BEEDEEE"/>
    <w:rsid w:val="1BF6E48D"/>
    <w:rsid w:val="1C1B588F"/>
    <w:rsid w:val="1C7806D3"/>
    <w:rsid w:val="1C8056F5"/>
    <w:rsid w:val="1C8686BD"/>
    <w:rsid w:val="1C9B5661"/>
    <w:rsid w:val="1CA09359"/>
    <w:rsid w:val="1CA8EC01"/>
    <w:rsid w:val="1CC2E880"/>
    <w:rsid w:val="1CCC06C9"/>
    <w:rsid w:val="1CCC1236"/>
    <w:rsid w:val="1D0C5CEA"/>
    <w:rsid w:val="1D2E6F71"/>
    <w:rsid w:val="1D300DB1"/>
    <w:rsid w:val="1D79418A"/>
    <w:rsid w:val="1D9D3695"/>
    <w:rsid w:val="1D9DA7F1"/>
    <w:rsid w:val="1DAB5B1D"/>
    <w:rsid w:val="1DCC29D6"/>
    <w:rsid w:val="1DD4F5D6"/>
    <w:rsid w:val="1DEEFE55"/>
    <w:rsid w:val="1DF87938"/>
    <w:rsid w:val="1E11F7AD"/>
    <w:rsid w:val="1E15E104"/>
    <w:rsid w:val="1E48126A"/>
    <w:rsid w:val="1E491934"/>
    <w:rsid w:val="1E549E3F"/>
    <w:rsid w:val="1E59BDB0"/>
    <w:rsid w:val="1E8BE9E8"/>
    <w:rsid w:val="1E8F1FD4"/>
    <w:rsid w:val="1EA18263"/>
    <w:rsid w:val="1EB19325"/>
    <w:rsid w:val="1EC773AF"/>
    <w:rsid w:val="1F020012"/>
    <w:rsid w:val="1F05026F"/>
    <w:rsid w:val="1F3F7629"/>
    <w:rsid w:val="1F4CC40E"/>
    <w:rsid w:val="1F753938"/>
    <w:rsid w:val="1F774134"/>
    <w:rsid w:val="1F7E84CB"/>
    <w:rsid w:val="1F7EA7EF"/>
    <w:rsid w:val="1F96A898"/>
    <w:rsid w:val="1FBD5D63"/>
    <w:rsid w:val="1FE58B1D"/>
    <w:rsid w:val="1FECCC20"/>
    <w:rsid w:val="2036CB98"/>
    <w:rsid w:val="2056F3AD"/>
    <w:rsid w:val="206587B2"/>
    <w:rsid w:val="208E0780"/>
    <w:rsid w:val="20968357"/>
    <w:rsid w:val="20C1EBCD"/>
    <w:rsid w:val="20CC62E4"/>
    <w:rsid w:val="20F0E48C"/>
    <w:rsid w:val="2111C7F5"/>
    <w:rsid w:val="2115C805"/>
    <w:rsid w:val="21394A28"/>
    <w:rsid w:val="21546614"/>
    <w:rsid w:val="217B1535"/>
    <w:rsid w:val="2181A1B2"/>
    <w:rsid w:val="218492A5"/>
    <w:rsid w:val="21A0A548"/>
    <w:rsid w:val="21CE15FF"/>
    <w:rsid w:val="21E9C1E9"/>
    <w:rsid w:val="21ED74A0"/>
    <w:rsid w:val="21F3FDA8"/>
    <w:rsid w:val="21FA1548"/>
    <w:rsid w:val="21FCE212"/>
    <w:rsid w:val="222812D2"/>
    <w:rsid w:val="222CDB39"/>
    <w:rsid w:val="225BFF69"/>
    <w:rsid w:val="228496E9"/>
    <w:rsid w:val="2299F59E"/>
    <w:rsid w:val="22DC95C4"/>
    <w:rsid w:val="22DD5BD7"/>
    <w:rsid w:val="23224064"/>
    <w:rsid w:val="233560F0"/>
    <w:rsid w:val="236E79DB"/>
    <w:rsid w:val="2370DAED"/>
    <w:rsid w:val="239AE423"/>
    <w:rsid w:val="23A51DB5"/>
    <w:rsid w:val="23C48F75"/>
    <w:rsid w:val="23D71748"/>
    <w:rsid w:val="23FB5C00"/>
    <w:rsid w:val="243576A6"/>
    <w:rsid w:val="243DB695"/>
    <w:rsid w:val="2467A397"/>
    <w:rsid w:val="24AC5C4A"/>
    <w:rsid w:val="24C450D9"/>
    <w:rsid w:val="24CC9C0B"/>
    <w:rsid w:val="24F86742"/>
    <w:rsid w:val="254BFDA6"/>
    <w:rsid w:val="2570C6F5"/>
    <w:rsid w:val="258725F7"/>
    <w:rsid w:val="258791EA"/>
    <w:rsid w:val="25896947"/>
    <w:rsid w:val="259B1434"/>
    <w:rsid w:val="25A8046D"/>
    <w:rsid w:val="25DD52CB"/>
    <w:rsid w:val="262174DA"/>
    <w:rsid w:val="26496E09"/>
    <w:rsid w:val="264F6F5E"/>
    <w:rsid w:val="265F24BE"/>
    <w:rsid w:val="265F7429"/>
    <w:rsid w:val="266A2136"/>
    <w:rsid w:val="266A730B"/>
    <w:rsid w:val="267B4F6F"/>
    <w:rsid w:val="269DDB79"/>
    <w:rsid w:val="26C7F558"/>
    <w:rsid w:val="26DF65A4"/>
    <w:rsid w:val="270E4A4C"/>
    <w:rsid w:val="2725F312"/>
    <w:rsid w:val="27589A03"/>
    <w:rsid w:val="276FA588"/>
    <w:rsid w:val="2773400B"/>
    <w:rsid w:val="277EDF57"/>
    <w:rsid w:val="278730D9"/>
    <w:rsid w:val="27A10B88"/>
    <w:rsid w:val="27AA546A"/>
    <w:rsid w:val="27BBE622"/>
    <w:rsid w:val="27E6B7DF"/>
    <w:rsid w:val="27E895FF"/>
    <w:rsid w:val="2821796D"/>
    <w:rsid w:val="28461C12"/>
    <w:rsid w:val="28501826"/>
    <w:rsid w:val="28897CD5"/>
    <w:rsid w:val="2899621F"/>
    <w:rsid w:val="289B69A0"/>
    <w:rsid w:val="28A1BC63"/>
    <w:rsid w:val="28AB615B"/>
    <w:rsid w:val="28BAB44D"/>
    <w:rsid w:val="28E425A2"/>
    <w:rsid w:val="28F3004D"/>
    <w:rsid w:val="28F5124A"/>
    <w:rsid w:val="2931AEF2"/>
    <w:rsid w:val="293955FF"/>
    <w:rsid w:val="297B780E"/>
    <w:rsid w:val="29898C35"/>
    <w:rsid w:val="2996ABC4"/>
    <w:rsid w:val="29AB6177"/>
    <w:rsid w:val="29AF9014"/>
    <w:rsid w:val="29B3E9B6"/>
    <w:rsid w:val="29C41A02"/>
    <w:rsid w:val="29D4DF2D"/>
    <w:rsid w:val="29F56B6F"/>
    <w:rsid w:val="29F58429"/>
    <w:rsid w:val="2A431000"/>
    <w:rsid w:val="2A464008"/>
    <w:rsid w:val="2A4DEB3A"/>
    <w:rsid w:val="2A53D760"/>
    <w:rsid w:val="2A8363C8"/>
    <w:rsid w:val="2AB50E0F"/>
    <w:rsid w:val="2AB7CDE1"/>
    <w:rsid w:val="2AB94118"/>
    <w:rsid w:val="2AC045B2"/>
    <w:rsid w:val="2AECB982"/>
    <w:rsid w:val="2AFF8487"/>
    <w:rsid w:val="2B03AF10"/>
    <w:rsid w:val="2B1D0E11"/>
    <w:rsid w:val="2B1F30BB"/>
    <w:rsid w:val="2B3A9F6E"/>
    <w:rsid w:val="2B45E2CB"/>
    <w:rsid w:val="2B5E8952"/>
    <w:rsid w:val="2B8520D8"/>
    <w:rsid w:val="2BF98330"/>
    <w:rsid w:val="2C27D06F"/>
    <w:rsid w:val="2C606E2E"/>
    <w:rsid w:val="2C64E7D9"/>
    <w:rsid w:val="2C65B9EC"/>
    <w:rsid w:val="2C77F143"/>
    <w:rsid w:val="2C812576"/>
    <w:rsid w:val="2C8D6222"/>
    <w:rsid w:val="2C903FC6"/>
    <w:rsid w:val="2CE552F8"/>
    <w:rsid w:val="2CF715BB"/>
    <w:rsid w:val="2CF75E95"/>
    <w:rsid w:val="2D45DE26"/>
    <w:rsid w:val="2D52DEFB"/>
    <w:rsid w:val="2D689DF3"/>
    <w:rsid w:val="2D6A0ACA"/>
    <w:rsid w:val="2D8B1C8D"/>
    <w:rsid w:val="2D92DD35"/>
    <w:rsid w:val="2D9D6AC7"/>
    <w:rsid w:val="2DB4E12F"/>
    <w:rsid w:val="2DC1DDAF"/>
    <w:rsid w:val="2DF3F6DD"/>
    <w:rsid w:val="2DFB87A6"/>
    <w:rsid w:val="2E058212"/>
    <w:rsid w:val="2E0B8354"/>
    <w:rsid w:val="2E1DEC55"/>
    <w:rsid w:val="2E22AA64"/>
    <w:rsid w:val="2E2C637F"/>
    <w:rsid w:val="2E4E0951"/>
    <w:rsid w:val="2E61F032"/>
    <w:rsid w:val="2E91C41E"/>
    <w:rsid w:val="2EBB7A7B"/>
    <w:rsid w:val="2EE4BC11"/>
    <w:rsid w:val="2EE4C301"/>
    <w:rsid w:val="2EE91A55"/>
    <w:rsid w:val="2EF00079"/>
    <w:rsid w:val="2EFB4149"/>
    <w:rsid w:val="2F008023"/>
    <w:rsid w:val="2F300065"/>
    <w:rsid w:val="2F567426"/>
    <w:rsid w:val="2F89B8C4"/>
    <w:rsid w:val="2FC51514"/>
    <w:rsid w:val="2FD84DA7"/>
    <w:rsid w:val="2FE77B33"/>
    <w:rsid w:val="3014F90E"/>
    <w:rsid w:val="30248FC6"/>
    <w:rsid w:val="303B841F"/>
    <w:rsid w:val="30421DB2"/>
    <w:rsid w:val="306513C4"/>
    <w:rsid w:val="3069E166"/>
    <w:rsid w:val="30752B00"/>
    <w:rsid w:val="308E13F5"/>
    <w:rsid w:val="30A808A1"/>
    <w:rsid w:val="30AD9D2E"/>
    <w:rsid w:val="30B7D747"/>
    <w:rsid w:val="30CBCD4B"/>
    <w:rsid w:val="30DA7C1C"/>
    <w:rsid w:val="310FFFE8"/>
    <w:rsid w:val="313D117D"/>
    <w:rsid w:val="31690558"/>
    <w:rsid w:val="317C0122"/>
    <w:rsid w:val="31D8B222"/>
    <w:rsid w:val="32011B21"/>
    <w:rsid w:val="32099BD2"/>
    <w:rsid w:val="32122D22"/>
    <w:rsid w:val="32137B3D"/>
    <w:rsid w:val="3236288F"/>
    <w:rsid w:val="32655DCF"/>
    <w:rsid w:val="3272F473"/>
    <w:rsid w:val="32739344"/>
    <w:rsid w:val="3284F7DE"/>
    <w:rsid w:val="3298470A"/>
    <w:rsid w:val="32CBB692"/>
    <w:rsid w:val="32CC7411"/>
    <w:rsid w:val="32DB1912"/>
    <w:rsid w:val="32F92496"/>
    <w:rsid w:val="32FD9BCC"/>
    <w:rsid w:val="331D84C0"/>
    <w:rsid w:val="3337F12E"/>
    <w:rsid w:val="333918CA"/>
    <w:rsid w:val="3343400C"/>
    <w:rsid w:val="334647D7"/>
    <w:rsid w:val="334BF8CB"/>
    <w:rsid w:val="33AB19A2"/>
    <w:rsid w:val="33E58D8A"/>
    <w:rsid w:val="33EA7307"/>
    <w:rsid w:val="3403AC7D"/>
    <w:rsid w:val="3412C5C4"/>
    <w:rsid w:val="3421B84B"/>
    <w:rsid w:val="342F712A"/>
    <w:rsid w:val="343716C7"/>
    <w:rsid w:val="343DCF1B"/>
    <w:rsid w:val="3455A4F0"/>
    <w:rsid w:val="348FC902"/>
    <w:rsid w:val="3497DE6A"/>
    <w:rsid w:val="34D60618"/>
    <w:rsid w:val="34D990A3"/>
    <w:rsid w:val="34EA97A3"/>
    <w:rsid w:val="35229996"/>
    <w:rsid w:val="35382396"/>
    <w:rsid w:val="356CE2BC"/>
    <w:rsid w:val="35744B9D"/>
    <w:rsid w:val="35A68729"/>
    <w:rsid w:val="35C0C4ED"/>
    <w:rsid w:val="35F2680E"/>
    <w:rsid w:val="361325EF"/>
    <w:rsid w:val="36259603"/>
    <w:rsid w:val="3630A1F3"/>
    <w:rsid w:val="365E39F0"/>
    <w:rsid w:val="3684F65E"/>
    <w:rsid w:val="3696F258"/>
    <w:rsid w:val="3697EC0E"/>
    <w:rsid w:val="36A45EA6"/>
    <w:rsid w:val="36B1DA25"/>
    <w:rsid w:val="36CF9896"/>
    <w:rsid w:val="36E3F8B4"/>
    <w:rsid w:val="371CFE66"/>
    <w:rsid w:val="373205C8"/>
    <w:rsid w:val="3746C7A5"/>
    <w:rsid w:val="374C8727"/>
    <w:rsid w:val="3761D3AE"/>
    <w:rsid w:val="377363CB"/>
    <w:rsid w:val="37770EE2"/>
    <w:rsid w:val="378D4340"/>
    <w:rsid w:val="3795D6A7"/>
    <w:rsid w:val="37999939"/>
    <w:rsid w:val="379E8902"/>
    <w:rsid w:val="37DA72C2"/>
    <w:rsid w:val="381848A0"/>
    <w:rsid w:val="381B98EB"/>
    <w:rsid w:val="381F6013"/>
    <w:rsid w:val="38317FC0"/>
    <w:rsid w:val="384C6E5E"/>
    <w:rsid w:val="3856CFFD"/>
    <w:rsid w:val="387258BF"/>
    <w:rsid w:val="38AACBF3"/>
    <w:rsid w:val="38B65F4F"/>
    <w:rsid w:val="38BA64B3"/>
    <w:rsid w:val="38DA9C66"/>
    <w:rsid w:val="38DEC69F"/>
    <w:rsid w:val="3907ACC9"/>
    <w:rsid w:val="3913E508"/>
    <w:rsid w:val="3918E792"/>
    <w:rsid w:val="393833EA"/>
    <w:rsid w:val="3938C897"/>
    <w:rsid w:val="39560701"/>
    <w:rsid w:val="39675297"/>
    <w:rsid w:val="39679EB4"/>
    <w:rsid w:val="39765D09"/>
    <w:rsid w:val="397EA5F3"/>
    <w:rsid w:val="397FE35C"/>
    <w:rsid w:val="3987FF57"/>
    <w:rsid w:val="39938201"/>
    <w:rsid w:val="39941BD4"/>
    <w:rsid w:val="39A08D14"/>
    <w:rsid w:val="39A95459"/>
    <w:rsid w:val="39BA0A9C"/>
    <w:rsid w:val="39CDF0AE"/>
    <w:rsid w:val="39CE0CB5"/>
    <w:rsid w:val="39E900D3"/>
    <w:rsid w:val="3A088628"/>
    <w:rsid w:val="3A106F14"/>
    <w:rsid w:val="3A255709"/>
    <w:rsid w:val="3A73739C"/>
    <w:rsid w:val="3A830434"/>
    <w:rsid w:val="3ADA5DEE"/>
    <w:rsid w:val="3AE7A179"/>
    <w:rsid w:val="3B1680A8"/>
    <w:rsid w:val="3B4456CB"/>
    <w:rsid w:val="3B4728CE"/>
    <w:rsid w:val="3B533B66"/>
    <w:rsid w:val="3B64281E"/>
    <w:rsid w:val="3B6A0D9C"/>
    <w:rsid w:val="3B6FB3E6"/>
    <w:rsid w:val="3B72499D"/>
    <w:rsid w:val="3B741AA0"/>
    <w:rsid w:val="3B9F1F28"/>
    <w:rsid w:val="3BA44BA3"/>
    <w:rsid w:val="3BE7828A"/>
    <w:rsid w:val="3BF72E75"/>
    <w:rsid w:val="3C018323"/>
    <w:rsid w:val="3C0C9201"/>
    <w:rsid w:val="3C44FAE3"/>
    <w:rsid w:val="3C5CB20A"/>
    <w:rsid w:val="3C6724CF"/>
    <w:rsid w:val="3C7164A2"/>
    <w:rsid w:val="3C7827B3"/>
    <w:rsid w:val="3CB2D605"/>
    <w:rsid w:val="3CC9F81C"/>
    <w:rsid w:val="3D51B6E9"/>
    <w:rsid w:val="3D5549F4"/>
    <w:rsid w:val="3D5A464E"/>
    <w:rsid w:val="3D8E98CA"/>
    <w:rsid w:val="3DDD0464"/>
    <w:rsid w:val="3DE37174"/>
    <w:rsid w:val="3E5A55EF"/>
    <w:rsid w:val="3E732986"/>
    <w:rsid w:val="3E7B4520"/>
    <w:rsid w:val="3EB779DA"/>
    <w:rsid w:val="3EE7078F"/>
    <w:rsid w:val="3EFC8C3F"/>
    <w:rsid w:val="3F1338A5"/>
    <w:rsid w:val="3F2803AE"/>
    <w:rsid w:val="3F29E56B"/>
    <w:rsid w:val="3F2AD3F7"/>
    <w:rsid w:val="3F55733E"/>
    <w:rsid w:val="3F632A07"/>
    <w:rsid w:val="3F892397"/>
    <w:rsid w:val="3FC5FACB"/>
    <w:rsid w:val="4017216D"/>
    <w:rsid w:val="40390BBD"/>
    <w:rsid w:val="403E4B60"/>
    <w:rsid w:val="404EC69C"/>
    <w:rsid w:val="40628978"/>
    <w:rsid w:val="406B856D"/>
    <w:rsid w:val="4075CA96"/>
    <w:rsid w:val="40B88D38"/>
    <w:rsid w:val="40C63DEB"/>
    <w:rsid w:val="40F85041"/>
    <w:rsid w:val="40FCF30F"/>
    <w:rsid w:val="413FAB5D"/>
    <w:rsid w:val="41681C73"/>
    <w:rsid w:val="4171CD10"/>
    <w:rsid w:val="41B464CF"/>
    <w:rsid w:val="41DB5DEC"/>
    <w:rsid w:val="41E06B03"/>
    <w:rsid w:val="41EF6F20"/>
    <w:rsid w:val="41F9518E"/>
    <w:rsid w:val="42022DAA"/>
    <w:rsid w:val="4237D178"/>
    <w:rsid w:val="42388427"/>
    <w:rsid w:val="424DE179"/>
    <w:rsid w:val="425555AD"/>
    <w:rsid w:val="4298D60D"/>
    <w:rsid w:val="429CF2BA"/>
    <w:rsid w:val="42A00454"/>
    <w:rsid w:val="42B3E8BE"/>
    <w:rsid w:val="42B49B2E"/>
    <w:rsid w:val="42C5E1BF"/>
    <w:rsid w:val="42C9E3A6"/>
    <w:rsid w:val="42CB4CE0"/>
    <w:rsid w:val="42D0377C"/>
    <w:rsid w:val="42D0B63F"/>
    <w:rsid w:val="42DBE46F"/>
    <w:rsid w:val="42EC1E24"/>
    <w:rsid w:val="43170BB9"/>
    <w:rsid w:val="431EBC4E"/>
    <w:rsid w:val="4349BBAD"/>
    <w:rsid w:val="4370CB7A"/>
    <w:rsid w:val="4373931A"/>
    <w:rsid w:val="439177A0"/>
    <w:rsid w:val="4392E1BA"/>
    <w:rsid w:val="4393ADE0"/>
    <w:rsid w:val="43AD87CB"/>
    <w:rsid w:val="43B8BB38"/>
    <w:rsid w:val="4438A466"/>
    <w:rsid w:val="4462391F"/>
    <w:rsid w:val="4476F048"/>
    <w:rsid w:val="44A70B37"/>
    <w:rsid w:val="44B019F5"/>
    <w:rsid w:val="44B44ED5"/>
    <w:rsid w:val="44D5B65F"/>
    <w:rsid w:val="44F4CA82"/>
    <w:rsid w:val="45284A81"/>
    <w:rsid w:val="454D4D15"/>
    <w:rsid w:val="45786483"/>
    <w:rsid w:val="458F0C86"/>
    <w:rsid w:val="45B54CAA"/>
    <w:rsid w:val="45DA12FE"/>
    <w:rsid w:val="45F35D62"/>
    <w:rsid w:val="46331C9D"/>
    <w:rsid w:val="46373946"/>
    <w:rsid w:val="467ED8D3"/>
    <w:rsid w:val="468377D6"/>
    <w:rsid w:val="46908A45"/>
    <w:rsid w:val="46A2058B"/>
    <w:rsid w:val="46A68E95"/>
    <w:rsid w:val="46B0F2E6"/>
    <w:rsid w:val="46B7BD64"/>
    <w:rsid w:val="46C99CEE"/>
    <w:rsid w:val="46DF362F"/>
    <w:rsid w:val="472A4EAD"/>
    <w:rsid w:val="47377C3F"/>
    <w:rsid w:val="474E9DC4"/>
    <w:rsid w:val="475265C3"/>
    <w:rsid w:val="476E4110"/>
    <w:rsid w:val="478164B6"/>
    <w:rsid w:val="47945C23"/>
    <w:rsid w:val="47E12029"/>
    <w:rsid w:val="47E5AF17"/>
    <w:rsid w:val="47F113BB"/>
    <w:rsid w:val="47FAA225"/>
    <w:rsid w:val="4809D751"/>
    <w:rsid w:val="48137D03"/>
    <w:rsid w:val="486F9A1C"/>
    <w:rsid w:val="488A272F"/>
    <w:rsid w:val="48B699CC"/>
    <w:rsid w:val="48C0CF78"/>
    <w:rsid w:val="48DCBFBC"/>
    <w:rsid w:val="48FE414E"/>
    <w:rsid w:val="49466BB8"/>
    <w:rsid w:val="4965BB47"/>
    <w:rsid w:val="497E188C"/>
    <w:rsid w:val="49984B1E"/>
    <w:rsid w:val="49A42FDF"/>
    <w:rsid w:val="49AD92A2"/>
    <w:rsid w:val="49B71803"/>
    <w:rsid w:val="49E751FF"/>
    <w:rsid w:val="49F9394A"/>
    <w:rsid w:val="49FCBB9E"/>
    <w:rsid w:val="4A085B47"/>
    <w:rsid w:val="4AACF1B7"/>
    <w:rsid w:val="4AB4D333"/>
    <w:rsid w:val="4AD97AB3"/>
    <w:rsid w:val="4ADEB2BF"/>
    <w:rsid w:val="4B19E922"/>
    <w:rsid w:val="4B2BA9BC"/>
    <w:rsid w:val="4B4B67E6"/>
    <w:rsid w:val="4B508D27"/>
    <w:rsid w:val="4B6434AF"/>
    <w:rsid w:val="4B899461"/>
    <w:rsid w:val="4B8F460E"/>
    <w:rsid w:val="4B9D15F0"/>
    <w:rsid w:val="4BA12B50"/>
    <w:rsid w:val="4BA9B1D8"/>
    <w:rsid w:val="4BB0E7A8"/>
    <w:rsid w:val="4BC0B134"/>
    <w:rsid w:val="4BD94CEC"/>
    <w:rsid w:val="4BDF2C64"/>
    <w:rsid w:val="4BE7A71B"/>
    <w:rsid w:val="4BFC55BE"/>
    <w:rsid w:val="4C09FA0F"/>
    <w:rsid w:val="4C354222"/>
    <w:rsid w:val="4C477AF7"/>
    <w:rsid w:val="4C6A1AEA"/>
    <w:rsid w:val="4CA0BDD2"/>
    <w:rsid w:val="4CCC0F78"/>
    <w:rsid w:val="4CCFBB0E"/>
    <w:rsid w:val="4D14D8DE"/>
    <w:rsid w:val="4D28FAB5"/>
    <w:rsid w:val="4D48B589"/>
    <w:rsid w:val="4D4AC687"/>
    <w:rsid w:val="4D4F74A3"/>
    <w:rsid w:val="4DA99427"/>
    <w:rsid w:val="4DBDE6FA"/>
    <w:rsid w:val="4DC192DB"/>
    <w:rsid w:val="4DC58A90"/>
    <w:rsid w:val="4DC6DAAB"/>
    <w:rsid w:val="4DDF21B9"/>
    <w:rsid w:val="4DFFD9DF"/>
    <w:rsid w:val="4E01226D"/>
    <w:rsid w:val="4E0F6985"/>
    <w:rsid w:val="4E3D126F"/>
    <w:rsid w:val="4E4D116E"/>
    <w:rsid w:val="4E6734E8"/>
    <w:rsid w:val="4E8B0E4C"/>
    <w:rsid w:val="4E92002C"/>
    <w:rsid w:val="4ED44670"/>
    <w:rsid w:val="4EE6429D"/>
    <w:rsid w:val="4F347888"/>
    <w:rsid w:val="4F5483A4"/>
    <w:rsid w:val="4F55404F"/>
    <w:rsid w:val="4F64DFE1"/>
    <w:rsid w:val="4F7029E5"/>
    <w:rsid w:val="4F82CEC5"/>
    <w:rsid w:val="4F8CFFBB"/>
    <w:rsid w:val="4FD384F6"/>
    <w:rsid w:val="4FD65EC5"/>
    <w:rsid w:val="4FDBBCFE"/>
    <w:rsid w:val="4FE09D16"/>
    <w:rsid w:val="5022FA7B"/>
    <w:rsid w:val="50679BEF"/>
    <w:rsid w:val="50765025"/>
    <w:rsid w:val="5093E7B5"/>
    <w:rsid w:val="50BC48AD"/>
    <w:rsid w:val="50EC79EE"/>
    <w:rsid w:val="50F4B9A0"/>
    <w:rsid w:val="513E1C7A"/>
    <w:rsid w:val="515B25FD"/>
    <w:rsid w:val="516EF095"/>
    <w:rsid w:val="51908040"/>
    <w:rsid w:val="519484B0"/>
    <w:rsid w:val="5195EF15"/>
    <w:rsid w:val="51BBC06C"/>
    <w:rsid w:val="51CF59D5"/>
    <w:rsid w:val="51DDC2B7"/>
    <w:rsid w:val="51E35011"/>
    <w:rsid w:val="51FABCAA"/>
    <w:rsid w:val="5233C05D"/>
    <w:rsid w:val="524B7327"/>
    <w:rsid w:val="525F9628"/>
    <w:rsid w:val="527C11A4"/>
    <w:rsid w:val="528A8808"/>
    <w:rsid w:val="529A95FF"/>
    <w:rsid w:val="529E9FBA"/>
    <w:rsid w:val="52AD6B9F"/>
    <w:rsid w:val="52CFB5E8"/>
    <w:rsid w:val="52D92D8F"/>
    <w:rsid w:val="52F342A6"/>
    <w:rsid w:val="5309814F"/>
    <w:rsid w:val="5319E817"/>
    <w:rsid w:val="53234E1E"/>
    <w:rsid w:val="532FF668"/>
    <w:rsid w:val="5334A6CA"/>
    <w:rsid w:val="535179C1"/>
    <w:rsid w:val="535BD7DC"/>
    <w:rsid w:val="5397083A"/>
    <w:rsid w:val="53C1D759"/>
    <w:rsid w:val="53C85ABA"/>
    <w:rsid w:val="54008BA6"/>
    <w:rsid w:val="54144E02"/>
    <w:rsid w:val="5417E796"/>
    <w:rsid w:val="54425223"/>
    <w:rsid w:val="5454C967"/>
    <w:rsid w:val="545683CA"/>
    <w:rsid w:val="5491EEDE"/>
    <w:rsid w:val="54C62427"/>
    <w:rsid w:val="54D31CD8"/>
    <w:rsid w:val="54D66885"/>
    <w:rsid w:val="54DAC19E"/>
    <w:rsid w:val="551E8FB8"/>
    <w:rsid w:val="552A7323"/>
    <w:rsid w:val="5539EA6D"/>
    <w:rsid w:val="553A7C3A"/>
    <w:rsid w:val="5575B5CB"/>
    <w:rsid w:val="55883DA8"/>
    <w:rsid w:val="55BFDD9D"/>
    <w:rsid w:val="56296FA6"/>
    <w:rsid w:val="56605507"/>
    <w:rsid w:val="56624AE4"/>
    <w:rsid w:val="56AEDAC9"/>
    <w:rsid w:val="56D11CEE"/>
    <w:rsid w:val="56E1734B"/>
    <w:rsid w:val="570CADA7"/>
    <w:rsid w:val="5740D84D"/>
    <w:rsid w:val="5740F3D1"/>
    <w:rsid w:val="574E2769"/>
    <w:rsid w:val="579B7438"/>
    <w:rsid w:val="57A6583D"/>
    <w:rsid w:val="5803292F"/>
    <w:rsid w:val="583470F0"/>
    <w:rsid w:val="5847F10D"/>
    <w:rsid w:val="5852C53B"/>
    <w:rsid w:val="58614615"/>
    <w:rsid w:val="5869428C"/>
    <w:rsid w:val="58843DEC"/>
    <w:rsid w:val="5891CE27"/>
    <w:rsid w:val="58E3ABD7"/>
    <w:rsid w:val="58EE1669"/>
    <w:rsid w:val="5942A72F"/>
    <w:rsid w:val="594A1DB6"/>
    <w:rsid w:val="594CB23A"/>
    <w:rsid w:val="5971F560"/>
    <w:rsid w:val="59981340"/>
    <w:rsid w:val="59A75447"/>
    <w:rsid w:val="59D634D1"/>
    <w:rsid w:val="5A0E8F05"/>
    <w:rsid w:val="5A1C46FD"/>
    <w:rsid w:val="5A3D3AE8"/>
    <w:rsid w:val="5A6F5C92"/>
    <w:rsid w:val="5A6FE6B0"/>
    <w:rsid w:val="5A80089A"/>
    <w:rsid w:val="5A8E6F4E"/>
    <w:rsid w:val="5ACFA73C"/>
    <w:rsid w:val="5AD1BEC4"/>
    <w:rsid w:val="5B04F1BA"/>
    <w:rsid w:val="5B080D54"/>
    <w:rsid w:val="5B24F557"/>
    <w:rsid w:val="5B33AECF"/>
    <w:rsid w:val="5B508D02"/>
    <w:rsid w:val="5B5F1453"/>
    <w:rsid w:val="5B63444D"/>
    <w:rsid w:val="5B6B5CC9"/>
    <w:rsid w:val="5B8B10B3"/>
    <w:rsid w:val="5BA43D31"/>
    <w:rsid w:val="5BBD14C7"/>
    <w:rsid w:val="5BBFDFFF"/>
    <w:rsid w:val="5BD7DC8F"/>
    <w:rsid w:val="5BE6D67C"/>
    <w:rsid w:val="5BEE5975"/>
    <w:rsid w:val="5C4D5D5E"/>
    <w:rsid w:val="5C544F27"/>
    <w:rsid w:val="5C72BB9C"/>
    <w:rsid w:val="5C84289E"/>
    <w:rsid w:val="5C8C5B73"/>
    <w:rsid w:val="5C90E137"/>
    <w:rsid w:val="5C985E67"/>
    <w:rsid w:val="5CB5CD2A"/>
    <w:rsid w:val="5CC49D86"/>
    <w:rsid w:val="5CF58671"/>
    <w:rsid w:val="5D1354AF"/>
    <w:rsid w:val="5D36803A"/>
    <w:rsid w:val="5D3713A1"/>
    <w:rsid w:val="5D441728"/>
    <w:rsid w:val="5D523FE9"/>
    <w:rsid w:val="5DA543FA"/>
    <w:rsid w:val="5DFF6044"/>
    <w:rsid w:val="5E66DD50"/>
    <w:rsid w:val="5E793764"/>
    <w:rsid w:val="5EC66139"/>
    <w:rsid w:val="5EEF4337"/>
    <w:rsid w:val="5EF99369"/>
    <w:rsid w:val="5F11C97C"/>
    <w:rsid w:val="5F12D271"/>
    <w:rsid w:val="5F154C42"/>
    <w:rsid w:val="5F47F232"/>
    <w:rsid w:val="5F50F47B"/>
    <w:rsid w:val="5F611A20"/>
    <w:rsid w:val="5F864B4C"/>
    <w:rsid w:val="5F940320"/>
    <w:rsid w:val="5FB0E1F6"/>
    <w:rsid w:val="60043EB0"/>
    <w:rsid w:val="60206DBD"/>
    <w:rsid w:val="6020C5DB"/>
    <w:rsid w:val="60281ED3"/>
    <w:rsid w:val="609761A0"/>
    <w:rsid w:val="6098F9E6"/>
    <w:rsid w:val="60AC68F1"/>
    <w:rsid w:val="60C16983"/>
    <w:rsid w:val="60F355C0"/>
    <w:rsid w:val="6125FCE0"/>
    <w:rsid w:val="6136CFA6"/>
    <w:rsid w:val="61552388"/>
    <w:rsid w:val="6177605A"/>
    <w:rsid w:val="61788FC1"/>
    <w:rsid w:val="617AD9C1"/>
    <w:rsid w:val="618E69B9"/>
    <w:rsid w:val="619C78E4"/>
    <w:rsid w:val="61BC9E6F"/>
    <w:rsid w:val="61D347AA"/>
    <w:rsid w:val="622E99E1"/>
    <w:rsid w:val="623D605A"/>
    <w:rsid w:val="625E7250"/>
    <w:rsid w:val="626325A4"/>
    <w:rsid w:val="6296D390"/>
    <w:rsid w:val="62C0BB0A"/>
    <w:rsid w:val="62D68001"/>
    <w:rsid w:val="6313A44F"/>
    <w:rsid w:val="633F9F80"/>
    <w:rsid w:val="6362A7E0"/>
    <w:rsid w:val="63962F65"/>
    <w:rsid w:val="63E21D83"/>
    <w:rsid w:val="63EA6D0E"/>
    <w:rsid w:val="63EE7136"/>
    <w:rsid w:val="6436764A"/>
    <w:rsid w:val="6447B3D7"/>
    <w:rsid w:val="645ACDCF"/>
    <w:rsid w:val="649DF9E6"/>
    <w:rsid w:val="64A171BB"/>
    <w:rsid w:val="64ADE55C"/>
    <w:rsid w:val="6503FBE2"/>
    <w:rsid w:val="65229920"/>
    <w:rsid w:val="652FD338"/>
    <w:rsid w:val="654707CE"/>
    <w:rsid w:val="65597362"/>
    <w:rsid w:val="657D1E11"/>
    <w:rsid w:val="65BD190B"/>
    <w:rsid w:val="65FC7546"/>
    <w:rsid w:val="66179E59"/>
    <w:rsid w:val="663EFB2B"/>
    <w:rsid w:val="6646DA06"/>
    <w:rsid w:val="666F88E9"/>
    <w:rsid w:val="66764B1D"/>
    <w:rsid w:val="667CDFC1"/>
    <w:rsid w:val="668D86B9"/>
    <w:rsid w:val="668DCE43"/>
    <w:rsid w:val="669B5AE0"/>
    <w:rsid w:val="66BA975F"/>
    <w:rsid w:val="66E24E82"/>
    <w:rsid w:val="66EB2ADA"/>
    <w:rsid w:val="67113E1A"/>
    <w:rsid w:val="671697A2"/>
    <w:rsid w:val="672BCF20"/>
    <w:rsid w:val="6745A636"/>
    <w:rsid w:val="67733EEF"/>
    <w:rsid w:val="6778597A"/>
    <w:rsid w:val="6787BE5C"/>
    <w:rsid w:val="67BB1976"/>
    <w:rsid w:val="67DFA5F4"/>
    <w:rsid w:val="67E93F94"/>
    <w:rsid w:val="67EBB2F5"/>
    <w:rsid w:val="67FF11E4"/>
    <w:rsid w:val="68060BAC"/>
    <w:rsid w:val="683BFDEE"/>
    <w:rsid w:val="683CC6AB"/>
    <w:rsid w:val="683F1DBA"/>
    <w:rsid w:val="685DF948"/>
    <w:rsid w:val="6864C54E"/>
    <w:rsid w:val="68703FF4"/>
    <w:rsid w:val="688467E4"/>
    <w:rsid w:val="68890945"/>
    <w:rsid w:val="688F02FB"/>
    <w:rsid w:val="688FB425"/>
    <w:rsid w:val="68E338FA"/>
    <w:rsid w:val="691CF7C5"/>
    <w:rsid w:val="691E046F"/>
    <w:rsid w:val="693C1EBC"/>
    <w:rsid w:val="694E696F"/>
    <w:rsid w:val="6957D8B7"/>
    <w:rsid w:val="6959A43A"/>
    <w:rsid w:val="6978FA9E"/>
    <w:rsid w:val="697D7C25"/>
    <w:rsid w:val="69A02C1D"/>
    <w:rsid w:val="69E0B3FB"/>
    <w:rsid w:val="69F072CA"/>
    <w:rsid w:val="6A0F0566"/>
    <w:rsid w:val="6A275F70"/>
    <w:rsid w:val="6A6CEFD1"/>
    <w:rsid w:val="6AC082F0"/>
    <w:rsid w:val="6AC249E2"/>
    <w:rsid w:val="6B07F814"/>
    <w:rsid w:val="6B08DBEA"/>
    <w:rsid w:val="6B13E1AF"/>
    <w:rsid w:val="6B47437E"/>
    <w:rsid w:val="6B7E8D0A"/>
    <w:rsid w:val="6BA17D3F"/>
    <w:rsid w:val="6BCE91C1"/>
    <w:rsid w:val="6BEE94A1"/>
    <w:rsid w:val="6BF0E380"/>
    <w:rsid w:val="6C153BA0"/>
    <w:rsid w:val="6C175BEA"/>
    <w:rsid w:val="6C1C4B28"/>
    <w:rsid w:val="6C4C4497"/>
    <w:rsid w:val="6C4EB33B"/>
    <w:rsid w:val="6C526CA2"/>
    <w:rsid w:val="6C6CE9D8"/>
    <w:rsid w:val="6C7435D3"/>
    <w:rsid w:val="6C915C36"/>
    <w:rsid w:val="6C96B4FD"/>
    <w:rsid w:val="6CBE1BB4"/>
    <w:rsid w:val="6CC36730"/>
    <w:rsid w:val="6CFA665B"/>
    <w:rsid w:val="6D10E7D5"/>
    <w:rsid w:val="6D2BF622"/>
    <w:rsid w:val="6D352735"/>
    <w:rsid w:val="6D8F513F"/>
    <w:rsid w:val="6D9CD5A6"/>
    <w:rsid w:val="6DCAD2C8"/>
    <w:rsid w:val="6DE5D882"/>
    <w:rsid w:val="6DF554FA"/>
    <w:rsid w:val="6DF64287"/>
    <w:rsid w:val="6E0732D3"/>
    <w:rsid w:val="6E1014E2"/>
    <w:rsid w:val="6E228E85"/>
    <w:rsid w:val="6E2345D3"/>
    <w:rsid w:val="6E27476E"/>
    <w:rsid w:val="6E30E117"/>
    <w:rsid w:val="6E517CE4"/>
    <w:rsid w:val="6E6E9FC5"/>
    <w:rsid w:val="6E96991F"/>
    <w:rsid w:val="6EBC2B2A"/>
    <w:rsid w:val="6EBC8CDF"/>
    <w:rsid w:val="6F2882E8"/>
    <w:rsid w:val="6F384C9E"/>
    <w:rsid w:val="6F941A95"/>
    <w:rsid w:val="6FB5C23A"/>
    <w:rsid w:val="6FFAE066"/>
    <w:rsid w:val="70021C65"/>
    <w:rsid w:val="701DF1D3"/>
    <w:rsid w:val="701F2F63"/>
    <w:rsid w:val="70257413"/>
    <w:rsid w:val="70404A61"/>
    <w:rsid w:val="704DB480"/>
    <w:rsid w:val="70524906"/>
    <w:rsid w:val="7097880D"/>
    <w:rsid w:val="7099ED23"/>
    <w:rsid w:val="70B3C5A1"/>
    <w:rsid w:val="70D918A6"/>
    <w:rsid w:val="70F45F2F"/>
    <w:rsid w:val="711C2CE2"/>
    <w:rsid w:val="71CB81DB"/>
    <w:rsid w:val="720754BF"/>
    <w:rsid w:val="72126578"/>
    <w:rsid w:val="726CC6E7"/>
    <w:rsid w:val="726F381A"/>
    <w:rsid w:val="7271BF60"/>
    <w:rsid w:val="7290B884"/>
    <w:rsid w:val="72BFD421"/>
    <w:rsid w:val="7309DD3F"/>
    <w:rsid w:val="7318793F"/>
    <w:rsid w:val="732DB5A8"/>
    <w:rsid w:val="734A627F"/>
    <w:rsid w:val="735620CE"/>
    <w:rsid w:val="73B4C084"/>
    <w:rsid w:val="73B55596"/>
    <w:rsid w:val="73C555E1"/>
    <w:rsid w:val="73C68207"/>
    <w:rsid w:val="73DFA82D"/>
    <w:rsid w:val="73F51200"/>
    <w:rsid w:val="73FF5583"/>
    <w:rsid w:val="740B2296"/>
    <w:rsid w:val="741F5E27"/>
    <w:rsid w:val="74455C91"/>
    <w:rsid w:val="74657BD6"/>
    <w:rsid w:val="747F2805"/>
    <w:rsid w:val="748E0C6D"/>
    <w:rsid w:val="74909056"/>
    <w:rsid w:val="74915EAC"/>
    <w:rsid w:val="74A505F6"/>
    <w:rsid w:val="74B3E7D1"/>
    <w:rsid w:val="74F47493"/>
    <w:rsid w:val="74F706FF"/>
    <w:rsid w:val="7500BC10"/>
    <w:rsid w:val="75017048"/>
    <w:rsid w:val="750E1D73"/>
    <w:rsid w:val="756D2B62"/>
    <w:rsid w:val="75BE7E32"/>
    <w:rsid w:val="75D5121F"/>
    <w:rsid w:val="762491CB"/>
    <w:rsid w:val="76346FD6"/>
    <w:rsid w:val="7634C7F5"/>
    <w:rsid w:val="7672212D"/>
    <w:rsid w:val="76CDB8C5"/>
    <w:rsid w:val="76E26229"/>
    <w:rsid w:val="76E618C0"/>
    <w:rsid w:val="76EF0236"/>
    <w:rsid w:val="76F9C7F1"/>
    <w:rsid w:val="77085EFD"/>
    <w:rsid w:val="7722A9C9"/>
    <w:rsid w:val="775FF6B7"/>
    <w:rsid w:val="77786F50"/>
    <w:rsid w:val="7794C5EC"/>
    <w:rsid w:val="77AAD48D"/>
    <w:rsid w:val="77C179CC"/>
    <w:rsid w:val="77C9765E"/>
    <w:rsid w:val="77C9E7A5"/>
    <w:rsid w:val="77E3F1D8"/>
    <w:rsid w:val="780C483B"/>
    <w:rsid w:val="7812C384"/>
    <w:rsid w:val="78148620"/>
    <w:rsid w:val="7838A9FA"/>
    <w:rsid w:val="7839FF71"/>
    <w:rsid w:val="784B712B"/>
    <w:rsid w:val="784BD1CA"/>
    <w:rsid w:val="78572A4B"/>
    <w:rsid w:val="78587916"/>
    <w:rsid w:val="78804092"/>
    <w:rsid w:val="7888865E"/>
    <w:rsid w:val="788A8FFA"/>
    <w:rsid w:val="78975D67"/>
    <w:rsid w:val="78CDD98F"/>
    <w:rsid w:val="78F2C0B3"/>
    <w:rsid w:val="791673FF"/>
    <w:rsid w:val="791E84AD"/>
    <w:rsid w:val="794C0A82"/>
    <w:rsid w:val="796B5E70"/>
    <w:rsid w:val="797D9135"/>
    <w:rsid w:val="7987FB77"/>
    <w:rsid w:val="79885F18"/>
    <w:rsid w:val="79A8B56A"/>
    <w:rsid w:val="79CB1109"/>
    <w:rsid w:val="79D89B30"/>
    <w:rsid w:val="79D8D8FE"/>
    <w:rsid w:val="79EB4318"/>
    <w:rsid w:val="7A06AD65"/>
    <w:rsid w:val="7A17496A"/>
    <w:rsid w:val="7A362E32"/>
    <w:rsid w:val="7A6976F0"/>
    <w:rsid w:val="7A80CC0F"/>
    <w:rsid w:val="7A9127EE"/>
    <w:rsid w:val="7AAC70F4"/>
    <w:rsid w:val="7AB2D551"/>
    <w:rsid w:val="7AFB57AF"/>
    <w:rsid w:val="7B32411F"/>
    <w:rsid w:val="7B3276AC"/>
    <w:rsid w:val="7B46A0F5"/>
    <w:rsid w:val="7B522C7D"/>
    <w:rsid w:val="7B531F7E"/>
    <w:rsid w:val="7B7FA857"/>
    <w:rsid w:val="7BBDB36C"/>
    <w:rsid w:val="7BC1C349"/>
    <w:rsid w:val="7BD54231"/>
    <w:rsid w:val="7C0E2A88"/>
    <w:rsid w:val="7C1CC7B0"/>
    <w:rsid w:val="7C985032"/>
    <w:rsid w:val="7D01D580"/>
    <w:rsid w:val="7D01EEF4"/>
    <w:rsid w:val="7D075535"/>
    <w:rsid w:val="7D33D497"/>
    <w:rsid w:val="7D3BCB87"/>
    <w:rsid w:val="7D45D1F2"/>
    <w:rsid w:val="7D5C6B07"/>
    <w:rsid w:val="7D6F19B3"/>
    <w:rsid w:val="7D74A1F9"/>
    <w:rsid w:val="7D81E306"/>
    <w:rsid w:val="7D84AF4F"/>
    <w:rsid w:val="7D8606D5"/>
    <w:rsid w:val="7DA445CC"/>
    <w:rsid w:val="7DB85E0B"/>
    <w:rsid w:val="7DBC673B"/>
    <w:rsid w:val="7E0255D8"/>
    <w:rsid w:val="7E05CF9F"/>
    <w:rsid w:val="7E0F5380"/>
    <w:rsid w:val="7E2524C9"/>
    <w:rsid w:val="7E6A3286"/>
    <w:rsid w:val="7EA14229"/>
    <w:rsid w:val="7EBDF0C3"/>
    <w:rsid w:val="7ED75E3A"/>
    <w:rsid w:val="7EF2AF21"/>
    <w:rsid w:val="7EF9DFFE"/>
    <w:rsid w:val="7F1572C2"/>
    <w:rsid w:val="7F1790CE"/>
    <w:rsid w:val="7F3F1F8A"/>
    <w:rsid w:val="7F4D2D04"/>
    <w:rsid w:val="7F530C19"/>
    <w:rsid w:val="7F76CA43"/>
    <w:rsid w:val="7F8DED70"/>
    <w:rsid w:val="7FAD7630"/>
    <w:rsid w:val="7FB9F6BF"/>
    <w:rsid w:val="7FDB7E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E79A01"/>
  <w14:defaultImageDpi w14:val="300"/>
  <w15:docId w15:val="{F30622A7-7F0C-4E14-A194-37F4D528F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styleId="KoptekstChar" w:customStyle="true">
    <w:uiPriority w:val="99"/>
    <w:name w:val="Koptekst Char"/>
    <w:basedOn w:val="DefaultParagraphFont"/>
    <w:link w:val="Koptekst"/>
    <w:rsid w:val="35744B9D"/>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styleId="VoettekstChar" w:customStyle="true">
    <w:uiPriority w:val="99"/>
    <w:name w:val="Voettekst Char"/>
    <w:basedOn w:val="DefaultParagraphFont"/>
    <w:link w:val="Voettekst"/>
    <w:rsid w:val="35744B9D"/>
  </w:style>
  <w:style w:type="paragraph" w:styleId="Geenafstand">
    <w:name w:val="No Spacing"/>
    <w:uiPriority w:val="1"/>
    <w:qFormat/>
    <w:rsid w:val="00FC693F"/>
    <w:pPr>
      <w:spacing w:after="0" w:line="240" w:lineRule="auto"/>
    </w:pPr>
  </w:style>
  <w:style w:type="character" w:styleId="Kop1Char" w:customStyle="true">
    <w:uiPriority w:val="9"/>
    <w:name w:val="Kop 1 Char"/>
    <w:basedOn w:val="DefaultParagraphFont"/>
    <w:link w:val="Kop1"/>
    <w:rsid w:val="35744B9D"/>
    <w:rPr>
      <w:rFonts w:ascii="Calibri" w:hAnsi="Calibri" w:eastAsia="ＭＳ ゴシック" w:cs="Times New Roman" w:asciiTheme="majorAscii" w:hAnsiTheme="majorAscii" w:eastAsiaTheme="majorEastAsia" w:cstheme="majorBidi"/>
      <w:b w:val="1"/>
      <w:bCs w:val="1"/>
      <w:color w:val="365F91" w:themeColor="accent1" w:themeTint="FF" w:themeShade="BF"/>
      <w:sz w:val="28"/>
      <w:szCs w:val="28"/>
    </w:rPr>
  </w:style>
  <w:style w:type="character" w:styleId="Kop2Char" w:customStyle="true">
    <w:uiPriority w:val="9"/>
    <w:name w:val="Kop 2 Char"/>
    <w:basedOn w:val="DefaultParagraphFont"/>
    <w:link w:val="Kop2"/>
    <w:rsid w:val="35744B9D"/>
    <w:rPr>
      <w:rFonts w:ascii="Calibri" w:hAnsi="Calibri" w:eastAsia="ＭＳ ゴシック" w:cs="Times New Roman" w:asciiTheme="majorAscii" w:hAnsiTheme="majorAscii" w:eastAsiaTheme="majorEastAsia" w:cstheme="majorBidi"/>
      <w:b w:val="1"/>
      <w:bCs w:val="1"/>
      <w:color w:val="4F81BD" w:themeColor="accent1" w:themeTint="FF" w:themeShade="FF"/>
      <w:sz w:val="26"/>
      <w:szCs w:val="26"/>
    </w:rPr>
  </w:style>
  <w:style w:type="character" w:styleId="Kop3Char" w:customStyle="true">
    <w:uiPriority w:val="9"/>
    <w:name w:val="Kop 3 Char"/>
    <w:basedOn w:val="DefaultParagraphFont"/>
    <w:link w:val="Kop3"/>
    <w:rsid w:val="35744B9D"/>
    <w:rPr>
      <w:rFonts w:ascii="Calibri" w:hAnsi="Calibri" w:eastAsia="ＭＳ ゴシック" w:cs="Times New Roman" w:asciiTheme="majorAscii" w:hAnsiTheme="majorAscii" w:eastAsiaTheme="majorEastAsia" w:cstheme="majorBidi"/>
      <w:b w:val="1"/>
      <w:bCs w:val="1"/>
      <w:color w:val="4F81BD" w:themeColor="accent1" w:themeTint="FF" w:themeShade="FF"/>
    </w:rPr>
  </w:style>
  <w:style w:type="paragraph" w:styleId="Titel">
    <w:name w:val="Title"/>
    <w:basedOn w:val="Standaard"/>
    <w:next w:val="Standaard"/>
    <w:link w:val="Titel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elChar" w:customStyle="true">
    <w:uiPriority w:val="10"/>
    <w:name w:val="Titel Char"/>
    <w:basedOn w:val="DefaultParagraphFont"/>
    <w:link w:val="Titel"/>
    <w:rsid w:val="35744B9D"/>
    <w:rPr>
      <w:rFonts w:ascii="Calibri" w:hAnsi="Calibri" w:eastAsia="ＭＳ ゴシック" w:cs="Times New Roman" w:asciiTheme="majorAscii" w:hAnsiTheme="majorAscii" w:eastAsiaTheme="majorEastAsia" w:cstheme="majorBidi"/>
      <w:color w:val="17365D" w:themeColor="text2" w:themeTint="FF" w:themeShade="BF"/>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OndertitelChar" w:customStyle="true">
    <w:uiPriority w:val="11"/>
    <w:name w:val="Ondertitel Char"/>
    <w:basedOn w:val="DefaultParagraphFont"/>
    <w:link w:val="Ondertitel"/>
    <w:rsid w:val="35744B9D"/>
    <w:rPr>
      <w:rFonts w:ascii="Calibri" w:hAnsi="Calibri" w:eastAsia="ＭＳ ゴシック" w:cs="Times New Roman" w:asciiTheme="majorAscii" w:hAnsiTheme="majorAscii" w:eastAsiaTheme="majorEastAsia" w:cstheme="majorBidi"/>
      <w:i w:val="1"/>
      <w:iCs w:val="1"/>
      <w:color w:val="4F81BD" w:themeColor="accent1" w:themeTint="FF" w:themeShade="FF"/>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styleId="PlattetekstChar" w:customStyle="true">
    <w:uiPriority w:val="99"/>
    <w:name w:val="Platte tekst Char"/>
    <w:basedOn w:val="DefaultParagraphFont"/>
    <w:link w:val="Plattetekst"/>
    <w:rsid w:val="35744B9D"/>
  </w:style>
  <w:style w:type="paragraph" w:styleId="Plattetekst2">
    <w:name w:val="Body Text 2"/>
    <w:basedOn w:val="Standaard"/>
    <w:link w:val="Plattetekst2Char"/>
    <w:uiPriority w:val="99"/>
    <w:unhideWhenUsed/>
    <w:rsid w:val="00AA1D8D"/>
    <w:pPr>
      <w:spacing w:after="120" w:line="480" w:lineRule="auto"/>
    </w:pPr>
  </w:style>
  <w:style w:type="character" w:styleId="Plattetekst2Char" w:customStyle="true">
    <w:uiPriority w:val="99"/>
    <w:name w:val="Platte tekst 2 Char"/>
    <w:basedOn w:val="DefaultParagraphFont"/>
    <w:link w:val="Plattetekst2"/>
    <w:rsid w:val="35744B9D"/>
  </w:style>
  <w:style w:type="paragraph" w:styleId="Plattetekst3">
    <w:name w:val="Body Text 3"/>
    <w:basedOn w:val="Standaard"/>
    <w:link w:val="Plattetekst3Char"/>
    <w:uiPriority w:val="99"/>
    <w:unhideWhenUsed/>
    <w:rsid w:val="00AA1D8D"/>
    <w:pPr>
      <w:spacing w:after="120"/>
    </w:pPr>
    <w:rPr>
      <w:sz w:val="16"/>
      <w:szCs w:val="16"/>
    </w:rPr>
  </w:style>
  <w:style w:type="character" w:styleId="Plattetekst3Char" w:customStyle="true">
    <w:uiPriority w:val="99"/>
    <w:name w:val="Platte tekst 3 Char"/>
    <w:basedOn w:val="DefaultParagraphFont"/>
    <w:link w:val="Plattetekst3"/>
    <w:rsid w:val="35744B9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6"/>
      </w:numPr>
      <w:contextualSpacing/>
    </w:pPr>
  </w:style>
  <w:style w:type="paragraph" w:styleId="Lijstopsomteken2">
    <w:name w:val="List Bullet 2"/>
    <w:basedOn w:val="Standaard"/>
    <w:uiPriority w:val="99"/>
    <w:unhideWhenUsed/>
    <w:rsid w:val="00326F90"/>
    <w:pPr>
      <w:numPr>
        <w:numId w:val="7"/>
      </w:numPr>
      <w:contextualSpacing/>
    </w:pPr>
  </w:style>
  <w:style w:type="paragraph" w:styleId="Lijstopsomteken3">
    <w:name w:val="List Bullet 3"/>
    <w:basedOn w:val="Standaard"/>
    <w:uiPriority w:val="99"/>
    <w:unhideWhenUsed/>
    <w:rsid w:val="00326F90"/>
    <w:pPr>
      <w:numPr>
        <w:numId w:val="8"/>
      </w:numPr>
      <w:contextualSpacing/>
    </w:pPr>
  </w:style>
  <w:style w:type="paragraph" w:styleId="Lijstnummering">
    <w:name w:val="List Number"/>
    <w:basedOn w:val="Standaard"/>
    <w:uiPriority w:val="99"/>
    <w:unhideWhenUsed/>
    <w:rsid w:val="00326F90"/>
    <w:pPr>
      <w:numPr>
        <w:numId w:val="9"/>
      </w:numPr>
      <w:contextualSpacing/>
    </w:pPr>
  </w:style>
  <w:style w:type="paragraph" w:styleId="Lijstnummering2">
    <w:name w:val="List Number 2"/>
    <w:basedOn w:val="Standaard"/>
    <w:uiPriority w:val="99"/>
    <w:unhideWhenUsed/>
    <w:rsid w:val="0029639D"/>
    <w:pPr>
      <w:numPr>
        <w:numId w:val="10"/>
      </w:numPr>
      <w:contextualSpacing/>
    </w:pPr>
  </w:style>
  <w:style w:type="paragraph" w:styleId="Lijstnummering3">
    <w:name w:val="List Number 3"/>
    <w:basedOn w:val="Standaard"/>
    <w:uiPriority w:val="99"/>
    <w:unhideWhenUsed/>
    <w:rsid w:val="0029639D"/>
    <w:pPr>
      <w:numPr>
        <w:numId w:val="11"/>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kstChar" w:customStyle="true">
    <w:uiPriority w:val="99"/>
    <w:name w:val="Macrotekst Char"/>
    <w:basedOn w:val="DefaultParagraphFont"/>
    <w:link w:val="Macrotekst"/>
    <w:rsid w:val="35744B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styleId="CitaatChar" w:customStyle="true">
    <w:uiPriority w:val="29"/>
    <w:name w:val="Citaat Char"/>
    <w:basedOn w:val="DefaultParagraphFont"/>
    <w:link w:val="Citaat"/>
    <w:rsid w:val="35744B9D"/>
    <w:rPr>
      <w:i w:val="1"/>
      <w:iCs w:val="1"/>
      <w:color w:val="000000" w:themeColor="text1" w:themeTint="FF" w:themeShade="FF"/>
    </w:rPr>
  </w:style>
  <w:style w:type="character" w:styleId="Kop4Char" w:customStyle="true">
    <w:uiPriority w:val="9"/>
    <w:name w:val="Kop 4 Char"/>
    <w:basedOn w:val="DefaultParagraphFont"/>
    <w:semiHidden/>
    <w:link w:val="Kop4"/>
    <w:rsid w:val="35744B9D"/>
    <w:rPr>
      <w:rFonts w:ascii="Calibri" w:hAnsi="Calibri" w:eastAsia="ＭＳ ゴシック" w:cs="Times New Roman" w:asciiTheme="majorAscii" w:hAnsiTheme="majorAscii" w:eastAsiaTheme="majorEastAsia" w:cstheme="majorBidi"/>
      <w:b w:val="1"/>
      <w:bCs w:val="1"/>
      <w:i w:val="1"/>
      <w:iCs w:val="1"/>
      <w:color w:val="4F81BD" w:themeColor="accent1" w:themeTint="FF" w:themeShade="FF"/>
    </w:rPr>
  </w:style>
  <w:style w:type="character" w:styleId="Kop5Char" w:customStyle="true">
    <w:uiPriority w:val="9"/>
    <w:name w:val="Kop 5 Char"/>
    <w:basedOn w:val="DefaultParagraphFont"/>
    <w:semiHidden/>
    <w:link w:val="Kop5"/>
    <w:rsid w:val="35744B9D"/>
    <w:rPr>
      <w:rFonts w:ascii="Calibri" w:hAnsi="Calibri" w:eastAsia="ＭＳ ゴシック" w:cs="Times New Roman" w:asciiTheme="majorAscii" w:hAnsiTheme="majorAscii" w:eastAsiaTheme="majorEastAsia" w:cstheme="majorBidi"/>
      <w:color w:val="243F60"/>
    </w:rPr>
  </w:style>
  <w:style w:type="character" w:styleId="Kop6Char" w:customStyle="true">
    <w:uiPriority w:val="9"/>
    <w:name w:val="Kop 6 Char"/>
    <w:basedOn w:val="DefaultParagraphFont"/>
    <w:semiHidden/>
    <w:link w:val="Kop6"/>
    <w:rsid w:val="35744B9D"/>
    <w:rPr>
      <w:rFonts w:ascii="Calibri" w:hAnsi="Calibri" w:eastAsia="ＭＳ ゴシック" w:cs="Times New Roman" w:asciiTheme="majorAscii" w:hAnsiTheme="majorAscii" w:eastAsiaTheme="majorEastAsia" w:cstheme="majorBidi"/>
      <w:i w:val="1"/>
      <w:iCs w:val="1"/>
      <w:color w:val="243F60"/>
    </w:rPr>
  </w:style>
  <w:style w:type="character" w:styleId="Kop7Char" w:customStyle="true">
    <w:uiPriority w:val="9"/>
    <w:name w:val="Kop 7 Char"/>
    <w:basedOn w:val="DefaultParagraphFont"/>
    <w:semiHidden/>
    <w:link w:val="Kop7"/>
    <w:rsid w:val="35744B9D"/>
    <w:rPr>
      <w:rFonts w:ascii="Calibri" w:hAnsi="Calibri" w:eastAsia="ＭＳ ゴシック" w:cs="Times New Roman" w:asciiTheme="majorAscii" w:hAnsiTheme="majorAscii" w:eastAsiaTheme="majorEastAsia" w:cstheme="majorBidi"/>
      <w:i w:val="1"/>
      <w:iCs w:val="1"/>
      <w:color w:val="404040" w:themeColor="text1" w:themeTint="BF" w:themeShade="FF"/>
    </w:rPr>
  </w:style>
  <w:style w:type="character" w:styleId="Kop8Char" w:customStyle="true">
    <w:uiPriority w:val="9"/>
    <w:name w:val="Kop 8 Char"/>
    <w:basedOn w:val="DefaultParagraphFont"/>
    <w:semiHidden/>
    <w:link w:val="Kop8"/>
    <w:rsid w:val="35744B9D"/>
    <w:rPr>
      <w:rFonts w:ascii="Calibri" w:hAnsi="Calibri" w:eastAsia="ＭＳ ゴシック" w:cs="Times New Roman" w:asciiTheme="majorAscii" w:hAnsiTheme="majorAscii" w:eastAsiaTheme="majorEastAsia" w:cstheme="majorBidi"/>
      <w:color w:val="4F81BD" w:themeColor="accent1" w:themeTint="FF" w:themeShade="FF"/>
      <w:sz w:val="20"/>
      <w:szCs w:val="20"/>
    </w:rPr>
  </w:style>
  <w:style w:type="character" w:styleId="Kop9Char" w:customStyle="true">
    <w:uiPriority w:val="9"/>
    <w:name w:val="Kop 9 Char"/>
    <w:basedOn w:val="DefaultParagraphFont"/>
    <w:semiHidden/>
    <w:link w:val="Kop9"/>
    <w:rsid w:val="35744B9D"/>
    <w:rPr>
      <w:rFonts w:ascii="Calibri" w:hAnsi="Calibri" w:eastAsia="ＭＳ ゴシック" w:cs="Times New Roman" w:asciiTheme="majorAscii" w:hAnsiTheme="majorAscii" w:eastAsiaTheme="majorEastAsia" w:cstheme="majorBidi"/>
      <w:i w:val="1"/>
      <w:iCs w:val="1"/>
      <w:color w:val="404040" w:themeColor="text1" w:themeTint="BF" w:themeShade="F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uiPriority w:val="22"/>
    <w:name w:val="Strong"/>
    <w:basedOn w:val="DefaultParagraphFont"/>
    <w:qFormat/>
    <w:rsid w:val="35744B9D"/>
    <w:rPr>
      <w:b w:val="1"/>
      <w:bCs w:val="1"/>
    </w:rPr>
  </w:style>
  <w:style w:type="character" w:styleId="Nadruk">
    <w:uiPriority w:val="20"/>
    <w:name w:val="Emphasis"/>
    <w:basedOn w:val="DefaultParagraphFont"/>
    <w:qFormat/>
    <w:rsid w:val="35744B9D"/>
    <w:rPr>
      <w:i w:val="1"/>
      <w:iCs w:val="1"/>
    </w:rPr>
  </w:style>
  <w:style w:type="paragraph" w:styleId="Duidelijkcitaat">
    <w:name w:val="Intense Quote"/>
    <w:basedOn w:val="Standaard"/>
    <w:next w:val="Standaard"/>
    <w:link w:val="Duidelijkcitaat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DuidelijkcitaatChar" w:customStyle="true">
    <w:uiPriority w:val="30"/>
    <w:name w:val="Duidelijk citaat Char"/>
    <w:basedOn w:val="DefaultParagraphFont"/>
    <w:link w:val="Duidelijkcitaat"/>
    <w:rsid w:val="35744B9D"/>
    <w:rPr>
      <w:b w:val="1"/>
      <w:bCs w:val="1"/>
      <w:i w:val="1"/>
      <w:iCs w:val="1"/>
      <w:color w:val="4F81BD" w:themeColor="accent1" w:themeTint="FF" w:themeShade="FF"/>
    </w:rPr>
  </w:style>
  <w:style w:type="character" w:styleId="Subtielebenadrukking">
    <w:uiPriority w:val="19"/>
    <w:name w:val="Subtle Emphasis"/>
    <w:basedOn w:val="DefaultParagraphFont"/>
    <w:qFormat/>
    <w:rsid w:val="35744B9D"/>
    <w:rPr>
      <w:i w:val="1"/>
      <w:iCs w:val="1"/>
      <w:color w:val="808080" w:themeColor="background1" w:themeTint="FF" w:themeShade="80"/>
    </w:rPr>
  </w:style>
  <w:style w:type="character" w:styleId="Intensievebenadrukking">
    <w:uiPriority w:val="21"/>
    <w:name w:val="Intense Emphasis"/>
    <w:basedOn w:val="DefaultParagraphFont"/>
    <w:qFormat/>
    <w:rsid w:val="35744B9D"/>
    <w:rPr>
      <w:b w:val="1"/>
      <w:bCs w:val="1"/>
      <w:i w:val="1"/>
      <w:iCs w:val="1"/>
      <w:color w:val="4F81BD" w:themeColor="accent1" w:themeTint="FF" w:themeShade="FF"/>
    </w:rPr>
  </w:style>
  <w:style w:type="character" w:styleId="Subtieleverwijzing">
    <w:uiPriority w:val="31"/>
    <w:name w:val="Subtle Reference"/>
    <w:basedOn w:val="DefaultParagraphFont"/>
    <w:qFormat/>
    <w:rsid w:val="35744B9D"/>
    <w:rPr>
      <w:smallCaps w:val="1"/>
      <w:color w:val="C0504D" w:themeColor="accent2" w:themeTint="FF" w:themeShade="FF"/>
      <w:u w:val="single"/>
    </w:rPr>
  </w:style>
  <w:style w:type="character" w:styleId="Intensieveverwijzing">
    <w:uiPriority w:val="32"/>
    <w:name w:val="Intense Reference"/>
    <w:basedOn w:val="DefaultParagraphFont"/>
    <w:qFormat/>
    <w:rsid w:val="35744B9D"/>
    <w:rPr>
      <w:b w:val="1"/>
      <w:bCs w:val="1"/>
      <w:smallCaps w:val="1"/>
      <w:color w:val="C0504D" w:themeColor="accent2" w:themeTint="FF" w:themeShade="FF"/>
      <w:u w:val="single"/>
    </w:rPr>
  </w:style>
  <w:style w:type="character" w:styleId="Titelvanboek">
    <w:uiPriority w:val="33"/>
    <w:name w:val="Book Title"/>
    <w:basedOn w:val="DefaultParagraphFont"/>
    <w:qFormat/>
    <w:rsid w:val="35744B9D"/>
    <w:rPr>
      <w:b w:val="1"/>
      <w:bCs w:val="1"/>
      <w:smallCaps w:val="1"/>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unhideWhenUsed/>
    <w:rsid w:val="005D0A1F"/>
    <w:pPr>
      <w:spacing w:before="100" w:beforeAutospacing="1" w:after="100" w:afterAutospacing="1" w:line="240" w:lineRule="auto"/>
    </w:pPr>
    <w:rPr>
      <w:rFonts w:ascii="Times New Roman" w:hAnsi="Times New Roman" w:eastAsia="Times New Roman" w:cs="Times New Roman"/>
      <w:sz w:val="24"/>
      <w:szCs w:val="24"/>
    </w:rPr>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true">
    <w:uiPriority w:val="99"/>
    <w:name w:val="Tekst opmerking Char"/>
    <w:basedOn w:val="DefaultParagraphFont"/>
    <w:link w:val="Tekstopmerking"/>
    <w:rsid w:val="35744B9D"/>
    <w:rPr>
      <w:sz w:val="20"/>
      <w:szCs w:val="20"/>
    </w:rPr>
  </w:style>
  <w:style w:type="character" w:styleId="Verwijzingopmerking">
    <w:uiPriority w:val="99"/>
    <w:name w:val="annotation reference"/>
    <w:basedOn w:val="DefaultParagraphFont"/>
    <w:semiHidden/>
    <w:unhideWhenUsed/>
    <w:rsid w:val="35744B9D"/>
    <w:rPr>
      <w:sz w:val="16"/>
      <w:szCs w:val="16"/>
    </w:rPr>
  </w:style>
  <w:style w:type="paragraph" w:styleId="Revisie">
    <w:name w:val="Revision"/>
    <w:hidden/>
    <w:uiPriority w:val="99"/>
    <w:semiHidden/>
    <w:rsid w:val="00784743"/>
    <w:pPr>
      <w:spacing w:after="0" w:line="240" w:lineRule="auto"/>
    </w:pPr>
  </w:style>
  <w:style w:type="character" w:styleId="Hyperlink">
    <w:uiPriority w:val="99"/>
    <w:name w:val="Hyperlink"/>
    <w:basedOn w:val="DefaultParagraphFont"/>
    <w:unhideWhenUsed/>
    <w:rsid w:val="35744B9D"/>
    <w:rPr>
      <w:color w:val="0000FF"/>
      <w:u w:val="single"/>
    </w:rPr>
  </w:style>
  <w:style w:type="character" w:styleId="Onopgelostemelding">
    <w:uiPriority w:val="99"/>
    <w:name w:val="Unresolved Mention"/>
    <w:basedOn w:val="DefaultParagraphFont"/>
    <w:semiHidden/>
    <w:unhideWhenUsed/>
    <w:rsid w:val="35744B9D"/>
    <w:rPr>
      <w:color w:val="605E5C"/>
    </w:rPr>
  </w:style>
  <w:style w:type="character" w:styleId="GevolgdeHyperlink">
    <w:uiPriority w:val="99"/>
    <w:name w:val="FollowedHyperlink"/>
    <w:basedOn w:val="DefaultParagraphFont"/>
    <w:semiHidden/>
    <w:unhideWhenUsed/>
    <w:rsid w:val="35744B9D"/>
    <w:rPr>
      <w:color w:val="800080"/>
      <w:u w:val="single"/>
    </w:rPr>
  </w:style>
  <w:style w:type="paragraph" w:styleId="Onderwerpvanopmerking">
    <w:name w:val="annotation subject"/>
    <w:basedOn w:val="Tekstopmerking"/>
    <w:next w:val="Tekstopmerking"/>
    <w:link w:val="OnderwerpvanopmerkingChar"/>
    <w:uiPriority w:val="99"/>
    <w:semiHidden/>
    <w:unhideWhenUsed/>
    <w:rsid w:val="00B23D22"/>
    <w:rPr>
      <w:b/>
      <w:bCs/>
    </w:rPr>
  </w:style>
  <w:style w:type="character" w:styleId="OnderwerpvanopmerkingChar" w:customStyle="1">
    <w:name w:val="Onderwerp van opmerking Char"/>
    <w:basedOn w:val="TekstopmerkingChar"/>
    <w:link w:val="Onderwerpvanopmerking"/>
    <w:uiPriority w:val="99"/>
    <w:semiHidden/>
    <w:rsid w:val="00B23D22"/>
    <w:rPr>
      <w:b/>
      <w:bCs/>
      <w:sz w:val="20"/>
      <w:szCs w:val="20"/>
    </w:rPr>
  </w:style>
  <w:style w:type="character" w:styleId="apple-converted-space" w:customStyle="true">
    <w:uiPriority w:val="1"/>
    <w:name w:val="apple-converted-space"/>
    <w:basedOn w:val="DefaultParagraphFont"/>
    <w:rsid w:val="35744B9D"/>
    <w:rPr>
      <w:rFonts w:ascii="Cambria" w:hAnsi="Cambria" w:eastAsia="ＭＳ 明朝" w:cs="Arial" w:asciiTheme="minorAscii" w:hAnsiTheme="minorAsci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37705">
      <w:bodyDiv w:val="1"/>
      <w:marLeft w:val="0"/>
      <w:marRight w:val="0"/>
      <w:marTop w:val="0"/>
      <w:marBottom w:val="0"/>
      <w:divBdr>
        <w:top w:val="none" w:sz="0" w:space="0" w:color="auto"/>
        <w:left w:val="none" w:sz="0" w:space="0" w:color="auto"/>
        <w:bottom w:val="none" w:sz="0" w:space="0" w:color="auto"/>
        <w:right w:val="none" w:sz="0" w:space="0" w:color="auto"/>
      </w:divBdr>
    </w:div>
    <w:div w:id="298417730">
      <w:bodyDiv w:val="1"/>
      <w:marLeft w:val="0"/>
      <w:marRight w:val="0"/>
      <w:marTop w:val="0"/>
      <w:marBottom w:val="0"/>
      <w:divBdr>
        <w:top w:val="none" w:sz="0" w:space="0" w:color="auto"/>
        <w:left w:val="none" w:sz="0" w:space="0" w:color="auto"/>
        <w:bottom w:val="none" w:sz="0" w:space="0" w:color="auto"/>
        <w:right w:val="none" w:sz="0" w:space="0" w:color="auto"/>
      </w:divBdr>
    </w:div>
    <w:div w:id="435248783">
      <w:bodyDiv w:val="1"/>
      <w:marLeft w:val="0"/>
      <w:marRight w:val="0"/>
      <w:marTop w:val="0"/>
      <w:marBottom w:val="0"/>
      <w:divBdr>
        <w:top w:val="none" w:sz="0" w:space="0" w:color="auto"/>
        <w:left w:val="none" w:sz="0" w:space="0" w:color="auto"/>
        <w:bottom w:val="none" w:sz="0" w:space="0" w:color="auto"/>
        <w:right w:val="none" w:sz="0" w:space="0" w:color="auto"/>
      </w:divBdr>
      <w:divsChild>
        <w:div w:id="349912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151453">
      <w:bodyDiv w:val="1"/>
      <w:marLeft w:val="0"/>
      <w:marRight w:val="0"/>
      <w:marTop w:val="0"/>
      <w:marBottom w:val="0"/>
      <w:divBdr>
        <w:top w:val="none" w:sz="0" w:space="0" w:color="auto"/>
        <w:left w:val="none" w:sz="0" w:space="0" w:color="auto"/>
        <w:bottom w:val="none" w:sz="0" w:space="0" w:color="auto"/>
        <w:right w:val="none" w:sz="0" w:space="0" w:color="auto"/>
      </w:divBdr>
    </w:div>
    <w:div w:id="752043920">
      <w:bodyDiv w:val="1"/>
      <w:marLeft w:val="0"/>
      <w:marRight w:val="0"/>
      <w:marTop w:val="0"/>
      <w:marBottom w:val="0"/>
      <w:divBdr>
        <w:top w:val="none" w:sz="0" w:space="0" w:color="auto"/>
        <w:left w:val="none" w:sz="0" w:space="0" w:color="auto"/>
        <w:bottom w:val="none" w:sz="0" w:space="0" w:color="auto"/>
        <w:right w:val="none" w:sz="0" w:space="0" w:color="auto"/>
      </w:divBdr>
    </w:div>
    <w:div w:id="759135890">
      <w:bodyDiv w:val="1"/>
      <w:marLeft w:val="0"/>
      <w:marRight w:val="0"/>
      <w:marTop w:val="0"/>
      <w:marBottom w:val="0"/>
      <w:divBdr>
        <w:top w:val="none" w:sz="0" w:space="0" w:color="auto"/>
        <w:left w:val="none" w:sz="0" w:space="0" w:color="auto"/>
        <w:bottom w:val="none" w:sz="0" w:space="0" w:color="auto"/>
        <w:right w:val="none" w:sz="0" w:space="0" w:color="auto"/>
      </w:divBdr>
      <w:divsChild>
        <w:div w:id="2045713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7625068">
      <w:bodyDiv w:val="1"/>
      <w:marLeft w:val="0"/>
      <w:marRight w:val="0"/>
      <w:marTop w:val="0"/>
      <w:marBottom w:val="0"/>
      <w:divBdr>
        <w:top w:val="none" w:sz="0" w:space="0" w:color="auto"/>
        <w:left w:val="none" w:sz="0" w:space="0" w:color="auto"/>
        <w:bottom w:val="none" w:sz="0" w:space="0" w:color="auto"/>
        <w:right w:val="none" w:sz="0" w:space="0" w:color="auto"/>
      </w:divBdr>
    </w:div>
    <w:div w:id="940721348">
      <w:bodyDiv w:val="1"/>
      <w:marLeft w:val="0"/>
      <w:marRight w:val="0"/>
      <w:marTop w:val="0"/>
      <w:marBottom w:val="0"/>
      <w:divBdr>
        <w:top w:val="none" w:sz="0" w:space="0" w:color="auto"/>
        <w:left w:val="none" w:sz="0" w:space="0" w:color="auto"/>
        <w:bottom w:val="none" w:sz="0" w:space="0" w:color="auto"/>
        <w:right w:val="none" w:sz="0" w:space="0" w:color="auto"/>
      </w:divBdr>
    </w:div>
    <w:div w:id="956181958">
      <w:bodyDiv w:val="1"/>
      <w:marLeft w:val="0"/>
      <w:marRight w:val="0"/>
      <w:marTop w:val="0"/>
      <w:marBottom w:val="0"/>
      <w:divBdr>
        <w:top w:val="none" w:sz="0" w:space="0" w:color="auto"/>
        <w:left w:val="none" w:sz="0" w:space="0" w:color="auto"/>
        <w:bottom w:val="none" w:sz="0" w:space="0" w:color="auto"/>
        <w:right w:val="none" w:sz="0" w:space="0" w:color="auto"/>
      </w:divBdr>
    </w:div>
    <w:div w:id="1016544466">
      <w:bodyDiv w:val="1"/>
      <w:marLeft w:val="0"/>
      <w:marRight w:val="0"/>
      <w:marTop w:val="0"/>
      <w:marBottom w:val="0"/>
      <w:divBdr>
        <w:top w:val="none" w:sz="0" w:space="0" w:color="auto"/>
        <w:left w:val="none" w:sz="0" w:space="0" w:color="auto"/>
        <w:bottom w:val="none" w:sz="0" w:space="0" w:color="auto"/>
        <w:right w:val="none" w:sz="0" w:space="0" w:color="auto"/>
      </w:divBdr>
    </w:div>
    <w:div w:id="1329096023">
      <w:bodyDiv w:val="1"/>
      <w:marLeft w:val="0"/>
      <w:marRight w:val="0"/>
      <w:marTop w:val="0"/>
      <w:marBottom w:val="0"/>
      <w:divBdr>
        <w:top w:val="none" w:sz="0" w:space="0" w:color="auto"/>
        <w:left w:val="none" w:sz="0" w:space="0" w:color="auto"/>
        <w:bottom w:val="none" w:sz="0" w:space="0" w:color="auto"/>
        <w:right w:val="none" w:sz="0" w:space="0" w:color="auto"/>
      </w:divBdr>
    </w:div>
    <w:div w:id="1437948183">
      <w:bodyDiv w:val="1"/>
      <w:marLeft w:val="0"/>
      <w:marRight w:val="0"/>
      <w:marTop w:val="0"/>
      <w:marBottom w:val="0"/>
      <w:divBdr>
        <w:top w:val="none" w:sz="0" w:space="0" w:color="auto"/>
        <w:left w:val="none" w:sz="0" w:space="0" w:color="auto"/>
        <w:bottom w:val="none" w:sz="0" w:space="0" w:color="auto"/>
        <w:right w:val="none" w:sz="0" w:space="0" w:color="auto"/>
      </w:divBdr>
    </w:div>
    <w:div w:id="1532305251">
      <w:bodyDiv w:val="1"/>
      <w:marLeft w:val="0"/>
      <w:marRight w:val="0"/>
      <w:marTop w:val="0"/>
      <w:marBottom w:val="0"/>
      <w:divBdr>
        <w:top w:val="none" w:sz="0" w:space="0" w:color="auto"/>
        <w:left w:val="none" w:sz="0" w:space="0" w:color="auto"/>
        <w:bottom w:val="none" w:sz="0" w:space="0" w:color="auto"/>
        <w:right w:val="none" w:sz="0" w:space="0" w:color="auto"/>
      </w:divBdr>
    </w:div>
    <w:div w:id="1595019830">
      <w:bodyDiv w:val="1"/>
      <w:marLeft w:val="0"/>
      <w:marRight w:val="0"/>
      <w:marTop w:val="0"/>
      <w:marBottom w:val="0"/>
      <w:divBdr>
        <w:top w:val="none" w:sz="0" w:space="0" w:color="auto"/>
        <w:left w:val="none" w:sz="0" w:space="0" w:color="auto"/>
        <w:bottom w:val="none" w:sz="0" w:space="0" w:color="auto"/>
        <w:right w:val="none" w:sz="0" w:space="0" w:color="auto"/>
      </w:divBdr>
    </w:div>
    <w:div w:id="1645549527">
      <w:bodyDiv w:val="1"/>
      <w:marLeft w:val="0"/>
      <w:marRight w:val="0"/>
      <w:marTop w:val="0"/>
      <w:marBottom w:val="0"/>
      <w:divBdr>
        <w:top w:val="none" w:sz="0" w:space="0" w:color="auto"/>
        <w:left w:val="none" w:sz="0" w:space="0" w:color="auto"/>
        <w:bottom w:val="none" w:sz="0" w:space="0" w:color="auto"/>
        <w:right w:val="none" w:sz="0" w:space="0" w:color="auto"/>
      </w:divBdr>
    </w:div>
    <w:div w:id="1788505194">
      <w:bodyDiv w:val="1"/>
      <w:marLeft w:val="0"/>
      <w:marRight w:val="0"/>
      <w:marTop w:val="0"/>
      <w:marBottom w:val="0"/>
      <w:divBdr>
        <w:top w:val="none" w:sz="0" w:space="0" w:color="auto"/>
        <w:left w:val="none" w:sz="0" w:space="0" w:color="auto"/>
        <w:bottom w:val="none" w:sz="0" w:space="0" w:color="auto"/>
        <w:right w:val="none" w:sz="0" w:space="0" w:color="auto"/>
      </w:divBdr>
    </w:div>
    <w:div w:id="1842118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www.lionsclubs.org/en/discover-our-foundation/mission"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microsoft.com/office/2020/10/relationships/intelligence" Target="intelligence2.xml" Id="rId15" /><Relationship Type="http://schemas.openxmlformats.org/officeDocument/2006/relationships/hyperlink" Target="https://duurzaam.lions.nl/" TargetMode="External" Id="rId10" /><Relationship Type="http://schemas.openxmlformats.org/officeDocument/2006/relationships/settings" Target="settings.xml" Id="rId4" /><Relationship Type="http://schemas.openxmlformats.org/officeDocument/2006/relationships/hyperlink" Target="https://youth.lions.nl/" TargetMode="Externa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g"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jorick van Gemert</lastModifiedBy>
  <revision>26</revision>
  <dcterms:created xsi:type="dcterms:W3CDTF">2026-02-06T12:15:00.0000000Z</dcterms:created>
  <dcterms:modified xsi:type="dcterms:W3CDTF">2026-03-01T06:48:46.4423939Z</dcterms:modified>
  <category/>
</coreProperties>
</file>