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80"/>
        <w:jc w:val="center"/>
      </w:pPr>
      <w:r>
        <w:rPr>
          <w:rFonts w:ascii="Calibri" w:hAnsi="Calibri"/>
          <w:b/>
          <w:i w:val="0"/>
          <w:color w:val="003366"/>
          <w:sz w:val="36"/>
        </w:rPr>
        <w:t>SOCIAL MEDIA CONTENT</w:t>
      </w:r>
    </w:p>
    <w:p>
      <w:pPr>
        <w:spacing w:after="80"/>
        <w:jc w:val="center"/>
      </w:pPr>
      <w:r>
        <w:rPr>
          <w:rFonts w:ascii="Calibri" w:hAnsi="Calibri"/>
          <w:b w:val="0"/>
          <w:i w:val="0"/>
          <w:color w:val="003366"/>
          <w:sz w:val="24"/>
        </w:rPr>
        <w:t>Kabinetswissel District 110AN — 15 augustus 2026</w:t>
      </w:r>
    </w:p>
    <w:p>
      <w:pPr>
        <w:spacing w:after="240"/>
        <w:jc w:val="center"/>
      </w:pPr>
      <w:r>
        <w:rPr>
          <w:rFonts w:ascii="Calibri" w:hAnsi="Calibri"/>
          <w:b/>
          <w:i/>
          <w:color w:val="F59E0B"/>
          <w:sz w:val="24"/>
        </w:rPr>
        <w:t>"Samen Verder Bouwen"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E1306C"/>
          </w:tcPr>
          <w:p>
            <w:pPr>
              <w:spacing w:before="200" w:after="20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8"/>
              </w:rPr>
              <w:t>📸  INSTAGRAM</w:t>
            </w:r>
          </w:p>
        </w:tc>
      </w:tr>
    </w:tbl>
    <w:p>
      <w:pPr>
        <w:spacing w:before="280" w:after="120"/>
      </w:pPr>
      <w:r>
        <w:rPr>
          <w:rFonts w:ascii="Calibri" w:hAnsi="Calibri"/>
          <w:b/>
          <w:i w:val="0"/>
          <w:color w:val="003366"/>
          <w:sz w:val="24"/>
        </w:rPr>
        <w:t>Post 1: Save the Date (vooraf — juli 2026)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Caption: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 xml:space="preserve"> lions110an</w:t>
        <w:br/>
        <w:t>SAVE THE DATE 🗓</w:t>
        <w:br/>
        <w:br/>
        <w:t>Zaterdag 15 augustus 2026</w:t>
        <w:br/>
        <w:t>Papa's Beach House, Haarlemmermeerse Bos</w:t>
        <w:br/>
        <w:br/>
        <w:t>Het nieuwe kabinet van District 110AN gaat van start! 🦁</w:t>
        <w:br/>
        <w:t>Samen Verder Bouwen — 75 jaar Lions — Alzheimer NL</w:t>
        <w:br/>
        <w:br/>
        <w:t>Meer info volgt. Houd deze pagina in de gaten!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Hashtags: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#Lions110AN #SamenVerderBouwen #LionsNederland #Lions75 #SaveTheDate #District110AN #LionsClub #Dienstbaarheid #AlzheimerNederland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Visuele suggestie:</w:t>
      </w:r>
    </w:p>
    <w:p>
      <w:pPr>
        <w:spacing w:after="80"/>
      </w:pPr>
      <w:r>
        <w:rPr>
          <w:rFonts w:ascii="Calibri" w:hAnsi="Calibri"/>
          <w:b w:val="0"/>
          <w:i/>
          <w:color w:val="666666"/>
          <w:sz w:val="20"/>
        </w:rPr>
        <w:t>Achtergrondfoto Papa's Beach House (aerial shot of beach setting). Over de afbeelding: datum, locatie en 'Samen Verder Bouwen' in Lions-kleuren (navy + gold). Formaat: 1080x1080 (square) of 1080x1350 (portrait). Branding: Lions-logo linksboven.</w:t>
      </w:r>
    </w:p>
    <w:p>
      <w:pPr>
        <w:spacing w:before="280" w:after="120"/>
      </w:pPr>
      <w:r>
        <w:rPr>
          <w:rFonts w:ascii="Calibri" w:hAnsi="Calibri"/>
          <w:b/>
          <w:i w:val="0"/>
          <w:color w:val="003366"/>
          <w:sz w:val="24"/>
        </w:rPr>
        <w:t>Post 2: Terugblik (na de dag — 16 augustus 2026)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Caption: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 xml:space="preserve"> lions110an</w:t>
        <w:br/>
        <w:t>WAT EEN DAG! 🙌</w:t>
        <w:br/>
        <w:br/>
        <w:t>Gisteren kwam het nieuwe kabinet van District 110AN bijeen bij Papa's Beach House. 75 jaar Lions, Alzheimer NL als goed doel en een krachtige visie voor het komende jaar.</w:t>
        <w:br/>
        <w:br/>
        <w:t>Samen Verder Bouwen begint hier. 🦁💙</w:t>
        <w:br/>
        <w:br/>
        <w:t>Bedankt aan iedereen die erbij was!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Hashtags: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#Lions110AN #SamenVerderBouwen #Kabinetswissel #LionsNederland #Lions75 #PapasBeachHouse #TeamLions #District110AN #AlzheimerNederland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Visuele suggestie:</w:t>
      </w:r>
    </w:p>
    <w:p>
      <w:pPr>
        <w:spacing w:after="80"/>
      </w:pPr>
      <w:r>
        <w:rPr>
          <w:rFonts w:ascii="Calibri" w:hAnsi="Calibri"/>
          <w:b w:val="0"/>
          <w:i/>
          <w:color w:val="666666"/>
          <w:sz w:val="20"/>
        </w:rPr>
        <w:t>Groepsfoto van het kabinet op het strand/terras van Papa's Beach House. Alternatief: carousel (swipe) met 4-5 momenten: ontvangst, presentatie, lunch, teambuilding, borrel. Formaat: 1080x1080 of 1080x1350. Kleurfilter: warm, zomers, consistent Lions-branding.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1877F2"/>
          </w:tcPr>
          <w:p>
            <w:pPr>
              <w:spacing w:before="200" w:after="20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8"/>
              </w:rPr>
              <w:t>👤  FACEBOOK</w:t>
            </w:r>
          </w:p>
        </w:tc>
      </w:tr>
    </w:tbl>
    <w:p>
      <w:pPr>
        <w:spacing w:before="280" w:after="120"/>
      </w:pPr>
      <w:r>
        <w:rPr>
          <w:rFonts w:ascii="Calibri" w:hAnsi="Calibri"/>
          <w:b/>
          <w:i w:val="0"/>
          <w:color w:val="003366"/>
          <w:sz w:val="24"/>
        </w:rPr>
        <w:t>Post 1: Uitnodiging / Aankondiging (juli 2026)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Bericht: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Lions District 110AN — Uitnodiging Kabinetswissel</w:t>
        <w:br/>
        <w:br/>
        <w:t>Beste leden en vrienden van District 110AN,</w:t>
        <w:br/>
        <w:br/>
        <w:t>Op zaterdag 15 augustus 2026 start het nieuwe Lionsjaar met de kabinetswissel bij Papa's Beach House in het Haarlemmermeerse Bos, Hoofddorp.</w:t>
        <w:br/>
        <w:br/>
        <w:t>Programma highlights:</w:t>
        <w:br/>
        <w:t>• 75 jaar Lions Nederland — presentatie IPDG Pieter Haex</w:t>
        <w:br/>
        <w:t>• Stichting Alzheimer Nederland — onze goede doelen-samenwerking</w:t>
        <w:br/>
        <w:t>• 'Samen Verder Bouwen' — visie DG Jorick van Gemert</w:t>
        <w:br/>
        <w:t>• Interactieve sessies, teambuilding en gezellige borrel</w:t>
        <w:br/>
        <w:br/>
        <w:t>Datum: zaterdag 15 augustus 2026</w:t>
        <w:br/>
        <w:t>Locatie: Papa's Beach House, Haarlemmermeerse Bos, Hoofddorp</w:t>
        <w:br/>
        <w:t>Dresscode: Smart Casual / Summer</w:t>
        <w:br/>
        <w:t>Parkeren: gratis ter plaatse</w:t>
        <w:br/>
        <w:br/>
        <w:t>Bevestig vóór 1 augustus via secretaris@lions110an.nl</w:t>
        <w:br/>
        <w:br/>
        <w:t>We kijken ernaar uit u te verwelkomen! 🦁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Visuele suggestie:</w:t>
      </w:r>
    </w:p>
    <w:p>
      <w:pPr>
        <w:spacing w:after="80"/>
      </w:pPr>
      <w:r>
        <w:rPr>
          <w:rFonts w:ascii="Calibri" w:hAnsi="Calibri"/>
          <w:b w:val="0"/>
          <w:i/>
          <w:color w:val="666666"/>
          <w:sz w:val="20"/>
        </w:rPr>
        <w:t>Evenementbanner: foto Papa's Beach House met overlay. Tekst: datum, locatie, 'Kabinetswissel 110AN', 'Samen Verder Bouwen'. Lions-logo prominent. Formaat: 1200x630 (landscape). Kleuren: navy achtergrond, gold tekst, white details.</w:t>
      </w:r>
    </w:p>
    <w:p>
      <w:pPr>
        <w:spacing w:before="280" w:after="120"/>
      </w:pPr>
      <w:r>
        <w:rPr>
          <w:rFonts w:ascii="Calibri" w:hAnsi="Calibri"/>
          <w:b/>
          <w:i w:val="0"/>
          <w:color w:val="003366"/>
          <w:sz w:val="24"/>
        </w:rPr>
        <w:t>Post 2: Aftermovie / Foto's (na de dag)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Bericht: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Terugblik: Kabinetswissel District 110AN 🦁</w:t>
        <w:br/>
        <w:br/>
        <w:t>Wat een fantastische dag was het gisteren bij Papa's Beach House! Het nieuwe kabinet is officieel van start gegaan.</w:t>
        <w:br/>
        <w:br/>
        <w:t>Bekijk de foto's van deze bijzondere dag en herbeleef de momenten.</w:t>
        <w:br/>
        <w:br/>
        <w:t>Dank aan alle aanwezigen, organisatoren en sprekers. Samen Verder Bouwen — daar gaan we voor! 💪</w:t>
        <w:br/>
        <w:br/>
        <w:t>[Link naar foto-album / aftermovie]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Visuele suggestie:</w:t>
      </w:r>
    </w:p>
    <w:p>
      <w:pPr>
        <w:spacing w:after="80"/>
      </w:pPr>
      <w:r>
        <w:rPr>
          <w:rFonts w:ascii="Calibri" w:hAnsi="Calibri"/>
          <w:b w:val="0"/>
          <w:i/>
          <w:color w:val="666666"/>
          <w:sz w:val="20"/>
        </w:rPr>
        <w:t>Foto-album (10-15 foto's) of korte aftermovie (60-90 seconden). Openingsbeeld: groepsfoto kabinet. Volgende shots: presentaties, interactie, borrel, beach setting. Muziek: inspirerend, uptempo. Lions-logo als watermark.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fill="0A66C2"/>
          </w:tcPr>
          <w:p>
            <w:pPr>
              <w:spacing w:before="200" w:after="200"/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28"/>
              </w:rPr>
              <w:t>💼  LINKEDIN</w:t>
            </w:r>
          </w:p>
        </w:tc>
      </w:tr>
    </w:tbl>
    <w:p>
      <w:pPr>
        <w:spacing w:before="280" w:after="120"/>
      </w:pPr>
      <w:r>
        <w:rPr>
          <w:rFonts w:ascii="Calibri" w:hAnsi="Calibri"/>
          <w:b/>
          <w:i w:val="0"/>
          <w:color w:val="003366"/>
          <w:sz w:val="24"/>
        </w:rPr>
        <w:t>Post 1: Nieuw kabinet &amp; Samen Verder Bouwen (augustus 2026)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Bericht: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Vandaag start het nieuwe kabinet van Lions District 110AN.</w:t>
        <w:br/>
        <w:br/>
        <w:t>Bij Papa's Beach House in Hoofddorp kwam het voltallige team bijeen voor de kabinetswissel 2026-2027. Onder leiding van Districtsgouverneur Jorick van Gemert zetten we de koers uit voor het komende Lionsjaar.</w:t>
        <w:br/>
        <w:br/>
        <w:t>Drie pijlers staan centraal:</w:t>
        <w:br/>
        <w:t>🦁 75 jaar Lions Nederland — een lustrumjaar dat er toe doet</w:t>
        <w:br/>
        <w:t>🧠 Stichting Alzheimer Nederland — €40.000 doel voor Voetbalherinneringen en Dementievriendelijke Ruimten</w:t>
        <w:br/>
        <w:t>🏗 Samen Verder Bouwen — sterke clubs, meer impact, innovatieve organisatie</w:t>
        <w:br/>
        <w:br/>
        <w:t>Leadership in service betekent: luisteren, verbinden en bouwen. Met een team van 20+ kabinetsleden, zonevoorzitters en commissarissen zijn we klaar om het verschil te maken.</w:t>
        <w:br/>
        <w:br/>
        <w:t>Samen Verder Bouwen. Niet alleen als thema — als belofte.</w:t>
        <w:br/>
        <w:br/>
        <w:t>#LionsInternational #Lions110AN #Leadership #Service #SamenVerderBouwen #AlzheimerNederland #Lions75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Visuele suggestie:</w:t>
      </w:r>
    </w:p>
    <w:p>
      <w:pPr>
        <w:spacing w:after="80"/>
      </w:pPr>
      <w:r>
        <w:rPr>
          <w:rFonts w:ascii="Calibri" w:hAnsi="Calibri"/>
          <w:b w:val="0"/>
          <w:i/>
          <w:color w:val="666666"/>
          <w:sz w:val="20"/>
        </w:rPr>
        <w:t>Professionele groepsfoto (portretmodus, good lighting). Kabinet in semi-cirkel, DG centraal. Achtergrond: beach setting of natuur. Alternatief: sfeerbeeld locatie met tekstoverlay. Formaat: 1200x627. Kleurpalet: navy, gold, wit. Geen filters — professioneel en clean.</w:t>
      </w:r>
    </w:p>
    <w:p>
      <w:pPr>
        <w:spacing w:before="280" w:after="120"/>
      </w:pPr>
      <w:r>
        <w:rPr>
          <w:rFonts w:ascii="Calibri" w:hAnsi="Calibri"/>
          <w:b/>
          <w:i w:val="0"/>
          <w:color w:val="003366"/>
          <w:sz w:val="24"/>
        </w:rPr>
        <w:t>Post 2: Reflectie &amp; Bedankt (een week na de dag)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Bericht:</w:t>
      </w:r>
    </w:p>
    <w:p>
      <w:pPr>
        <w:spacing w:after="120"/>
      </w:pPr>
      <w:r>
        <w:rPr>
          <w:rFonts w:ascii="Calibri" w:hAnsi="Calibri"/>
          <w:b w:val="0"/>
          <w:i w:val="0"/>
          <w:sz w:val="22"/>
        </w:rPr>
        <w:t>Een week geleden stonden we met z'n allen bij Papa's Beach House. Vandaag kijk ik terug met trots en dankbaarheid.</w:t>
        <w:br/>
        <w:br/>
        <w:t>Wat maakte deze kabinetswissel bijzonder?</w:t>
        <w:br/>
        <w:br/>
        <w:t>✅ De energie van een nieuw team dat er klaar voor is</w:t>
        <w:br/>
        <w:t>✅ De historie van 75 jaar Lions die ons inspireert</w:t>
        <w:br/>
        <w:t>✅ De samenwerking met Alzheimer Nederland die ons doel geeft</w:t>
        <w:br/>
        <w:t>✅ De visie van 'Samen Verder Bouwen' die richting biedt</w:t>
        <w:br/>
        <w:br/>
        <w:t>Mijn dank gaat uit naar het entire organisatieteam, de sprekers, en natuurlijk elk kabinetslid dat deze dag mogelijk maakte.</w:t>
        <w:br/>
        <w:br/>
        <w:t>Het werk begint nu. Club voor club, project voor project, mens voor mens. Dat is wat Lions doen.</w:t>
        <w:br/>
        <w:br/>
        <w:t>Jorick van Gemert</w:t>
        <w:br/>
        <w:t>Districtsgouverneur 110AN</w:t>
        <w:br/>
        <w:br/>
        <w:t>#Lions110AN #SamenVerderBouwen #Leadership #Gratitude #Service #LionsNederland</w:t>
      </w:r>
    </w:p>
    <w:p>
      <w:pPr>
        <w:spacing w:before="120" w:after="40"/>
      </w:pPr>
      <w:r>
        <w:rPr>
          <w:rFonts w:ascii="Calibri" w:hAnsi="Calibri"/>
          <w:b/>
          <w:i w:val="0"/>
          <w:color w:val="F59E0B"/>
          <w:sz w:val="20"/>
        </w:rPr>
        <w:t>Visuele suggestie:</w:t>
      </w:r>
    </w:p>
    <w:p>
      <w:pPr>
        <w:spacing w:after="80"/>
      </w:pPr>
      <w:r>
        <w:rPr>
          <w:rFonts w:ascii="Calibri" w:hAnsi="Calibri"/>
          <w:b w:val="0"/>
          <w:i/>
          <w:color w:val="666666"/>
          <w:sz w:val="20"/>
        </w:rPr>
        <w:t>Candid moment: DG sprekend, of informeel moment tijdens borrel/teambuilding. Alternatief: foto van het kabinet in actie (werkende sessie, niet pose). Formaat: 1200x627. Toon: authentiek, warm, professioneel. Geen stockfoto's — echte momenten van de dag.</w:t>
      </w:r>
    </w:p>
    <w:p>
      <w:pPr>
        <w:spacing w:before="480"/>
        <w:jc w:val="center"/>
      </w:pPr>
      <w:r>
        <w:rPr>
          <w:rFonts w:ascii="Calibri" w:hAnsi="Calibri"/>
          <w:b w:val="0"/>
          <w:i w:val="0"/>
          <w:color w:val="F59E0B"/>
          <w:sz w:val="20"/>
        </w:rPr>
        <w:t>━━━━━━━━━━━━━━━━━━━━━━━━━━━━━━━━</w:t>
      </w:r>
    </w:p>
    <w:p>
      <w:pPr>
        <w:jc w:val="center"/>
      </w:pPr>
      <w:r>
        <w:rPr>
          <w:rFonts w:ascii="Calibri" w:hAnsi="Calibri"/>
          <w:b w:val="0"/>
          <w:i w:val="0"/>
          <w:color w:val="666666"/>
          <w:sz w:val="18"/>
        </w:rPr>
        <w:t>Lions Clubs District 110AN — Communicatiepakket Kabinetswissel 2026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