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>
      <w:pPr>
        <w:jc w:val="center"/>
      </w:pPr>
      <w:r>
        <w:rPr>
          <w:rFonts w:ascii="Calibri" w:hAnsi="Calibri"/>
          <w:b/>
          <w:color w:val="003366"/>
          <w:sz w:val="56"/>
        </w:rPr>
        <w:t>LIONS CLUBS</w:t>
      </w:r>
    </w:p>
    <w:p>
      <w:pPr>
        <w:jc w:val="center"/>
      </w:pPr>
      <w:r>
        <w:rPr>
          <w:rFonts w:ascii="Calibri" w:hAnsi="Calibri"/>
          <w:b/>
          <w:color w:val="00A859"/>
          <w:sz w:val="40"/>
        </w:rPr>
        <w:t>DISTRICT 110AN</w:t>
      </w:r>
    </w:p>
    <w:p>
      <w:pPr>
        <w:jc w:val="center"/>
      </w:pPr>
      <w:r>
        <w:rPr>
          <w:color w:val="F59E0B"/>
          <w:sz w:val="16"/>
        </w:rPr>
        <w:t>━━━━━━━━━━━━━━━━━━━━━━━━━━━━━━━━━━━━━━━━━━━━━━━━━━</w:t>
      </w:r>
    </w:p>
    <w:p>
      <w:pPr>
        <w:jc w:val="center"/>
      </w:pPr>
      <w:r>
        <w:rPr>
          <w:rFonts w:ascii="Calibri" w:hAnsi="Calibri"/>
          <w:b/>
          <w:color w:val="003366"/>
          <w:sz w:val="48"/>
        </w:rPr>
        <w:t>DRAAIBOEK</w:t>
      </w:r>
    </w:p>
    <w:p>
      <w:pPr>
        <w:jc w:val="center"/>
      </w:pPr>
      <w:r>
        <w:rPr>
          <w:rFonts w:ascii="Calibri" w:hAnsi="Calibri"/>
          <w:sz w:val="36"/>
        </w:rPr>
        <w:t>Kabinetswissel 2026-2027</w:t>
      </w:r>
    </w:p>
    <w:p/>
    <w:p/>
    <w:p>
      <w:pPr>
        <w:jc w:val="center"/>
      </w:pPr>
      <w:r>
        <w:rPr>
          <w:rFonts w:ascii="Calibri" w:hAnsi="Calibri"/>
          <w:color w:val="555555"/>
          <w:sz w:val="24"/>
        </w:rPr>
        <w:t>Zaterdag 15 augustus 2026</w:t>
      </w:r>
    </w:p>
    <w:p>
      <w:pPr>
        <w:jc w:val="center"/>
      </w:pPr>
      <w:r>
        <w:rPr>
          <w:rFonts w:ascii="Calibri" w:hAnsi="Calibri"/>
          <w:color w:val="555555"/>
          <w:sz w:val="24"/>
        </w:rPr>
        <w:t>Papa's Beach House, Haarlemmermeerse Bos, Hoofddorp</w:t>
      </w:r>
    </w:p>
    <w:p>
      <w:pPr>
        <w:jc w:val="center"/>
      </w:pPr>
      <w:r>
        <w:rPr>
          <w:rFonts w:ascii="Calibri" w:hAnsi="Calibri"/>
          <w:color w:val="555555"/>
          <w:sz w:val="24"/>
        </w:rPr>
        <w:t>Samen Verder Bouwen — Lions 75 Jaar — Alzheimer Nederland</w:t>
      </w:r>
    </w:p>
    <w:p>
      <w:pPr>
        <w:jc w:val="center"/>
      </w:pPr>
      <w:r>
        <w:rPr>
          <w:rFonts w:ascii="Calibri" w:hAnsi="Calibri"/>
          <w:color w:val="555555"/>
          <w:sz w:val="24"/>
        </w:rPr>
        <w:t>Versie 1.0 — 18 april 2026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Overzichtdag — Zaterdag 15 augustus 2026</w:t>
      </w:r>
    </w:p>
    <w:p>
      <w:r>
        <w:t>Onderstaand overzicht toont het volledige programma met kleurcodes per fase. Blauw = formeel/ceremonieel, Groen = inhoudelijk, Oranje = sociaal/actief, Geel = pauze/overgang.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296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Tijd</w:t>
            </w:r>
          </w:p>
        </w:tc>
        <w:tc>
          <w:tcPr>
            <w:tcW w:type="dxa" w:w="316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Activiteit</w:t>
            </w:r>
          </w:p>
        </w:tc>
        <w:tc>
          <w:tcPr>
            <w:tcW w:type="dxa" w:w="144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Locatie</w:t>
            </w:r>
          </w:p>
        </w:tc>
        <w:tc>
          <w:tcPr>
            <w:tcW w:type="dxa" w:w="100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Fase</w:t>
            </w:r>
          </w:p>
        </w:tc>
        <w:tc>
          <w:tcPr>
            <w:tcW w:type="dxa" w:w="216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Verantwoordelijke</w:t>
            </w:r>
          </w:p>
        </w:tc>
      </w:tr>
      <w:tr>
        <w:tc>
          <w:tcPr>
            <w:tcW w:type="dxa" w:w="1296"/>
          </w:tcPr>
          <w:p>
            <w:r/>
            <w:r>
              <w:rPr>
                <w:rFonts w:ascii="Calibri" w:hAnsi="Calibri"/>
                <w:sz w:val="18"/>
              </w:rPr>
              <w:t>10:00-10:30</w:t>
            </w:r>
          </w:p>
        </w:tc>
        <w:tc>
          <w:tcPr>
            <w:tcW w:type="dxa" w:w="3168"/>
          </w:tcPr>
          <w:p>
            <w:r/>
            <w:r>
              <w:rPr>
                <w:rFonts w:ascii="Calibri" w:hAnsi="Calibri"/>
                <w:sz w:val="18"/>
              </w:rPr>
              <w:t>Ontvangst koffie/thee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sz w:val="18"/>
              </w:rPr>
              <w:t>Terras</w:t>
            </w:r>
          </w:p>
        </w:tc>
        <w:tc>
          <w:tcPr>
            <w:tcW w:type="dxa" w:w="1008"/>
          </w:tcPr>
          <w:p>
            <w:r/>
            <w:r>
              <w:rPr>
                <w:rFonts w:ascii="Calibri" w:hAnsi="Calibri"/>
                <w:sz w:val="18"/>
              </w:rPr>
              <w:t>Oranje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Robertjan</w:t>
            </w:r>
          </w:p>
        </w:tc>
      </w:tr>
      <w:tr>
        <w:tc>
          <w:tcPr>
            <w:tcW w:type="dxa" w:w="1296"/>
            <w:shd w:fill="E8F0FE"/>
          </w:tcPr>
          <w:p>
            <w:r/>
            <w:r>
              <w:rPr>
                <w:rFonts w:ascii="Calibri" w:hAnsi="Calibri"/>
                <w:sz w:val="18"/>
              </w:rPr>
              <w:t>10:30-11:00</w:t>
            </w:r>
          </w:p>
        </w:tc>
        <w:tc>
          <w:tcPr>
            <w:tcW w:type="dxa" w:w="3168"/>
            <w:shd w:fill="E8F0FE"/>
          </w:tcPr>
          <w:p>
            <w:r/>
            <w:r>
              <w:rPr>
                <w:rFonts w:ascii="Calibri" w:hAnsi="Calibri"/>
                <w:sz w:val="18"/>
              </w:rPr>
              <w:t>Opening + overdrachtssymboliek</w:t>
            </w:r>
          </w:p>
        </w:tc>
        <w:tc>
          <w:tcPr>
            <w:tcW w:type="dxa" w:w="1440"/>
            <w:shd w:fill="E8F0FE"/>
          </w:tcPr>
          <w:p>
            <w:r/>
            <w:r>
              <w:rPr>
                <w:rFonts w:ascii="Calibri" w:hAnsi="Calibri"/>
                <w:sz w:val="18"/>
              </w:rPr>
              <w:t>Key West</w:t>
            </w:r>
          </w:p>
        </w:tc>
        <w:tc>
          <w:tcPr>
            <w:tcW w:type="dxa" w:w="1008"/>
            <w:shd w:fill="E8F0FE"/>
          </w:tcPr>
          <w:p>
            <w:r/>
            <w:r>
              <w:rPr>
                <w:rFonts w:ascii="Calibri" w:hAnsi="Calibri"/>
                <w:sz w:val="18"/>
              </w:rPr>
              <w:t>Blauw</w:t>
            </w:r>
          </w:p>
        </w:tc>
        <w:tc>
          <w:tcPr>
            <w:tcW w:type="dxa" w:w="2160"/>
            <w:shd w:fill="E8F0FE"/>
          </w:tcPr>
          <w:p>
            <w:r/>
            <w:r>
              <w:rPr>
                <w:rFonts w:ascii="Calibri" w:hAnsi="Calibri"/>
                <w:sz w:val="18"/>
              </w:rPr>
              <w:t>Jorick / Mark</w:t>
            </w:r>
          </w:p>
        </w:tc>
      </w:tr>
      <w:tr>
        <w:tc>
          <w:tcPr>
            <w:tcW w:type="dxa" w:w="1296"/>
          </w:tcPr>
          <w:p>
            <w:r/>
            <w:r>
              <w:rPr>
                <w:rFonts w:ascii="Calibri" w:hAnsi="Calibri"/>
                <w:sz w:val="18"/>
              </w:rPr>
              <w:t>11:00-11:30</w:t>
            </w:r>
          </w:p>
        </w:tc>
        <w:tc>
          <w:tcPr>
            <w:tcW w:type="dxa" w:w="3168"/>
          </w:tcPr>
          <w:p>
            <w:r/>
            <w:r>
              <w:rPr>
                <w:rFonts w:ascii="Calibri" w:hAnsi="Calibri"/>
                <w:sz w:val="18"/>
              </w:rPr>
              <w:t>Lions 75 Jaar presentatie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sz w:val="18"/>
              </w:rPr>
              <w:t>Key West</w:t>
            </w:r>
          </w:p>
        </w:tc>
        <w:tc>
          <w:tcPr>
            <w:tcW w:type="dxa" w:w="1008"/>
          </w:tcPr>
          <w:p>
            <w:r/>
            <w:r>
              <w:rPr>
                <w:rFonts w:ascii="Calibri" w:hAnsi="Calibri"/>
                <w:sz w:val="18"/>
              </w:rPr>
              <w:t>Groen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Pieter Haex</w:t>
            </w:r>
          </w:p>
        </w:tc>
      </w:tr>
      <w:tr>
        <w:tc>
          <w:tcPr>
            <w:tcW w:type="dxa" w:w="1296"/>
            <w:shd w:fill="E8F0FE"/>
          </w:tcPr>
          <w:p>
            <w:r/>
            <w:r>
              <w:rPr>
                <w:rFonts w:ascii="Calibri" w:hAnsi="Calibri"/>
                <w:sz w:val="18"/>
              </w:rPr>
              <w:t>11:30-12:00</w:t>
            </w:r>
          </w:p>
        </w:tc>
        <w:tc>
          <w:tcPr>
            <w:tcW w:type="dxa" w:w="3168"/>
            <w:shd w:fill="E8F0FE"/>
          </w:tcPr>
          <w:p>
            <w:r/>
            <w:r>
              <w:rPr>
                <w:rFonts w:ascii="Calibri" w:hAnsi="Calibri"/>
                <w:sz w:val="18"/>
              </w:rPr>
              <w:t>Stichting Alzheimer Nederland</w:t>
            </w:r>
          </w:p>
        </w:tc>
        <w:tc>
          <w:tcPr>
            <w:tcW w:type="dxa" w:w="1440"/>
            <w:shd w:fill="E8F0FE"/>
          </w:tcPr>
          <w:p>
            <w:r/>
            <w:r>
              <w:rPr>
                <w:rFonts w:ascii="Calibri" w:hAnsi="Calibri"/>
                <w:sz w:val="18"/>
              </w:rPr>
              <w:t>Key West</w:t>
            </w:r>
          </w:p>
        </w:tc>
        <w:tc>
          <w:tcPr>
            <w:tcW w:type="dxa" w:w="1008"/>
            <w:shd w:fill="E8F0FE"/>
          </w:tcPr>
          <w:p>
            <w:r/>
            <w:r>
              <w:rPr>
                <w:rFonts w:ascii="Calibri" w:hAnsi="Calibri"/>
                <w:sz w:val="18"/>
              </w:rPr>
              <w:t>Groen</w:t>
            </w:r>
          </w:p>
        </w:tc>
        <w:tc>
          <w:tcPr>
            <w:tcW w:type="dxa" w:w="2160"/>
            <w:shd w:fill="E8F0FE"/>
          </w:tcPr>
          <w:p>
            <w:r/>
            <w:r>
              <w:rPr>
                <w:rFonts w:ascii="Calibri" w:hAnsi="Calibri"/>
                <w:sz w:val="18"/>
              </w:rPr>
              <w:t>Hans Luijcx + gast</w:t>
            </w:r>
          </w:p>
        </w:tc>
      </w:tr>
      <w:tr>
        <w:tc>
          <w:tcPr>
            <w:tcW w:type="dxa" w:w="1296"/>
          </w:tcPr>
          <w:p>
            <w:r/>
            <w:r>
              <w:rPr>
                <w:rFonts w:ascii="Calibri" w:hAnsi="Calibri"/>
                <w:sz w:val="18"/>
              </w:rPr>
              <w:t>12:00-12:30</w:t>
            </w:r>
          </w:p>
        </w:tc>
        <w:tc>
          <w:tcPr>
            <w:tcW w:type="dxa" w:w="3168"/>
          </w:tcPr>
          <w:p>
            <w:r/>
            <w:r>
              <w:rPr>
                <w:rFonts w:ascii="Calibri" w:hAnsi="Calibri"/>
                <w:sz w:val="18"/>
              </w:rPr>
              <w:t>Samen Verder Bouwen — visie DG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sz w:val="18"/>
              </w:rPr>
              <w:t>Key West</w:t>
            </w:r>
          </w:p>
        </w:tc>
        <w:tc>
          <w:tcPr>
            <w:tcW w:type="dxa" w:w="1008"/>
          </w:tcPr>
          <w:p>
            <w:r/>
            <w:r>
              <w:rPr>
                <w:rFonts w:ascii="Calibri" w:hAnsi="Calibri"/>
                <w:sz w:val="18"/>
              </w:rPr>
              <w:t>Groen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Jorick van Gemert</w:t>
            </w:r>
          </w:p>
        </w:tc>
      </w:tr>
      <w:tr>
        <w:tc>
          <w:tcPr>
            <w:tcW w:type="dxa" w:w="1296"/>
            <w:shd w:fill="E8F0FE"/>
          </w:tcPr>
          <w:p>
            <w:r/>
            <w:r>
              <w:rPr>
                <w:rFonts w:ascii="Calibri" w:hAnsi="Calibri"/>
                <w:sz w:val="18"/>
              </w:rPr>
              <w:t>12:30-13:30</w:t>
            </w:r>
          </w:p>
        </w:tc>
        <w:tc>
          <w:tcPr>
            <w:tcW w:type="dxa" w:w="3168"/>
            <w:shd w:fill="E8F0FE"/>
          </w:tcPr>
          <w:p>
            <w:r/>
            <w:r>
              <w:rPr>
                <w:rFonts w:ascii="Calibri" w:hAnsi="Calibri"/>
                <w:sz w:val="18"/>
              </w:rPr>
              <w:t>Gezamenlijke lunch</w:t>
            </w:r>
          </w:p>
        </w:tc>
        <w:tc>
          <w:tcPr>
            <w:tcW w:type="dxa" w:w="1440"/>
            <w:shd w:fill="E8F0FE"/>
          </w:tcPr>
          <w:p>
            <w:r/>
            <w:r>
              <w:rPr>
                <w:rFonts w:ascii="Calibri" w:hAnsi="Calibri"/>
                <w:sz w:val="18"/>
              </w:rPr>
              <w:t>Key West/Terras</w:t>
            </w:r>
          </w:p>
        </w:tc>
        <w:tc>
          <w:tcPr>
            <w:tcW w:type="dxa" w:w="1008"/>
            <w:shd w:fill="E8F0FE"/>
          </w:tcPr>
          <w:p>
            <w:r/>
            <w:r>
              <w:rPr>
                <w:rFonts w:ascii="Calibri" w:hAnsi="Calibri"/>
                <w:sz w:val="18"/>
              </w:rPr>
              <w:t>Oranje</w:t>
            </w:r>
          </w:p>
        </w:tc>
        <w:tc>
          <w:tcPr>
            <w:tcW w:type="dxa" w:w="2160"/>
            <w:shd w:fill="E8F0FE"/>
          </w:tcPr>
          <w:p>
            <w:r/>
            <w:r>
              <w:rPr>
                <w:rFonts w:ascii="Calibri" w:hAnsi="Calibri"/>
                <w:sz w:val="18"/>
              </w:rPr>
              <w:t>Robertjan</w:t>
            </w:r>
          </w:p>
        </w:tc>
      </w:tr>
      <w:tr>
        <w:tc>
          <w:tcPr>
            <w:tcW w:type="dxa" w:w="1296"/>
          </w:tcPr>
          <w:p>
            <w:r/>
            <w:r>
              <w:rPr>
                <w:rFonts w:ascii="Calibri" w:hAnsi="Calibri"/>
                <w:sz w:val="18"/>
              </w:rPr>
              <w:t>13:30-15:00</w:t>
            </w:r>
          </w:p>
        </w:tc>
        <w:tc>
          <w:tcPr>
            <w:tcW w:type="dxa" w:w="3168"/>
          </w:tcPr>
          <w:p>
            <w:r/>
            <w:r>
              <w:rPr>
                <w:rFonts w:ascii="Calibri" w:hAnsi="Calibri"/>
                <w:sz w:val="18"/>
              </w:rPr>
              <w:t>Buitenactiviteit beach / teambuilding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sz w:val="18"/>
              </w:rPr>
              <w:t>Strand</w:t>
            </w:r>
          </w:p>
        </w:tc>
        <w:tc>
          <w:tcPr>
            <w:tcW w:type="dxa" w:w="1008"/>
          </w:tcPr>
          <w:p>
            <w:r/>
            <w:r>
              <w:rPr>
                <w:rFonts w:ascii="Calibri" w:hAnsi="Calibri"/>
                <w:sz w:val="18"/>
              </w:rPr>
              <w:t>Oranje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Jonel Penders</w:t>
            </w:r>
          </w:p>
        </w:tc>
      </w:tr>
      <w:tr>
        <w:tc>
          <w:tcPr>
            <w:tcW w:type="dxa" w:w="1296"/>
            <w:shd w:fill="E8F0FE"/>
          </w:tcPr>
          <w:p>
            <w:r/>
            <w:r>
              <w:rPr>
                <w:rFonts w:ascii="Calibri" w:hAnsi="Calibri"/>
                <w:sz w:val="18"/>
              </w:rPr>
              <w:t>15:00-15:30</w:t>
            </w:r>
          </w:p>
        </w:tc>
        <w:tc>
          <w:tcPr>
            <w:tcW w:type="dxa" w:w="3168"/>
            <w:shd w:fill="E8F0FE"/>
          </w:tcPr>
          <w:p>
            <w:r/>
            <w:r>
              <w:rPr>
                <w:rFonts w:ascii="Calibri" w:hAnsi="Calibri"/>
                <w:sz w:val="18"/>
              </w:rPr>
              <w:t>Pauze</w:t>
            </w:r>
          </w:p>
        </w:tc>
        <w:tc>
          <w:tcPr>
            <w:tcW w:type="dxa" w:w="1440"/>
            <w:shd w:fill="E8F0FE"/>
          </w:tcPr>
          <w:p>
            <w:r/>
            <w:r>
              <w:rPr>
                <w:rFonts w:ascii="Calibri" w:hAnsi="Calibri"/>
                <w:sz w:val="18"/>
              </w:rPr>
              <w:t>Terras</w:t>
            </w:r>
          </w:p>
        </w:tc>
        <w:tc>
          <w:tcPr>
            <w:tcW w:type="dxa" w:w="1008"/>
            <w:shd w:fill="E8F0FE"/>
          </w:tcPr>
          <w:p>
            <w:r/>
            <w:r>
              <w:rPr>
                <w:rFonts w:ascii="Calibri" w:hAnsi="Calibri"/>
                <w:sz w:val="18"/>
              </w:rPr>
              <w:t>Geel</w:t>
            </w:r>
          </w:p>
        </w:tc>
        <w:tc>
          <w:tcPr>
            <w:tcW w:type="dxa" w:w="2160"/>
            <w:shd w:fill="E8F0FE"/>
          </w:tcPr>
          <w:p>
            <w:r/>
            <w:r>
              <w:rPr>
                <w:rFonts w:ascii="Calibri" w:hAnsi="Calibri"/>
                <w:sz w:val="18"/>
              </w:rPr>
              <w:t>—</w:t>
            </w:r>
          </w:p>
        </w:tc>
      </w:tr>
      <w:tr>
        <w:tc>
          <w:tcPr>
            <w:tcW w:type="dxa" w:w="1296"/>
          </w:tcPr>
          <w:p>
            <w:r/>
            <w:r>
              <w:rPr>
                <w:rFonts w:ascii="Calibri" w:hAnsi="Calibri"/>
                <w:sz w:val="18"/>
              </w:rPr>
              <w:t>15:30-16:30</w:t>
            </w:r>
          </w:p>
        </w:tc>
        <w:tc>
          <w:tcPr>
            <w:tcW w:type="dxa" w:w="3168"/>
          </w:tcPr>
          <w:p>
            <w:r/>
            <w:r>
              <w:rPr>
                <w:rFonts w:ascii="Calibri" w:hAnsi="Calibri"/>
                <w:sz w:val="18"/>
              </w:rPr>
              <w:t>Interactieve sessie (world café)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sz w:val="18"/>
              </w:rPr>
              <w:t>Key West</w:t>
            </w:r>
          </w:p>
        </w:tc>
        <w:tc>
          <w:tcPr>
            <w:tcW w:type="dxa" w:w="1008"/>
          </w:tcPr>
          <w:p>
            <w:r/>
            <w:r>
              <w:rPr>
                <w:rFonts w:ascii="Calibri" w:hAnsi="Calibri"/>
                <w:sz w:val="18"/>
              </w:rPr>
              <w:t>Groen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Martijn Wokke</w:t>
            </w:r>
          </w:p>
        </w:tc>
      </w:tr>
      <w:tr>
        <w:tc>
          <w:tcPr>
            <w:tcW w:type="dxa" w:w="1296"/>
            <w:shd w:fill="E8F0FE"/>
          </w:tcPr>
          <w:p>
            <w:r/>
            <w:r>
              <w:rPr>
                <w:rFonts w:ascii="Calibri" w:hAnsi="Calibri"/>
                <w:sz w:val="18"/>
              </w:rPr>
              <w:t>16:30-18:00</w:t>
            </w:r>
          </w:p>
        </w:tc>
        <w:tc>
          <w:tcPr>
            <w:tcW w:type="dxa" w:w="3168"/>
            <w:shd w:fill="E8F0FE"/>
          </w:tcPr>
          <w:p>
            <w:r/>
            <w:r>
              <w:rPr>
                <w:rFonts w:ascii="Calibri" w:hAnsi="Calibri"/>
                <w:sz w:val="18"/>
              </w:rPr>
              <w:t>Borrel op het strand — afsluiting</w:t>
            </w:r>
          </w:p>
        </w:tc>
        <w:tc>
          <w:tcPr>
            <w:tcW w:type="dxa" w:w="1440"/>
            <w:shd w:fill="E8F0FE"/>
          </w:tcPr>
          <w:p>
            <w:r/>
            <w:r>
              <w:rPr>
                <w:rFonts w:ascii="Calibri" w:hAnsi="Calibri"/>
                <w:sz w:val="18"/>
              </w:rPr>
              <w:t>Strand</w:t>
            </w:r>
          </w:p>
        </w:tc>
        <w:tc>
          <w:tcPr>
            <w:tcW w:type="dxa" w:w="1008"/>
            <w:shd w:fill="E8F0FE"/>
          </w:tcPr>
          <w:p>
            <w:r/>
            <w:r>
              <w:rPr>
                <w:rFonts w:ascii="Calibri" w:hAnsi="Calibri"/>
                <w:sz w:val="18"/>
              </w:rPr>
              <w:t>Oranje</w:t>
            </w:r>
          </w:p>
        </w:tc>
        <w:tc>
          <w:tcPr>
            <w:tcW w:type="dxa" w:w="2160"/>
            <w:shd w:fill="E8F0FE"/>
          </w:tcPr>
          <w:p>
            <w:r/>
            <w:r>
              <w:rPr>
                <w:rFonts w:ascii="Calibri" w:hAnsi="Calibri"/>
                <w:sz w:val="18"/>
              </w:rPr>
              <w:t>Allen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2. Gedetailleerd Draaiboek per Tijdblok</w:t>
      </w:r>
    </w:p>
    <w:p>
      <w:pPr>
        <w:pStyle w:val="Heading2"/>
      </w:pPr>
      <w:r>
        <w:rPr>
          <w:rFonts w:ascii="Calibri" w:hAnsi="Calibri"/>
          <w:color w:val="003366"/>
        </w:rPr>
        <w:t>2.1 Ontvangst (10:00-10:30)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1152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Tijd</w:t>
            </w:r>
          </w:p>
        </w:tc>
        <w:tc>
          <w:tcPr>
            <w:tcW w:type="dxa" w:w="4032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Actie</w:t>
            </w:r>
          </w:p>
        </w:tc>
        <w:tc>
          <w:tcPr>
            <w:tcW w:type="dxa" w:w="1872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Verantwoordelijke</w:t>
            </w:r>
          </w:p>
        </w:tc>
        <w:tc>
          <w:tcPr>
            <w:tcW w:type="dxa" w:w="1296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Locatie</w:t>
            </w:r>
          </w:p>
        </w:tc>
      </w:tr>
      <w:tr>
        <w:tc>
          <w:tcPr>
            <w:tcW w:type="dxa" w:w="1152"/>
          </w:tcPr>
          <w:p>
            <w:r/>
            <w:r>
              <w:rPr>
                <w:rFonts w:ascii="Calibri" w:hAnsi="Calibri"/>
                <w:sz w:val="18"/>
              </w:rPr>
              <w:t>09:30</w:t>
            </w:r>
          </w:p>
        </w:tc>
        <w:tc>
          <w:tcPr>
            <w:tcW w:type="dxa" w:w="4032"/>
          </w:tcPr>
          <w:p>
            <w:r/>
            <w:r>
              <w:rPr>
                <w:rFonts w:ascii="Calibri" w:hAnsi="Calibri"/>
                <w:sz w:val="18"/>
              </w:rPr>
              <w:t>Organisatieteam arriveert, zaal controle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/>
                <w:sz w:val="18"/>
              </w:rPr>
              <w:t>Robertjan</w:t>
            </w:r>
          </w:p>
        </w:tc>
        <w:tc>
          <w:tcPr>
            <w:tcW w:type="dxa" w:w="1296"/>
          </w:tcPr>
          <w:p>
            <w:r/>
            <w:r>
              <w:rPr>
                <w:rFonts w:ascii="Calibri" w:hAnsi="Calibri"/>
                <w:sz w:val="18"/>
              </w:rPr>
              <w:t>Key West</w:t>
            </w:r>
          </w:p>
        </w:tc>
      </w:tr>
      <w:tr>
        <w:tc>
          <w:tcPr>
            <w:tcW w:type="dxa" w:w="1152"/>
            <w:shd w:fill="E8F0FE"/>
          </w:tcPr>
          <w:p>
            <w:r/>
            <w:r>
              <w:rPr>
                <w:rFonts w:ascii="Calibri" w:hAnsi="Calibri"/>
                <w:sz w:val="18"/>
              </w:rPr>
              <w:t>09:45</w:t>
            </w:r>
          </w:p>
        </w:tc>
        <w:tc>
          <w:tcPr>
            <w:tcW w:type="dxa" w:w="4032"/>
            <w:shd w:fill="E8F0FE"/>
          </w:tcPr>
          <w:p>
            <w:r/>
            <w:r>
              <w:rPr>
                <w:rFonts w:ascii="Calibri" w:hAnsi="Calibri"/>
                <w:sz w:val="18"/>
              </w:rPr>
              <w:t>AV-setup: beamer, laptop, microfoon test</w:t>
            </w:r>
          </w:p>
        </w:tc>
        <w:tc>
          <w:tcPr>
            <w:tcW w:type="dxa" w:w="1872"/>
            <w:shd w:fill="E8F0FE"/>
          </w:tcPr>
          <w:p>
            <w:r/>
            <w:r>
              <w:rPr>
                <w:rFonts w:ascii="Calibri" w:hAnsi="Calibri"/>
                <w:sz w:val="18"/>
              </w:rPr>
              <w:t>Robertjan</w:t>
            </w:r>
          </w:p>
        </w:tc>
        <w:tc>
          <w:tcPr>
            <w:tcW w:type="dxa" w:w="1296"/>
            <w:shd w:fill="E8F0FE"/>
          </w:tcPr>
          <w:p>
            <w:r/>
            <w:r>
              <w:rPr>
                <w:rFonts w:ascii="Calibri" w:hAnsi="Calibri"/>
                <w:sz w:val="18"/>
              </w:rPr>
              <w:t>Key West</w:t>
            </w:r>
          </w:p>
        </w:tc>
      </w:tr>
      <w:tr>
        <w:tc>
          <w:tcPr>
            <w:tcW w:type="dxa" w:w="1152"/>
          </w:tcPr>
          <w:p>
            <w:r/>
            <w:r>
              <w:rPr>
                <w:rFonts w:ascii="Calibri" w:hAnsi="Calibri"/>
                <w:sz w:val="18"/>
              </w:rPr>
              <w:t>09:50</w:t>
            </w:r>
          </w:p>
        </w:tc>
        <w:tc>
          <w:tcPr>
            <w:tcW w:type="dxa" w:w="4032"/>
          </w:tcPr>
          <w:p>
            <w:r/>
            <w:r>
              <w:rPr>
                <w:rFonts w:ascii="Calibri" w:hAnsi="Calibri"/>
                <w:sz w:val="18"/>
              </w:rPr>
              <w:t>Koffie/thee op terras gereed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/>
                <w:sz w:val="18"/>
              </w:rPr>
              <w:t>Catering</w:t>
            </w:r>
          </w:p>
        </w:tc>
        <w:tc>
          <w:tcPr>
            <w:tcW w:type="dxa" w:w="1296"/>
          </w:tcPr>
          <w:p>
            <w:r/>
            <w:r>
              <w:rPr>
                <w:rFonts w:ascii="Calibri" w:hAnsi="Calibri"/>
                <w:sz w:val="18"/>
              </w:rPr>
              <w:t>Terras</w:t>
            </w:r>
          </w:p>
        </w:tc>
      </w:tr>
      <w:tr>
        <w:tc>
          <w:tcPr>
            <w:tcW w:type="dxa" w:w="1152"/>
            <w:shd w:fill="E8F0FE"/>
          </w:tcPr>
          <w:p>
            <w:r/>
            <w:r>
              <w:rPr>
                <w:rFonts w:ascii="Calibri" w:hAnsi="Calibri"/>
                <w:sz w:val="18"/>
              </w:rPr>
              <w:t>10:00</w:t>
            </w:r>
          </w:p>
        </w:tc>
        <w:tc>
          <w:tcPr>
            <w:tcW w:type="dxa" w:w="4032"/>
            <w:shd w:fill="E8F0FE"/>
          </w:tcPr>
          <w:p>
            <w:r/>
            <w:r>
              <w:rPr>
                <w:rFonts w:ascii="Calibri" w:hAnsi="Calibri"/>
                <w:sz w:val="18"/>
              </w:rPr>
              <w:t>Deuren open, ontvangst genodigden</w:t>
            </w:r>
          </w:p>
        </w:tc>
        <w:tc>
          <w:tcPr>
            <w:tcW w:type="dxa" w:w="1872"/>
            <w:shd w:fill="E8F0FE"/>
          </w:tcPr>
          <w:p>
            <w:r/>
            <w:r>
              <w:rPr>
                <w:rFonts w:ascii="Calibri" w:hAnsi="Calibri"/>
                <w:sz w:val="18"/>
              </w:rPr>
              <w:t>Communicatie</w:t>
            </w:r>
          </w:p>
        </w:tc>
        <w:tc>
          <w:tcPr>
            <w:tcW w:type="dxa" w:w="1296"/>
            <w:shd w:fill="E8F0FE"/>
          </w:tcPr>
          <w:p>
            <w:r/>
            <w:r>
              <w:rPr>
                <w:rFonts w:ascii="Calibri" w:hAnsi="Calibri"/>
                <w:sz w:val="18"/>
              </w:rPr>
              <w:t>Terras</w:t>
            </w:r>
          </w:p>
        </w:tc>
      </w:tr>
      <w:tr>
        <w:tc>
          <w:tcPr>
            <w:tcW w:type="dxa" w:w="1152"/>
          </w:tcPr>
          <w:p>
            <w:r/>
            <w:r>
              <w:rPr>
                <w:rFonts w:ascii="Calibri" w:hAnsi="Calibri"/>
                <w:sz w:val="18"/>
              </w:rPr>
              <w:t>10:00-10:30</w:t>
            </w:r>
          </w:p>
        </w:tc>
        <w:tc>
          <w:tcPr>
            <w:tcW w:type="dxa" w:w="4032"/>
          </w:tcPr>
          <w:p>
            <w:r/>
            <w:r>
              <w:rPr>
                <w:rFonts w:ascii="Calibri" w:hAnsi="Calibri"/>
                <w:sz w:val="18"/>
              </w:rPr>
              <w:t>Naambadjes uitdelen, informele netwerk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/>
                <w:sz w:val="18"/>
              </w:rPr>
              <w:t>Communicatie</w:t>
            </w:r>
          </w:p>
        </w:tc>
        <w:tc>
          <w:tcPr>
            <w:tcW w:type="dxa" w:w="1296"/>
          </w:tcPr>
          <w:p>
            <w:r/>
            <w:r>
              <w:rPr>
                <w:rFonts w:ascii="Calibri" w:hAnsi="Calibri"/>
                <w:sz w:val="18"/>
              </w:rPr>
              <w:t>Terras</w:t>
            </w:r>
          </w:p>
        </w:tc>
      </w:tr>
      <w:tr>
        <w:tc>
          <w:tcPr>
            <w:tcW w:type="dxa" w:w="1152"/>
            <w:shd w:fill="E8F0FE"/>
          </w:tcPr>
          <w:p>
            <w:r/>
            <w:r>
              <w:rPr>
                <w:rFonts w:ascii="Calibri" w:hAnsi="Calibri"/>
                <w:sz w:val="18"/>
              </w:rPr>
              <w:t>10:25</w:t>
            </w:r>
          </w:p>
        </w:tc>
        <w:tc>
          <w:tcPr>
            <w:tcW w:type="dxa" w:w="4032"/>
            <w:shd w:fill="E8F0FE"/>
          </w:tcPr>
          <w:p>
            <w:r/>
            <w:r>
              <w:rPr>
                <w:rFonts w:ascii="Calibri" w:hAnsi="Calibri"/>
                <w:sz w:val="18"/>
              </w:rPr>
              <w:t>Signalering: iedereen naar Key West</w:t>
            </w:r>
          </w:p>
        </w:tc>
        <w:tc>
          <w:tcPr>
            <w:tcW w:type="dxa" w:w="1872"/>
            <w:shd w:fill="E8F0FE"/>
          </w:tcPr>
          <w:p>
            <w:r/>
            <w:r>
              <w:rPr>
                <w:rFonts w:ascii="Calibri" w:hAnsi="Calibri"/>
                <w:sz w:val="18"/>
              </w:rPr>
              <w:t>Anja/Hans-Peter</w:t>
            </w:r>
          </w:p>
        </w:tc>
        <w:tc>
          <w:tcPr>
            <w:tcW w:type="dxa" w:w="1296"/>
            <w:shd w:fill="E8F0FE"/>
          </w:tcPr>
          <w:p>
            <w:r/>
            <w:r>
              <w:rPr>
                <w:rFonts w:ascii="Calibri" w:hAnsi="Calibri"/>
                <w:sz w:val="18"/>
              </w:rPr>
              <w:t>Terras</w:t>
            </w:r>
          </w:p>
        </w:tc>
      </w:tr>
      <w:tr>
        <w:tc>
          <w:tcPr>
            <w:tcW w:type="dxa" w:w="1152"/>
          </w:tcPr>
          <w:p>
            <w:r/>
            <w:r>
              <w:rPr>
                <w:rFonts w:ascii="Calibri" w:hAnsi="Calibri"/>
                <w:sz w:val="18"/>
              </w:rPr>
              <w:t>10:30</w:t>
            </w:r>
          </w:p>
        </w:tc>
        <w:tc>
          <w:tcPr>
            <w:tcW w:type="dxa" w:w="4032"/>
          </w:tcPr>
          <w:p>
            <w:r/>
            <w:r>
              <w:rPr>
                <w:rFonts w:ascii="Calibri" w:hAnsi="Calibri"/>
                <w:sz w:val="18"/>
              </w:rPr>
              <w:t>DG betreedt zaal, start opening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/>
                <w:sz w:val="18"/>
              </w:rPr>
              <w:t>Jorick</w:t>
            </w:r>
          </w:p>
        </w:tc>
        <w:tc>
          <w:tcPr>
            <w:tcW w:type="dxa" w:w="1296"/>
          </w:tcPr>
          <w:p>
            <w:r/>
            <w:r>
              <w:rPr>
                <w:rFonts w:ascii="Calibri" w:hAnsi="Calibri"/>
                <w:sz w:val="18"/>
              </w:rPr>
              <w:t>Key West</w:t>
            </w:r>
          </w:p>
        </w:tc>
      </w:tr>
    </w:tbl>
    <w:p>
      <w:r>
        <w:t>Back-up: AV werkt niet → verhaal zonder beamer, print-outs aanwezig</w:t>
      </w:r>
    </w:p>
    <w:p>
      <w:pPr>
        <w:pStyle w:val="Heading2"/>
      </w:pPr>
      <w:r>
        <w:rPr>
          <w:rFonts w:ascii="Calibri" w:hAnsi="Calibri"/>
          <w:color w:val="003366"/>
        </w:rPr>
        <w:t>2.2 Opening + Overdrachtssymboliek (10:30-11:00)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1152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Tijd</w:t>
            </w:r>
          </w:p>
        </w:tc>
        <w:tc>
          <w:tcPr>
            <w:tcW w:type="dxa" w:w="4032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Actie</w:t>
            </w:r>
          </w:p>
        </w:tc>
        <w:tc>
          <w:tcPr>
            <w:tcW w:type="dxa" w:w="1872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Verantwoordelijke</w:t>
            </w:r>
          </w:p>
        </w:tc>
        <w:tc>
          <w:tcPr>
            <w:tcW w:type="dxa" w:w="1296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Locatie</w:t>
            </w:r>
          </w:p>
        </w:tc>
      </w:tr>
      <w:tr>
        <w:tc>
          <w:tcPr>
            <w:tcW w:type="dxa" w:w="1152"/>
          </w:tcPr>
          <w:p>
            <w:r/>
            <w:r>
              <w:rPr>
                <w:rFonts w:ascii="Calibri" w:hAnsi="Calibri"/>
                <w:sz w:val="18"/>
              </w:rPr>
              <w:t>10:30-10:35</w:t>
            </w:r>
          </w:p>
        </w:tc>
        <w:tc>
          <w:tcPr>
            <w:tcW w:type="dxa" w:w="4032"/>
          </w:tcPr>
          <w:p>
            <w:r/>
            <w:r>
              <w:rPr>
                <w:rFonts w:ascii="Calibri" w:hAnsi="Calibri"/>
                <w:sz w:val="18"/>
              </w:rPr>
              <w:t>Welkomstwoord DG Jorick van Gemert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/>
                <w:sz w:val="18"/>
              </w:rPr>
              <w:t>Jorick</w:t>
            </w:r>
          </w:p>
        </w:tc>
        <w:tc>
          <w:tcPr>
            <w:tcW w:type="dxa" w:w="1296"/>
          </w:tcPr>
          <w:p>
            <w:r/>
            <w:r>
              <w:rPr>
                <w:rFonts w:ascii="Calibri" w:hAnsi="Calibri"/>
                <w:sz w:val="18"/>
              </w:rPr>
              <w:t>Key West</w:t>
            </w:r>
          </w:p>
        </w:tc>
      </w:tr>
      <w:tr>
        <w:tc>
          <w:tcPr>
            <w:tcW w:type="dxa" w:w="1152"/>
            <w:shd w:fill="E8F0FE"/>
          </w:tcPr>
          <w:p>
            <w:r/>
            <w:r>
              <w:rPr>
                <w:rFonts w:ascii="Calibri" w:hAnsi="Calibri"/>
                <w:sz w:val="18"/>
              </w:rPr>
              <w:t>10:35-10:45</w:t>
            </w:r>
          </w:p>
        </w:tc>
        <w:tc>
          <w:tcPr>
            <w:tcW w:type="dxa" w:w="4032"/>
            <w:shd w:fill="E8F0FE"/>
          </w:tcPr>
          <w:p>
            <w:r/>
            <w:r>
              <w:rPr>
                <w:rFonts w:ascii="Calibri" w:hAnsi="Calibri"/>
                <w:sz w:val="18"/>
              </w:rPr>
              <w:t>Overdracht ambtsketen / symboliek</w:t>
            </w:r>
          </w:p>
        </w:tc>
        <w:tc>
          <w:tcPr>
            <w:tcW w:type="dxa" w:w="1872"/>
            <w:shd w:fill="E8F0FE"/>
          </w:tcPr>
          <w:p>
            <w:r/>
            <w:r>
              <w:rPr>
                <w:rFonts w:ascii="Calibri" w:hAnsi="Calibri"/>
                <w:sz w:val="18"/>
              </w:rPr>
              <w:t>Mark Wijngaarde</w:t>
            </w:r>
          </w:p>
        </w:tc>
        <w:tc>
          <w:tcPr>
            <w:tcW w:type="dxa" w:w="1296"/>
            <w:shd w:fill="E8F0FE"/>
          </w:tcPr>
          <w:p>
            <w:r/>
            <w:r>
              <w:rPr>
                <w:rFonts w:ascii="Calibri" w:hAnsi="Calibri"/>
                <w:sz w:val="18"/>
              </w:rPr>
              <w:t>Key West</w:t>
            </w:r>
          </w:p>
        </w:tc>
      </w:tr>
      <w:tr>
        <w:tc>
          <w:tcPr>
            <w:tcW w:type="dxa" w:w="1152"/>
          </w:tcPr>
          <w:p>
            <w:r/>
            <w:r>
              <w:rPr>
                <w:rFonts w:ascii="Calibri" w:hAnsi="Calibri"/>
                <w:sz w:val="18"/>
              </w:rPr>
              <w:t>10:45-10:50</w:t>
            </w:r>
          </w:p>
        </w:tc>
        <w:tc>
          <w:tcPr>
            <w:tcW w:type="dxa" w:w="4032"/>
          </w:tcPr>
          <w:p>
            <w:r/>
            <w:r>
              <w:rPr>
                <w:rFonts w:ascii="Calibri" w:hAnsi="Calibri"/>
                <w:sz w:val="18"/>
              </w:rPr>
              <w:t>Woord IPDG Pieter Haex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/>
                <w:sz w:val="18"/>
              </w:rPr>
              <w:t>Pieter</w:t>
            </w:r>
          </w:p>
        </w:tc>
        <w:tc>
          <w:tcPr>
            <w:tcW w:type="dxa" w:w="1296"/>
          </w:tcPr>
          <w:p>
            <w:r/>
            <w:r>
              <w:rPr>
                <w:rFonts w:ascii="Calibri" w:hAnsi="Calibri"/>
                <w:sz w:val="18"/>
              </w:rPr>
              <w:t>Key West</w:t>
            </w:r>
          </w:p>
        </w:tc>
      </w:tr>
      <w:tr>
        <w:tc>
          <w:tcPr>
            <w:tcW w:type="dxa" w:w="1152"/>
            <w:shd w:fill="E8F0FE"/>
          </w:tcPr>
          <w:p>
            <w:r/>
            <w:r>
              <w:rPr>
                <w:rFonts w:ascii="Calibri" w:hAnsi="Calibri"/>
                <w:sz w:val="18"/>
              </w:rPr>
              <w:t>10:50-11:00</w:t>
            </w:r>
          </w:p>
        </w:tc>
        <w:tc>
          <w:tcPr>
            <w:tcW w:type="dxa" w:w="4032"/>
            <w:shd w:fill="E8F0FE"/>
          </w:tcPr>
          <w:p>
            <w:r/>
            <w:r>
              <w:rPr>
                <w:rFonts w:ascii="Calibri" w:hAnsi="Calibri"/>
                <w:sz w:val="18"/>
              </w:rPr>
              <w:t>Voorstellen kabinet (kort, per functie)</w:t>
            </w:r>
          </w:p>
        </w:tc>
        <w:tc>
          <w:tcPr>
            <w:tcW w:type="dxa" w:w="1872"/>
            <w:shd w:fill="E8F0FE"/>
          </w:tcPr>
          <w:p>
            <w:r/>
            <w:r>
              <w:rPr>
                <w:rFonts w:ascii="Calibri" w:hAnsi="Calibri"/>
                <w:sz w:val="18"/>
              </w:rPr>
              <w:t>Jorick</w:t>
            </w:r>
          </w:p>
        </w:tc>
        <w:tc>
          <w:tcPr>
            <w:tcW w:type="dxa" w:w="1296"/>
            <w:shd w:fill="E8F0FE"/>
          </w:tcPr>
          <w:p>
            <w:r/>
            <w:r>
              <w:rPr>
                <w:rFonts w:ascii="Calibri" w:hAnsi="Calibri"/>
                <w:sz w:val="18"/>
              </w:rPr>
              <w:t>Key West</w:t>
            </w:r>
          </w:p>
        </w:tc>
      </w:tr>
    </w:tbl>
    <w:p>
      <w:r>
        <w:t>AV: Presentatie DG op scherm. Back-up: geprint script op tafel.</w:t>
      </w:r>
    </w:p>
    <w:p>
      <w:pPr>
        <w:pStyle w:val="Heading2"/>
      </w:pPr>
      <w:r>
        <w:rPr>
          <w:rFonts w:ascii="Calibri" w:hAnsi="Calibri"/>
          <w:color w:val="003366"/>
        </w:rPr>
        <w:t>2.3 Lions 75 Jaar Presentatie (11:00-11:30)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1152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Tijd</w:t>
            </w:r>
          </w:p>
        </w:tc>
        <w:tc>
          <w:tcPr>
            <w:tcW w:type="dxa" w:w="4032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Actie</w:t>
            </w:r>
          </w:p>
        </w:tc>
        <w:tc>
          <w:tcPr>
            <w:tcW w:type="dxa" w:w="1872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Verantwoordelijke</w:t>
            </w:r>
          </w:p>
        </w:tc>
        <w:tc>
          <w:tcPr>
            <w:tcW w:type="dxa" w:w="1296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Locatie</w:t>
            </w:r>
          </w:p>
        </w:tc>
      </w:tr>
      <w:tr>
        <w:tc>
          <w:tcPr>
            <w:tcW w:type="dxa" w:w="1152"/>
          </w:tcPr>
          <w:p>
            <w:r/>
            <w:r>
              <w:rPr>
                <w:rFonts w:ascii="Calibri" w:hAnsi="Calibri"/>
                <w:sz w:val="18"/>
              </w:rPr>
              <w:t>11:00-11:25</w:t>
            </w:r>
          </w:p>
        </w:tc>
        <w:tc>
          <w:tcPr>
            <w:tcW w:type="dxa" w:w="4032"/>
          </w:tcPr>
          <w:p>
            <w:r/>
            <w:r>
              <w:rPr>
                <w:rFonts w:ascii="Calibri" w:hAnsi="Calibri"/>
                <w:sz w:val="18"/>
              </w:rPr>
              <w:t>Presentatie: 75 jaar Lions NL — historie, impact, toekomst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/>
                <w:sz w:val="18"/>
              </w:rPr>
              <w:t>Pieter Haex</w:t>
            </w:r>
          </w:p>
        </w:tc>
        <w:tc>
          <w:tcPr>
            <w:tcW w:type="dxa" w:w="1296"/>
          </w:tcPr>
          <w:p>
            <w:r/>
            <w:r>
              <w:rPr>
                <w:rFonts w:ascii="Calibri" w:hAnsi="Calibri"/>
                <w:sz w:val="18"/>
              </w:rPr>
              <w:t>Key West</w:t>
            </w:r>
          </w:p>
        </w:tc>
      </w:tr>
      <w:tr>
        <w:tc>
          <w:tcPr>
            <w:tcW w:type="dxa" w:w="1152"/>
            <w:shd w:fill="E8F0FE"/>
          </w:tcPr>
          <w:p>
            <w:r/>
            <w:r>
              <w:rPr>
                <w:rFonts w:ascii="Calibri" w:hAnsi="Calibri"/>
                <w:sz w:val="18"/>
              </w:rPr>
              <w:t>11:25-11:30</w:t>
            </w:r>
          </w:p>
        </w:tc>
        <w:tc>
          <w:tcPr>
            <w:tcW w:type="dxa" w:w="4032"/>
            <w:shd w:fill="E8F0FE"/>
          </w:tcPr>
          <w:p>
            <w:r/>
            <w:r>
              <w:rPr>
                <w:rFonts w:ascii="Calibri" w:hAnsi="Calibri"/>
                <w:sz w:val="18"/>
              </w:rPr>
              <w:t>LCIF spotlight + lustrumplannen 2026-2027</w:t>
            </w:r>
          </w:p>
        </w:tc>
        <w:tc>
          <w:tcPr>
            <w:tcW w:type="dxa" w:w="1872"/>
            <w:shd w:fill="E8F0FE"/>
          </w:tcPr>
          <w:p>
            <w:r/>
            <w:r>
              <w:rPr>
                <w:rFonts w:ascii="Calibri" w:hAnsi="Calibri"/>
                <w:sz w:val="18"/>
              </w:rPr>
              <w:t>Pieter Haex</w:t>
            </w:r>
          </w:p>
        </w:tc>
        <w:tc>
          <w:tcPr>
            <w:tcW w:type="dxa" w:w="1296"/>
            <w:shd w:fill="E8F0FE"/>
          </w:tcPr>
          <w:p>
            <w:r/>
            <w:r>
              <w:rPr>
                <w:rFonts w:ascii="Calibri" w:hAnsi="Calibri"/>
                <w:sz w:val="18"/>
              </w:rPr>
              <w:t>Key West</w:t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</w:rPr>
        <w:t>2.4 Stichting Alzheimer Nederland (11:30-12:00)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1152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Tijd</w:t>
            </w:r>
          </w:p>
        </w:tc>
        <w:tc>
          <w:tcPr>
            <w:tcW w:type="dxa" w:w="4032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Actie</w:t>
            </w:r>
          </w:p>
        </w:tc>
        <w:tc>
          <w:tcPr>
            <w:tcW w:type="dxa" w:w="1872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Verantwoordelijke</w:t>
            </w:r>
          </w:p>
        </w:tc>
        <w:tc>
          <w:tcPr>
            <w:tcW w:type="dxa" w:w="1296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Locatie</w:t>
            </w:r>
          </w:p>
        </w:tc>
      </w:tr>
      <w:tr>
        <w:tc>
          <w:tcPr>
            <w:tcW w:type="dxa" w:w="1152"/>
          </w:tcPr>
          <w:p>
            <w:r/>
            <w:r>
              <w:rPr>
                <w:rFonts w:ascii="Calibri" w:hAnsi="Calibri"/>
                <w:sz w:val="18"/>
              </w:rPr>
              <w:t>11:30-11:45</w:t>
            </w:r>
          </w:p>
        </w:tc>
        <w:tc>
          <w:tcPr>
            <w:tcW w:type="dxa" w:w="4032"/>
          </w:tcPr>
          <w:p>
            <w:r/>
            <w:r>
              <w:rPr>
                <w:rFonts w:ascii="Calibri" w:hAnsi="Calibri"/>
                <w:sz w:val="18"/>
              </w:rPr>
              <w:t>Presentatie: Alzheimer NL als goed doel — plannen district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/>
                <w:sz w:val="18"/>
              </w:rPr>
              <w:t>Hans Luijcx</w:t>
            </w:r>
          </w:p>
        </w:tc>
        <w:tc>
          <w:tcPr>
            <w:tcW w:type="dxa" w:w="1296"/>
          </w:tcPr>
          <w:p>
            <w:r/>
            <w:r>
              <w:rPr>
                <w:rFonts w:ascii="Calibri" w:hAnsi="Calibri"/>
                <w:sz w:val="18"/>
              </w:rPr>
              <w:t>Key West</w:t>
            </w:r>
          </w:p>
        </w:tc>
      </w:tr>
      <w:tr>
        <w:tc>
          <w:tcPr>
            <w:tcW w:type="dxa" w:w="1152"/>
            <w:shd w:fill="E8F0FE"/>
          </w:tcPr>
          <w:p>
            <w:r/>
            <w:r>
              <w:rPr>
                <w:rFonts w:ascii="Calibri" w:hAnsi="Calibri"/>
                <w:sz w:val="18"/>
              </w:rPr>
              <w:t>11:45-12:00</w:t>
            </w:r>
          </w:p>
        </w:tc>
        <w:tc>
          <w:tcPr>
            <w:tcW w:type="dxa" w:w="4032"/>
            <w:shd w:fill="E8F0FE"/>
          </w:tcPr>
          <w:p>
            <w:r/>
            <w:r>
              <w:rPr>
                <w:rFonts w:ascii="Calibri" w:hAnsi="Calibri"/>
                <w:sz w:val="18"/>
              </w:rPr>
              <w:t>Bijdrage gast spreker Alzheimer Nederland (indien beschikbaar)</w:t>
            </w:r>
          </w:p>
        </w:tc>
        <w:tc>
          <w:tcPr>
            <w:tcW w:type="dxa" w:w="1872"/>
            <w:shd w:fill="E8F0FE"/>
          </w:tcPr>
          <w:p>
            <w:r/>
            <w:r>
              <w:rPr>
                <w:rFonts w:ascii="Calibri" w:hAnsi="Calibri"/>
                <w:sz w:val="18"/>
              </w:rPr>
              <w:t>Gast</w:t>
            </w:r>
          </w:p>
        </w:tc>
        <w:tc>
          <w:tcPr>
            <w:tcW w:type="dxa" w:w="1296"/>
            <w:shd w:fill="E8F0FE"/>
          </w:tcPr>
          <w:p>
            <w:r/>
            <w:r>
              <w:rPr>
                <w:rFonts w:ascii="Calibri" w:hAnsi="Calibri"/>
                <w:sz w:val="18"/>
              </w:rPr>
              <w:t>Key West</w:t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</w:rPr>
        <w:t>2.5 Samen Verder Bouwen — Visie DG (12:00-12:30)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1152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Tijd</w:t>
            </w:r>
          </w:p>
        </w:tc>
        <w:tc>
          <w:tcPr>
            <w:tcW w:type="dxa" w:w="4032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Actie</w:t>
            </w:r>
          </w:p>
        </w:tc>
        <w:tc>
          <w:tcPr>
            <w:tcW w:type="dxa" w:w="1872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Verantwoordelijke</w:t>
            </w:r>
          </w:p>
        </w:tc>
        <w:tc>
          <w:tcPr>
            <w:tcW w:type="dxa" w:w="1296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Locatie</w:t>
            </w:r>
          </w:p>
        </w:tc>
      </w:tr>
      <w:tr>
        <w:tc>
          <w:tcPr>
            <w:tcW w:type="dxa" w:w="1152"/>
          </w:tcPr>
          <w:p>
            <w:r/>
            <w:r>
              <w:rPr>
                <w:rFonts w:ascii="Calibri" w:hAnsi="Calibri"/>
                <w:sz w:val="18"/>
              </w:rPr>
              <w:t>12:00-12:25</w:t>
            </w:r>
          </w:p>
        </w:tc>
        <w:tc>
          <w:tcPr>
            <w:tcW w:type="dxa" w:w="4032"/>
          </w:tcPr>
          <w:p>
            <w:r/>
            <w:r>
              <w:rPr>
                <w:rFonts w:ascii="Calibri" w:hAnsi="Calibri"/>
                <w:sz w:val="18"/>
              </w:rPr>
              <w:t>Keynote: "Samen Verder Bouwen" — drie bouwniveaus, plannen 2026-2027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/>
                <w:sz w:val="18"/>
              </w:rPr>
              <w:t>Jorick</w:t>
            </w:r>
          </w:p>
        </w:tc>
        <w:tc>
          <w:tcPr>
            <w:tcW w:type="dxa" w:w="1296"/>
          </w:tcPr>
          <w:p>
            <w:r/>
            <w:r>
              <w:rPr>
                <w:rFonts w:ascii="Calibri" w:hAnsi="Calibri"/>
                <w:sz w:val="18"/>
              </w:rPr>
              <w:t>Key West</w:t>
            </w:r>
          </w:p>
        </w:tc>
      </w:tr>
      <w:tr>
        <w:tc>
          <w:tcPr>
            <w:tcW w:type="dxa" w:w="1152"/>
            <w:shd w:fill="E8F0FE"/>
          </w:tcPr>
          <w:p>
            <w:r/>
            <w:r>
              <w:rPr>
                <w:rFonts w:ascii="Calibri" w:hAnsi="Calibri"/>
                <w:sz w:val="18"/>
              </w:rPr>
              <w:t>12:25-12:30</w:t>
            </w:r>
          </w:p>
        </w:tc>
        <w:tc>
          <w:tcPr>
            <w:tcW w:type="dxa" w:w="4032"/>
            <w:shd w:fill="E8F0FE"/>
          </w:tcPr>
          <w:p>
            <w:r/>
            <w:r>
              <w:rPr>
                <w:rFonts w:ascii="Calibri" w:hAnsi="Calibri"/>
                <w:sz w:val="18"/>
              </w:rPr>
              <w:t>Schiphol-project Pier C aankondiging</w:t>
            </w:r>
          </w:p>
        </w:tc>
        <w:tc>
          <w:tcPr>
            <w:tcW w:type="dxa" w:w="1872"/>
            <w:shd w:fill="E8F0FE"/>
          </w:tcPr>
          <w:p>
            <w:r/>
            <w:r>
              <w:rPr>
                <w:rFonts w:ascii="Calibri" w:hAnsi="Calibri"/>
                <w:sz w:val="18"/>
              </w:rPr>
              <w:t>Jorick</w:t>
            </w:r>
          </w:p>
        </w:tc>
        <w:tc>
          <w:tcPr>
            <w:tcW w:type="dxa" w:w="1296"/>
            <w:shd w:fill="E8F0FE"/>
          </w:tcPr>
          <w:p>
            <w:r/>
            <w:r>
              <w:rPr>
                <w:rFonts w:ascii="Calibri" w:hAnsi="Calibri"/>
                <w:sz w:val="18"/>
              </w:rPr>
              <w:t>Key West</w:t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</w:rPr>
        <w:t>2.6 Gezamenlijke Lunch (12:30-13:30)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1152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Tijd</w:t>
            </w:r>
          </w:p>
        </w:tc>
        <w:tc>
          <w:tcPr>
            <w:tcW w:type="dxa" w:w="4032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Actie</w:t>
            </w:r>
          </w:p>
        </w:tc>
        <w:tc>
          <w:tcPr>
            <w:tcW w:type="dxa" w:w="1872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Verantwoordelijke</w:t>
            </w:r>
          </w:p>
        </w:tc>
        <w:tc>
          <w:tcPr>
            <w:tcW w:type="dxa" w:w="1296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Locatie</w:t>
            </w:r>
          </w:p>
        </w:tc>
      </w:tr>
      <w:tr>
        <w:tc>
          <w:tcPr>
            <w:tcW w:type="dxa" w:w="1152"/>
          </w:tcPr>
          <w:p>
            <w:r/>
            <w:r>
              <w:rPr>
                <w:rFonts w:ascii="Calibri" w:hAnsi="Calibri"/>
                <w:sz w:val="18"/>
              </w:rPr>
              <w:t>12:30</w:t>
            </w:r>
          </w:p>
        </w:tc>
        <w:tc>
          <w:tcPr>
            <w:tcW w:type="dxa" w:w="4032"/>
          </w:tcPr>
          <w:p>
            <w:r/>
            <w:r>
              <w:rPr>
                <w:rFonts w:ascii="Calibri" w:hAnsi="Calibri"/>
                <w:sz w:val="18"/>
              </w:rPr>
              <w:t>Overgang naar lunchlocatie (Key West of terras)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/>
                <w:sz w:val="18"/>
              </w:rPr>
              <w:t>Robertjan</w:t>
            </w:r>
          </w:p>
        </w:tc>
        <w:tc>
          <w:tcPr>
            <w:tcW w:type="dxa" w:w="1296"/>
          </w:tcPr>
          <w:p>
            <w:r/>
            <w:r>
              <w:rPr>
                <w:rFonts w:ascii="Calibri" w:hAnsi="Calibri"/>
                <w:sz w:val="18"/>
              </w:rPr>
              <w:t>Key West/Terras</w:t>
            </w:r>
          </w:p>
        </w:tc>
      </w:tr>
      <w:tr>
        <w:tc>
          <w:tcPr>
            <w:tcW w:type="dxa" w:w="1152"/>
            <w:shd w:fill="E8F0FE"/>
          </w:tcPr>
          <w:p>
            <w:r/>
            <w:r>
              <w:rPr>
                <w:rFonts w:ascii="Calibri" w:hAnsi="Calibri"/>
                <w:sz w:val="18"/>
              </w:rPr>
              <w:t>12:30-13:30</w:t>
            </w:r>
          </w:p>
        </w:tc>
        <w:tc>
          <w:tcPr>
            <w:tcW w:type="dxa" w:w="4032"/>
            <w:shd w:fill="E8F0FE"/>
          </w:tcPr>
          <w:p>
            <w:r/>
            <w:r>
              <w:rPr>
                <w:rFonts w:ascii="Calibri" w:hAnsi="Calibri"/>
                <w:sz w:val="18"/>
              </w:rPr>
              <w:t>Uitgebreide lunch buffet — informele sfeer</w:t>
            </w:r>
          </w:p>
        </w:tc>
        <w:tc>
          <w:tcPr>
            <w:tcW w:type="dxa" w:w="1872"/>
            <w:shd w:fill="E8F0FE"/>
          </w:tcPr>
          <w:p>
            <w:r/>
            <w:r>
              <w:rPr>
                <w:rFonts w:ascii="Calibri" w:hAnsi="Calibri"/>
                <w:sz w:val="18"/>
              </w:rPr>
              <w:t>Catering</w:t>
            </w:r>
          </w:p>
        </w:tc>
        <w:tc>
          <w:tcPr>
            <w:tcW w:type="dxa" w:w="1296"/>
            <w:shd w:fill="E8F0FE"/>
          </w:tcPr>
          <w:p>
            <w:r/>
            <w:r>
              <w:rPr>
                <w:rFonts w:ascii="Calibri" w:hAnsi="Calibri"/>
                <w:sz w:val="18"/>
              </w:rPr>
              <w:t>Key West/Terras</w:t>
            </w:r>
          </w:p>
        </w:tc>
      </w:tr>
      <w:tr>
        <w:tc>
          <w:tcPr>
            <w:tcW w:type="dxa" w:w="1152"/>
          </w:tcPr>
          <w:p>
            <w:r/>
            <w:r>
              <w:rPr>
                <w:rFonts w:ascii="Calibri" w:hAnsi="Calibri"/>
                <w:sz w:val="18"/>
              </w:rPr>
              <w:t>13:15</w:t>
            </w:r>
          </w:p>
        </w:tc>
        <w:tc>
          <w:tcPr>
            <w:tcW w:type="dxa" w:w="4032"/>
          </w:tcPr>
          <w:p>
            <w:r/>
            <w:r>
              <w:rPr>
                <w:rFonts w:ascii="Calibri" w:hAnsi="Calibri"/>
                <w:sz w:val="18"/>
              </w:rPr>
              <w:t>Signalering: 15 minuten tot buitenactiviteit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/>
                <w:sz w:val="18"/>
              </w:rPr>
              <w:t>Communicatie</w:t>
            </w:r>
          </w:p>
        </w:tc>
        <w:tc>
          <w:tcPr>
            <w:tcW w:type="dxa" w:w="1296"/>
          </w:tcPr>
          <w:p>
            <w:r/>
            <w:r>
              <w:rPr>
                <w:rFonts w:ascii="Calibri" w:hAnsi="Calibri"/>
                <w:sz w:val="18"/>
              </w:rPr>
              <w:t>—</w:t>
            </w:r>
          </w:p>
        </w:tc>
      </w:tr>
    </w:tbl>
    <w:p>
      <w:r>
        <w:t>Back-up regen: lunch volledig indoor Key West.</w:t>
      </w:r>
    </w:p>
    <w:p>
      <w:pPr>
        <w:pStyle w:val="Heading2"/>
      </w:pPr>
      <w:r>
        <w:rPr>
          <w:rFonts w:ascii="Calibri" w:hAnsi="Calibri"/>
          <w:color w:val="003366"/>
        </w:rPr>
        <w:t>2.7 Buitenactiviteit Beach / Teambuilding (13:30-15:00)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1152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Tijd</w:t>
            </w:r>
          </w:p>
        </w:tc>
        <w:tc>
          <w:tcPr>
            <w:tcW w:type="dxa" w:w="4032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Actie</w:t>
            </w:r>
          </w:p>
        </w:tc>
        <w:tc>
          <w:tcPr>
            <w:tcW w:type="dxa" w:w="1872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Verantwoordelijke</w:t>
            </w:r>
          </w:p>
        </w:tc>
        <w:tc>
          <w:tcPr>
            <w:tcW w:type="dxa" w:w="1296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Locatie</w:t>
            </w:r>
          </w:p>
        </w:tc>
      </w:tr>
      <w:tr>
        <w:tc>
          <w:tcPr>
            <w:tcW w:type="dxa" w:w="1152"/>
          </w:tcPr>
          <w:p>
            <w:r/>
            <w:r>
              <w:rPr>
                <w:rFonts w:ascii="Calibri" w:hAnsi="Calibri"/>
                <w:sz w:val="18"/>
              </w:rPr>
              <w:t>13:30-13:45</w:t>
            </w:r>
          </w:p>
        </w:tc>
        <w:tc>
          <w:tcPr>
            <w:tcW w:type="dxa" w:w="4032"/>
          </w:tcPr>
          <w:p>
            <w:r/>
            <w:r>
              <w:rPr>
                <w:rFonts w:ascii="Calibri" w:hAnsi="Calibri"/>
                <w:sz w:val="18"/>
              </w:rPr>
              <w:t>Introductie werkvorm door GLT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/>
                <w:sz w:val="18"/>
              </w:rPr>
              <w:t>Jonel Penders</w:t>
            </w:r>
          </w:p>
        </w:tc>
        <w:tc>
          <w:tcPr>
            <w:tcW w:type="dxa" w:w="1296"/>
          </w:tcPr>
          <w:p>
            <w:r/>
            <w:r>
              <w:rPr>
                <w:rFonts w:ascii="Calibri" w:hAnsi="Calibri"/>
                <w:sz w:val="18"/>
              </w:rPr>
              <w:t>Strand</w:t>
            </w:r>
          </w:p>
        </w:tc>
      </w:tr>
      <w:tr>
        <w:tc>
          <w:tcPr>
            <w:tcW w:type="dxa" w:w="1152"/>
            <w:shd w:fill="E8F0FE"/>
          </w:tcPr>
          <w:p>
            <w:r/>
            <w:r>
              <w:rPr>
                <w:rFonts w:ascii="Calibri" w:hAnsi="Calibri"/>
                <w:sz w:val="18"/>
              </w:rPr>
              <w:t>13:45-15:00</w:t>
            </w:r>
          </w:p>
        </w:tc>
        <w:tc>
          <w:tcPr>
            <w:tcW w:type="dxa" w:w="4032"/>
            <w:shd w:fill="E8F0FE"/>
          </w:tcPr>
          <w:p>
            <w:r/>
            <w:r>
              <w:rPr>
                <w:rFonts w:ascii="Calibri" w:hAnsi="Calibri"/>
                <w:sz w:val="18"/>
              </w:rPr>
              <w:t>Activiteit: speeddates / teambuilding op het strand</w:t>
            </w:r>
          </w:p>
        </w:tc>
        <w:tc>
          <w:tcPr>
            <w:tcW w:type="dxa" w:w="1872"/>
            <w:shd w:fill="E8F0FE"/>
          </w:tcPr>
          <w:p>
            <w:r/>
            <w:r>
              <w:rPr>
                <w:rFonts w:ascii="Calibri" w:hAnsi="Calibri"/>
                <w:sz w:val="18"/>
              </w:rPr>
              <w:t>Jonel + zonevz.</w:t>
            </w:r>
          </w:p>
        </w:tc>
        <w:tc>
          <w:tcPr>
            <w:tcW w:type="dxa" w:w="1296"/>
            <w:shd w:fill="E8F0FE"/>
          </w:tcPr>
          <w:p>
            <w:r/>
            <w:r>
              <w:rPr>
                <w:rFonts w:ascii="Calibri" w:hAnsi="Calibri"/>
                <w:sz w:val="18"/>
              </w:rPr>
              <w:t>Strand</w:t>
            </w:r>
          </w:p>
        </w:tc>
      </w:tr>
      <w:tr>
        <w:tc>
          <w:tcPr>
            <w:tcW w:type="dxa" w:w="1152"/>
          </w:tcPr>
          <w:p>
            <w:r/>
            <w:r>
              <w:rPr>
                <w:rFonts w:ascii="Calibri" w:hAnsi="Calibri"/>
                <w:sz w:val="18"/>
              </w:rPr>
              <w:t>14:45</w:t>
            </w:r>
          </w:p>
        </w:tc>
        <w:tc>
          <w:tcPr>
            <w:tcW w:type="dxa" w:w="4032"/>
          </w:tcPr>
          <w:p>
            <w:r/>
            <w:r>
              <w:rPr>
                <w:rFonts w:ascii="Calibri" w:hAnsi="Calibri"/>
                <w:sz w:val="18"/>
              </w:rPr>
              <w:t>Signalering: 15 minuten tot pauze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/>
                <w:sz w:val="18"/>
              </w:rPr>
              <w:t>Communicatie</w:t>
            </w:r>
          </w:p>
        </w:tc>
        <w:tc>
          <w:tcPr>
            <w:tcW w:type="dxa" w:w="1296"/>
          </w:tcPr>
          <w:p>
            <w:r/>
            <w:r>
              <w:rPr>
                <w:rFonts w:ascii="Calibri" w:hAnsi="Calibri"/>
                <w:sz w:val="18"/>
              </w:rPr>
              <w:t>Strand</w:t>
            </w:r>
          </w:p>
        </w:tc>
      </w:tr>
    </w:tbl>
    <w:p>
      <w:r>
        <w:t>Back-up regen: verplaats naar Key West — interactieve quiz of discussie in ronde opstelling.</w:t>
      </w:r>
    </w:p>
    <w:p>
      <w:pPr>
        <w:pStyle w:val="Heading2"/>
      </w:pPr>
      <w:r>
        <w:rPr>
          <w:rFonts w:ascii="Calibri" w:hAnsi="Calibri"/>
          <w:color w:val="003366"/>
        </w:rPr>
        <w:t>2.8 Pauze (15:00-15:30)</w:t>
      </w:r>
    </w:p>
    <w:p>
      <w:r>
        <w:t>Koffie, thee, verse sap en snacks op het terras. Tijd voor informeel overleg en telefoontjes.</w:t>
      </w:r>
    </w:p>
    <w:p>
      <w:pPr>
        <w:pStyle w:val="Heading2"/>
      </w:pPr>
      <w:r>
        <w:rPr>
          <w:rFonts w:ascii="Calibri" w:hAnsi="Calibri"/>
          <w:color w:val="003366"/>
        </w:rPr>
        <w:t>2.9 Interactieve Sessie — World Café (15:30-16:30)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1152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Tijd</w:t>
            </w:r>
          </w:p>
        </w:tc>
        <w:tc>
          <w:tcPr>
            <w:tcW w:type="dxa" w:w="4032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Actie</w:t>
            </w:r>
          </w:p>
        </w:tc>
        <w:tc>
          <w:tcPr>
            <w:tcW w:type="dxa" w:w="1872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Verantwoordelijke</w:t>
            </w:r>
          </w:p>
        </w:tc>
        <w:tc>
          <w:tcPr>
            <w:tcW w:type="dxa" w:w="1296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Locatie</w:t>
            </w:r>
          </w:p>
        </w:tc>
      </w:tr>
      <w:tr>
        <w:tc>
          <w:tcPr>
            <w:tcW w:type="dxa" w:w="1152"/>
          </w:tcPr>
          <w:p>
            <w:r/>
            <w:r>
              <w:rPr>
                <w:rFonts w:ascii="Calibri" w:hAnsi="Calibri"/>
                <w:sz w:val="18"/>
              </w:rPr>
              <w:t>15:30-15:35</w:t>
            </w:r>
          </w:p>
        </w:tc>
        <w:tc>
          <w:tcPr>
            <w:tcW w:type="dxa" w:w="4032"/>
          </w:tcPr>
          <w:p>
            <w:r/>
            <w:r>
              <w:rPr>
                <w:rFonts w:ascii="Calibri" w:hAnsi="Calibri"/>
                <w:sz w:val="18"/>
              </w:rPr>
              <w:t>Uitleg world café formaat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/>
                <w:sz w:val="18"/>
              </w:rPr>
              <w:t>Martijn Wokke</w:t>
            </w:r>
          </w:p>
        </w:tc>
        <w:tc>
          <w:tcPr>
            <w:tcW w:type="dxa" w:w="1296"/>
          </w:tcPr>
          <w:p>
            <w:r/>
            <w:r>
              <w:rPr>
                <w:rFonts w:ascii="Calibri" w:hAnsi="Calibri"/>
                <w:sz w:val="18"/>
              </w:rPr>
              <w:t>Key West</w:t>
            </w:r>
          </w:p>
        </w:tc>
      </w:tr>
      <w:tr>
        <w:tc>
          <w:tcPr>
            <w:tcW w:type="dxa" w:w="1152"/>
            <w:shd w:fill="E8F0FE"/>
          </w:tcPr>
          <w:p>
            <w:r/>
            <w:r>
              <w:rPr>
                <w:rFonts w:ascii="Calibri" w:hAnsi="Calibri"/>
                <w:sz w:val="18"/>
              </w:rPr>
              <w:t>15:35-16:20</w:t>
            </w:r>
          </w:p>
        </w:tc>
        <w:tc>
          <w:tcPr>
            <w:tcW w:type="dxa" w:w="4032"/>
            <w:shd w:fill="E8F0FE"/>
          </w:tcPr>
          <w:p>
            <w:r/>
            <w:r>
              <w:rPr>
                <w:rFonts w:ascii="Calibri" w:hAnsi="Calibri"/>
                <w:sz w:val="18"/>
              </w:rPr>
              <w:t>Drie ronde tafels: (1) Clubs versterken, (2) Zichtbaarheid, (3) Organisatie/ICT</w:t>
            </w:r>
          </w:p>
        </w:tc>
        <w:tc>
          <w:tcPr>
            <w:tcW w:type="dxa" w:w="1872"/>
            <w:shd w:fill="E8F0FE"/>
          </w:tcPr>
          <w:p>
            <w:r/>
            <w:r>
              <w:rPr>
                <w:rFonts w:ascii="Calibri" w:hAnsi="Calibri"/>
                <w:sz w:val="18"/>
              </w:rPr>
              <w:t>Tafelvoorzitters</w:t>
            </w:r>
          </w:p>
        </w:tc>
        <w:tc>
          <w:tcPr>
            <w:tcW w:type="dxa" w:w="1296"/>
            <w:shd w:fill="E8F0FE"/>
          </w:tcPr>
          <w:p>
            <w:r/>
            <w:r>
              <w:rPr>
                <w:rFonts w:ascii="Calibri" w:hAnsi="Calibri"/>
                <w:sz w:val="18"/>
              </w:rPr>
              <w:t>Key West</w:t>
            </w:r>
          </w:p>
        </w:tc>
      </w:tr>
      <w:tr>
        <w:tc>
          <w:tcPr>
            <w:tcW w:type="dxa" w:w="1152"/>
          </w:tcPr>
          <w:p>
            <w:r/>
            <w:r>
              <w:rPr>
                <w:rFonts w:ascii="Calibri" w:hAnsi="Calibri"/>
                <w:sz w:val="18"/>
              </w:rPr>
              <w:t>16:20-16:30</w:t>
            </w:r>
          </w:p>
        </w:tc>
        <w:tc>
          <w:tcPr>
            <w:tcW w:type="dxa" w:w="4032"/>
          </w:tcPr>
          <w:p>
            <w:r/>
            <w:r>
              <w:rPr>
                <w:rFonts w:ascii="Calibri" w:hAnsi="Calibri"/>
                <w:sz w:val="18"/>
              </w:rPr>
              <w:t>Plenair: per tafel top-3 inzichten delen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/>
                <w:sz w:val="18"/>
              </w:rPr>
              <w:t>Martijn Wokke</w:t>
            </w:r>
          </w:p>
        </w:tc>
        <w:tc>
          <w:tcPr>
            <w:tcW w:type="dxa" w:w="1296"/>
          </w:tcPr>
          <w:p>
            <w:r/>
            <w:r>
              <w:rPr>
                <w:rFonts w:ascii="Calibri" w:hAnsi="Calibri"/>
                <w:sz w:val="18"/>
              </w:rPr>
              <w:t>Key West</w:t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</w:rPr>
        <w:t>2.10 Borrel op het Strand — Afsluiting (16:30-18:00)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1152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Tijd</w:t>
            </w:r>
          </w:p>
        </w:tc>
        <w:tc>
          <w:tcPr>
            <w:tcW w:type="dxa" w:w="4032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Actie</w:t>
            </w:r>
          </w:p>
        </w:tc>
        <w:tc>
          <w:tcPr>
            <w:tcW w:type="dxa" w:w="1872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Verantwoordelijke</w:t>
            </w:r>
          </w:p>
        </w:tc>
        <w:tc>
          <w:tcPr>
            <w:tcW w:type="dxa" w:w="1296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Locatie</w:t>
            </w:r>
          </w:p>
        </w:tc>
      </w:tr>
      <w:tr>
        <w:tc>
          <w:tcPr>
            <w:tcW w:type="dxa" w:w="1152"/>
          </w:tcPr>
          <w:p>
            <w:r/>
            <w:r>
              <w:rPr>
                <w:rFonts w:ascii="Calibri" w:hAnsi="Calibri"/>
                <w:sz w:val="18"/>
              </w:rPr>
              <w:t>16:30</w:t>
            </w:r>
          </w:p>
        </w:tc>
        <w:tc>
          <w:tcPr>
            <w:tcW w:type="dxa" w:w="4032"/>
          </w:tcPr>
          <w:p>
            <w:r/>
            <w:r>
              <w:rPr>
                <w:rFonts w:ascii="Calibri" w:hAnsi="Calibri"/>
                <w:sz w:val="18"/>
              </w:rPr>
              <w:t>Overgang naar strand, BBQ borrel start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/>
                <w:sz w:val="18"/>
              </w:rPr>
              <w:t>Catering</w:t>
            </w:r>
          </w:p>
        </w:tc>
        <w:tc>
          <w:tcPr>
            <w:tcW w:type="dxa" w:w="1296"/>
          </w:tcPr>
          <w:p>
            <w:r/>
            <w:r>
              <w:rPr>
                <w:rFonts w:ascii="Calibri" w:hAnsi="Calibri"/>
                <w:sz w:val="18"/>
              </w:rPr>
              <w:t>Strand</w:t>
            </w:r>
          </w:p>
        </w:tc>
      </w:tr>
      <w:tr>
        <w:tc>
          <w:tcPr>
            <w:tcW w:type="dxa" w:w="1152"/>
            <w:shd w:fill="E8F0FE"/>
          </w:tcPr>
          <w:p>
            <w:r/>
            <w:r>
              <w:rPr>
                <w:rFonts w:ascii="Calibri" w:hAnsi="Calibri"/>
                <w:sz w:val="18"/>
              </w:rPr>
              <w:t>16:30-17:30</w:t>
            </w:r>
          </w:p>
        </w:tc>
        <w:tc>
          <w:tcPr>
            <w:tcW w:type="dxa" w:w="4032"/>
            <w:shd w:fill="E8F0FE"/>
          </w:tcPr>
          <w:p>
            <w:r/>
            <w:r>
              <w:rPr>
                <w:rFonts w:ascii="Calibri" w:hAnsi="Calibri"/>
                <w:sz w:val="18"/>
              </w:rPr>
              <w:t>Informele borrel, netwerken, foto's</w:t>
            </w:r>
          </w:p>
        </w:tc>
        <w:tc>
          <w:tcPr>
            <w:tcW w:type="dxa" w:w="1872"/>
            <w:shd w:fill="E8F0FE"/>
          </w:tcPr>
          <w:p>
            <w:r/>
            <w:r>
              <w:rPr>
                <w:rFonts w:ascii="Calibri" w:hAnsi="Calibri"/>
                <w:sz w:val="18"/>
              </w:rPr>
              <w:t>Allen</w:t>
            </w:r>
          </w:p>
        </w:tc>
        <w:tc>
          <w:tcPr>
            <w:tcW w:type="dxa" w:w="1296"/>
            <w:shd w:fill="E8F0FE"/>
          </w:tcPr>
          <w:p>
            <w:r/>
            <w:r>
              <w:rPr>
                <w:rFonts w:ascii="Calibri" w:hAnsi="Calibri"/>
                <w:sz w:val="18"/>
              </w:rPr>
              <w:t>Strand</w:t>
            </w:r>
          </w:p>
        </w:tc>
      </w:tr>
      <w:tr>
        <w:tc>
          <w:tcPr>
            <w:tcW w:type="dxa" w:w="1152"/>
          </w:tcPr>
          <w:p>
            <w:r/>
            <w:r>
              <w:rPr>
                <w:rFonts w:ascii="Calibri" w:hAnsi="Calibri"/>
                <w:sz w:val="18"/>
              </w:rPr>
              <w:t>17:30-17:45</w:t>
            </w:r>
          </w:p>
        </w:tc>
        <w:tc>
          <w:tcPr>
            <w:tcW w:type="dxa" w:w="4032"/>
          </w:tcPr>
          <w:p>
            <w:r/>
            <w:r>
              <w:rPr>
                <w:rFonts w:ascii="Calibri" w:hAnsi="Calibri"/>
                <w:sz w:val="18"/>
              </w:rPr>
              <w:t>Korte afsluiting door DG + bedankje organisatie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/>
                <w:sz w:val="18"/>
              </w:rPr>
              <w:t>Jorick</w:t>
            </w:r>
          </w:p>
        </w:tc>
        <w:tc>
          <w:tcPr>
            <w:tcW w:type="dxa" w:w="1296"/>
          </w:tcPr>
          <w:p>
            <w:r/>
            <w:r>
              <w:rPr>
                <w:rFonts w:ascii="Calibri" w:hAnsi="Calibri"/>
                <w:sz w:val="18"/>
              </w:rPr>
              <w:t>Strand</w:t>
            </w:r>
          </w:p>
        </w:tc>
      </w:tr>
      <w:tr>
        <w:tc>
          <w:tcPr>
            <w:tcW w:type="dxa" w:w="1152"/>
            <w:shd w:fill="E8F0FE"/>
          </w:tcPr>
          <w:p>
            <w:r/>
            <w:r>
              <w:rPr>
                <w:rFonts w:ascii="Calibri" w:hAnsi="Calibri"/>
                <w:sz w:val="18"/>
              </w:rPr>
              <w:t>17:45-18:00</w:t>
            </w:r>
          </w:p>
        </w:tc>
        <w:tc>
          <w:tcPr>
            <w:tcW w:type="dxa" w:w="4032"/>
            <w:shd w:fill="E8F0FE"/>
          </w:tcPr>
          <w:p>
            <w:r/>
            <w:r>
              <w:rPr>
                <w:rFonts w:ascii="Calibri" w:hAnsi="Calibri"/>
                <w:sz w:val="18"/>
              </w:rPr>
              <w:t>Fotomoment kabinet + groepsfoto</w:t>
            </w:r>
          </w:p>
        </w:tc>
        <w:tc>
          <w:tcPr>
            <w:tcW w:type="dxa" w:w="1872"/>
            <w:shd w:fill="E8F0FE"/>
          </w:tcPr>
          <w:p>
            <w:r/>
            <w:r>
              <w:rPr>
                <w:rFonts w:ascii="Calibri" w:hAnsi="Calibri"/>
                <w:sz w:val="18"/>
              </w:rPr>
              <w:t>Fotograaf</w:t>
            </w:r>
          </w:p>
        </w:tc>
        <w:tc>
          <w:tcPr>
            <w:tcW w:type="dxa" w:w="1296"/>
            <w:shd w:fill="E8F0FE"/>
          </w:tcPr>
          <w:p>
            <w:r/>
            <w:r>
              <w:rPr>
                <w:rFonts w:ascii="Calibri" w:hAnsi="Calibri"/>
                <w:sz w:val="18"/>
              </w:rPr>
              <w:t>Strand</w:t>
            </w:r>
          </w:p>
        </w:tc>
      </w:tr>
      <w:tr>
        <w:tc>
          <w:tcPr>
            <w:tcW w:type="dxa" w:w="1152"/>
          </w:tcPr>
          <w:p>
            <w:r/>
            <w:r>
              <w:rPr>
                <w:rFonts w:ascii="Calibri" w:hAnsi="Calibri"/>
                <w:sz w:val="18"/>
              </w:rPr>
              <w:t>18:00</w:t>
            </w:r>
          </w:p>
        </w:tc>
        <w:tc>
          <w:tcPr>
            <w:tcW w:type="dxa" w:w="4032"/>
          </w:tcPr>
          <w:p>
            <w:r/>
            <w:r>
              <w:rPr>
                <w:rFonts w:ascii="Calibri" w:hAnsi="Calibri"/>
                <w:sz w:val="18"/>
              </w:rPr>
              <w:t>Officiële afsluiting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/>
                <w:sz w:val="18"/>
              </w:rPr>
              <w:t>Jorick</w:t>
            </w:r>
          </w:p>
        </w:tc>
        <w:tc>
          <w:tcPr>
            <w:tcW w:type="dxa" w:w="1296"/>
          </w:tcPr>
          <w:p>
            <w:r/>
            <w:r>
              <w:rPr>
                <w:rFonts w:ascii="Calibri" w:hAnsi="Calibri"/>
                <w:sz w:val="18"/>
              </w:rPr>
              <w:t>Strand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3. Logistiek &amp; Faciliteiten</w:t>
      </w:r>
    </w:p>
    <w:p>
      <w:pPr>
        <w:pStyle w:val="Heading2"/>
      </w:pPr>
      <w:r>
        <w:rPr>
          <w:rFonts w:ascii="Calibri" w:hAnsi="Calibri"/>
          <w:color w:val="003366"/>
        </w:rPr>
        <w:t>3.1 Zaalindeling Key West</w:t>
      </w:r>
    </w:p>
    <w:p>
      <w:r>
        <w:t>Theater-opstelling voor het formele gedeelte (10:30-12:30). Ronde tafels (6 tafels x 6-7 personen) voor de world café sessie (15:30-16:30). Ombouw tijdens lunchpauze door cateringpersoneel + organisatieteam.</w:t>
      </w:r>
    </w:p>
    <w:p>
      <w:pPr>
        <w:pStyle w:val="Heading2"/>
      </w:pPr>
      <w:r>
        <w:rPr>
          <w:rFonts w:ascii="Calibri" w:hAnsi="Calibri"/>
          <w:color w:val="003366"/>
        </w:rPr>
        <w:t>3.2 Catering-tijdlijn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152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Tijd</w:t>
            </w:r>
          </w:p>
        </w:tc>
        <w:tc>
          <w:tcPr>
            <w:tcW w:type="dxa" w:w="432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Actie</w:t>
            </w:r>
          </w:p>
        </w:tc>
        <w:tc>
          <w:tcPr>
            <w:tcW w:type="dxa" w:w="216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Verantwoordelijke</w:t>
            </w:r>
          </w:p>
        </w:tc>
      </w:tr>
      <w:tr>
        <w:tc>
          <w:tcPr>
            <w:tcW w:type="dxa" w:w="1152"/>
          </w:tcPr>
          <w:p>
            <w:r/>
            <w:r>
              <w:rPr>
                <w:rFonts w:ascii="Calibri" w:hAnsi="Calibri"/>
                <w:sz w:val="18"/>
              </w:rPr>
              <w:t>09:00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Catering arriveert, opstelling buffet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Catering</w:t>
            </w:r>
          </w:p>
        </w:tc>
      </w:tr>
      <w:tr>
        <w:tc>
          <w:tcPr>
            <w:tcW w:type="dxa" w:w="1152"/>
            <w:shd w:fill="E8F0FE"/>
          </w:tcPr>
          <w:p>
            <w:r/>
            <w:r>
              <w:rPr>
                <w:rFonts w:ascii="Calibri" w:hAnsi="Calibri"/>
                <w:sz w:val="18"/>
              </w:rPr>
              <w:t>09:50</w:t>
            </w:r>
          </w:p>
        </w:tc>
        <w:tc>
          <w:tcPr>
            <w:tcW w:type="dxa" w:w="4320"/>
            <w:shd w:fill="E8F0FE"/>
          </w:tcPr>
          <w:p>
            <w:r/>
            <w:r>
              <w:rPr>
                <w:rFonts w:ascii="Calibri" w:hAnsi="Calibri"/>
                <w:sz w:val="18"/>
              </w:rPr>
              <w:t>Koffie/Thee ontvangst gereed</w:t>
            </w:r>
          </w:p>
        </w:tc>
        <w:tc>
          <w:tcPr>
            <w:tcW w:type="dxa" w:w="2160"/>
            <w:shd w:fill="E8F0FE"/>
          </w:tcPr>
          <w:p>
            <w:r/>
            <w:r>
              <w:rPr>
                <w:rFonts w:ascii="Calibri" w:hAnsi="Calibri"/>
                <w:sz w:val="18"/>
              </w:rPr>
              <w:t>Catering</w:t>
            </w:r>
          </w:p>
        </w:tc>
      </w:tr>
      <w:tr>
        <w:tc>
          <w:tcPr>
            <w:tcW w:type="dxa" w:w="1152"/>
          </w:tcPr>
          <w:p>
            <w:r/>
            <w:r>
              <w:rPr>
                <w:rFonts w:ascii="Calibri" w:hAnsi="Calibri"/>
                <w:sz w:val="18"/>
              </w:rPr>
              <w:t>12:25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Buffet lunch opgebouwd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Catering</w:t>
            </w:r>
          </w:p>
        </w:tc>
      </w:tr>
      <w:tr>
        <w:tc>
          <w:tcPr>
            <w:tcW w:type="dxa" w:w="1152"/>
            <w:shd w:fill="E8F0FE"/>
          </w:tcPr>
          <w:p>
            <w:r/>
            <w:r>
              <w:rPr>
                <w:rFonts w:ascii="Calibri" w:hAnsi="Calibri"/>
                <w:sz w:val="18"/>
              </w:rPr>
              <w:t>12:30</w:t>
            </w:r>
          </w:p>
        </w:tc>
        <w:tc>
          <w:tcPr>
            <w:tcW w:type="dxa" w:w="4320"/>
            <w:shd w:fill="E8F0FE"/>
          </w:tcPr>
          <w:p>
            <w:r/>
            <w:r>
              <w:rPr>
                <w:rFonts w:ascii="Calibri" w:hAnsi="Calibri"/>
                <w:sz w:val="18"/>
              </w:rPr>
              <w:t>Lunch start</w:t>
            </w:r>
          </w:p>
        </w:tc>
        <w:tc>
          <w:tcPr>
            <w:tcW w:type="dxa" w:w="2160"/>
            <w:shd w:fill="E8F0FE"/>
          </w:tcPr>
          <w:p>
            <w:r/>
            <w:r>
              <w:rPr>
                <w:rFonts w:ascii="Calibri" w:hAnsi="Calibri"/>
                <w:sz w:val="18"/>
              </w:rPr>
              <w:t>Catering</w:t>
            </w:r>
          </w:p>
        </w:tc>
      </w:tr>
      <w:tr>
        <w:tc>
          <w:tcPr>
            <w:tcW w:type="dxa" w:w="1152"/>
          </w:tcPr>
          <w:p>
            <w:r/>
            <w:r>
              <w:rPr>
                <w:rFonts w:ascii="Calibri" w:hAnsi="Calibri"/>
                <w:sz w:val="18"/>
              </w:rPr>
              <w:t>15:00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Pauze: sap, snacks, koffie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Catering</w:t>
            </w:r>
          </w:p>
        </w:tc>
      </w:tr>
      <w:tr>
        <w:tc>
          <w:tcPr>
            <w:tcW w:type="dxa" w:w="1152"/>
            <w:shd w:fill="E8F0FE"/>
          </w:tcPr>
          <w:p>
            <w:r/>
            <w:r>
              <w:rPr>
                <w:rFonts w:ascii="Calibri" w:hAnsi="Calibri"/>
                <w:sz w:val="18"/>
              </w:rPr>
              <w:t>16:30</w:t>
            </w:r>
          </w:p>
        </w:tc>
        <w:tc>
          <w:tcPr>
            <w:tcW w:type="dxa" w:w="4320"/>
            <w:shd w:fill="E8F0FE"/>
          </w:tcPr>
          <w:p>
            <w:r/>
            <w:r>
              <w:rPr>
                <w:rFonts w:ascii="Calibri" w:hAnsi="Calibri"/>
                <w:sz w:val="18"/>
              </w:rPr>
              <w:t>BBQ borrel strand opgezet</w:t>
            </w:r>
          </w:p>
        </w:tc>
        <w:tc>
          <w:tcPr>
            <w:tcW w:type="dxa" w:w="2160"/>
            <w:shd w:fill="E8F0FE"/>
          </w:tcPr>
          <w:p>
            <w:r/>
            <w:r>
              <w:rPr>
                <w:rFonts w:ascii="Calibri" w:hAnsi="Calibri"/>
                <w:sz w:val="18"/>
              </w:rPr>
              <w:t>Catering</w:t>
            </w:r>
          </w:p>
        </w:tc>
      </w:tr>
      <w:tr>
        <w:tc>
          <w:tcPr>
            <w:tcW w:type="dxa" w:w="1152"/>
          </w:tcPr>
          <w:p>
            <w:r/>
            <w:r>
              <w:rPr>
                <w:rFonts w:ascii="Calibri" w:hAnsi="Calibri"/>
                <w:sz w:val="18"/>
              </w:rPr>
              <w:t>18:30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Catering afbouw + opruimen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Catering</w:t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</w:rPr>
        <w:t>3.3 Strand Setup</w:t>
      </w:r>
    </w:p>
    <w:p>
      <w:r>
        <w:t>Beach area wordt ingericht met: lounge-set voor DG/IPDG, statafel voor dranken, BBQ-opstelling, statafels voor netwerken. Eventueel Lions-vlaggen en 75-jaar spandoek. Setup door organisatieteam vanaf 09:00, catering verzorgt dranken/BBQ.</w:t>
      </w:r>
    </w:p>
    <w:p>
      <w:pPr>
        <w:pStyle w:val="Heading2"/>
      </w:pPr>
      <w:r>
        <w:rPr>
          <w:rFonts w:ascii="Calibri" w:hAnsi="Calibri"/>
          <w:color w:val="003366"/>
        </w:rPr>
        <w:t>3.4 Parkeerinformatie</w:t>
      </w:r>
    </w:p>
    <w:p>
      <w:r>
        <w:t>Papa's Beach House beschikt over gratis parkeerplaatsen. Het Haarlemmermeerse Bos is bereikbaar via N201 (afslag Hoofddorp/Zwaanshoek) of via de A4 (afslag 3 Hoofddorp). Routebeschrijving wordt meegestuurd met de uitnodiging.</w:t>
      </w:r>
    </w:p>
    <w:p>
      <w:pPr>
        <w:pStyle w:val="Heading1"/>
      </w:pPr>
      <w:r>
        <w:rPr>
          <w:rFonts w:ascii="Calibri" w:hAnsi="Calibri"/>
          <w:color w:val="003366"/>
        </w:rPr>
        <w:t>4. Communicatie op de Dag</w:t>
      </w:r>
    </w:p>
    <w:p>
      <w:pPr>
        <w:pStyle w:val="Heading2"/>
      </w:pPr>
      <w:r>
        <w:rPr>
          <w:rFonts w:ascii="Calibri" w:hAnsi="Calibri"/>
          <w:color w:val="003366"/>
        </w:rPr>
        <w:t>4.1 Emergency Contacts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592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Rol</w:t>
            </w:r>
          </w:p>
        </w:tc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Naam</w:t>
            </w:r>
          </w:p>
        </w:tc>
        <w:tc>
          <w:tcPr>
            <w:tcW w:type="dxa" w:w="216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Telefoon</w:t>
            </w:r>
          </w:p>
        </w:tc>
      </w:tr>
      <w:tr>
        <w:tc>
          <w:tcPr>
            <w:tcW w:type="dxa" w:w="2592"/>
          </w:tcPr>
          <w:p>
            <w:r/>
            <w:r>
              <w:rPr>
                <w:rFonts w:ascii="Calibri" w:hAnsi="Calibri"/>
                <w:sz w:val="18"/>
              </w:rPr>
              <w:t>Projectleider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sz w:val="18"/>
              </w:rPr>
              <w:t>Jorick van Gemert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06-XXXXXXXX</w:t>
            </w:r>
          </w:p>
        </w:tc>
      </w:tr>
      <w:tr>
        <w:tc>
          <w:tcPr>
            <w:tcW w:type="dxa" w:w="2592"/>
            <w:shd w:fill="E8F0FE"/>
          </w:tcPr>
          <w:p>
            <w:r/>
            <w:r>
              <w:rPr>
                <w:rFonts w:ascii="Calibri" w:hAnsi="Calibri"/>
                <w:sz w:val="18"/>
              </w:rPr>
              <w:t>Logistiek</w:t>
            </w:r>
          </w:p>
        </w:tc>
        <w:tc>
          <w:tcPr>
            <w:tcW w:type="dxa" w:w="2880"/>
            <w:shd w:fill="E8F0FE"/>
          </w:tcPr>
          <w:p>
            <w:r/>
            <w:r>
              <w:rPr>
                <w:rFonts w:ascii="Calibri" w:hAnsi="Calibri"/>
                <w:sz w:val="18"/>
              </w:rPr>
              <w:t>Robertjan Reininga</w:t>
            </w:r>
          </w:p>
        </w:tc>
        <w:tc>
          <w:tcPr>
            <w:tcW w:type="dxa" w:w="2160"/>
            <w:shd w:fill="E8F0FE"/>
          </w:tcPr>
          <w:p>
            <w:r/>
            <w:r>
              <w:rPr>
                <w:rFonts w:ascii="Calibri" w:hAnsi="Calibri"/>
                <w:sz w:val="18"/>
              </w:rPr>
              <w:t>06-30077898</w:t>
            </w:r>
          </w:p>
        </w:tc>
      </w:tr>
      <w:tr>
        <w:tc>
          <w:tcPr>
            <w:tcW w:type="dxa" w:w="2592"/>
          </w:tcPr>
          <w:p>
            <w:r/>
            <w:r>
              <w:rPr>
                <w:rFonts w:ascii="Calibri" w:hAnsi="Calibri"/>
                <w:sz w:val="18"/>
              </w:rPr>
              <w:t>Communicatie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sz w:val="18"/>
              </w:rPr>
              <w:t>Anja Luijcx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—</w:t>
            </w:r>
          </w:p>
        </w:tc>
      </w:tr>
      <w:tr>
        <w:tc>
          <w:tcPr>
            <w:tcW w:type="dxa" w:w="2592"/>
            <w:shd w:fill="E8F0FE"/>
          </w:tcPr>
          <w:p>
            <w:r/>
            <w:r>
              <w:rPr>
                <w:rFonts w:ascii="Calibri" w:hAnsi="Calibri"/>
                <w:sz w:val="18"/>
              </w:rPr>
              <w:t>Financiën</w:t>
            </w:r>
          </w:p>
        </w:tc>
        <w:tc>
          <w:tcPr>
            <w:tcW w:type="dxa" w:w="2880"/>
            <w:shd w:fill="E8F0FE"/>
          </w:tcPr>
          <w:p>
            <w:r/>
            <w:r>
              <w:rPr>
                <w:rFonts w:ascii="Calibri" w:hAnsi="Calibri"/>
                <w:sz w:val="18"/>
              </w:rPr>
              <w:t>Harrie Welmer</w:t>
            </w:r>
          </w:p>
        </w:tc>
        <w:tc>
          <w:tcPr>
            <w:tcW w:type="dxa" w:w="2160"/>
            <w:shd w:fill="E8F0FE"/>
          </w:tcPr>
          <w:p>
            <w:r/>
            <w:r>
              <w:rPr>
                <w:rFonts w:ascii="Calibri" w:hAnsi="Calibri"/>
                <w:sz w:val="18"/>
              </w:rPr>
              <w:t>—</w:t>
            </w:r>
          </w:p>
        </w:tc>
      </w:tr>
      <w:tr>
        <w:tc>
          <w:tcPr>
            <w:tcW w:type="dxa" w:w="2592"/>
          </w:tcPr>
          <w:p>
            <w:r/>
            <w:r>
              <w:rPr>
                <w:rFonts w:ascii="Calibri" w:hAnsi="Calibri"/>
                <w:sz w:val="18"/>
              </w:rPr>
              <w:t>Papa's Beach House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sz w:val="18"/>
              </w:rPr>
              <w:t>MiceOperations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via offerte</w:t>
            </w:r>
          </w:p>
        </w:tc>
      </w:tr>
      <w:tr>
        <w:tc>
          <w:tcPr>
            <w:tcW w:type="dxa" w:w="2592"/>
            <w:shd w:fill="E8F0FE"/>
          </w:tcPr>
          <w:p>
            <w:r/>
            <w:r>
              <w:rPr>
                <w:rFonts w:ascii="Calibri" w:hAnsi="Calibri"/>
                <w:sz w:val="18"/>
              </w:rPr>
              <w:t>Catering</w:t>
            </w:r>
          </w:p>
        </w:tc>
        <w:tc>
          <w:tcPr>
            <w:tcW w:type="dxa" w:w="2880"/>
            <w:shd w:fill="E8F0FE"/>
          </w:tcPr>
          <w:p>
            <w:r/>
            <w:r>
              <w:rPr>
                <w:rFonts w:ascii="Calibri" w:hAnsi="Calibri"/>
                <w:sz w:val="18"/>
              </w:rPr>
              <w:t>TBA</w:t>
            </w:r>
          </w:p>
        </w:tc>
        <w:tc>
          <w:tcPr>
            <w:tcW w:type="dxa" w:w="2160"/>
            <w:shd w:fill="E8F0FE"/>
          </w:tcPr>
          <w:p>
            <w:r/>
            <w:r>
              <w:rPr>
                <w:rFonts w:ascii="Calibri" w:hAnsi="Calibri"/>
                <w:sz w:val="18"/>
              </w:rPr>
              <w:t>—</w:t>
            </w:r>
          </w:p>
        </w:tc>
      </w:tr>
      <w:tr>
        <w:tc>
          <w:tcPr>
            <w:tcW w:type="dxa" w:w="2592"/>
          </w:tcPr>
          <w:p>
            <w:r/>
            <w:r>
              <w:rPr>
                <w:rFonts w:ascii="Calibri" w:hAnsi="Calibri"/>
                <w:sz w:val="18"/>
              </w:rPr>
              <w:t>Fotograaf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sz w:val="18"/>
              </w:rPr>
              <w:t>TBA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—</w:t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</w:rPr>
        <w:t>4.2 Afzegging-protocol</w:t>
      </w:r>
    </w:p>
    <w:p>
      <w:r>
        <w:t>Afzeggingen uiterlijk T-48 uur doorgeven aan Jorick (WhatsApp of telefoon). Catering kan tot T-24 uur in aantal worden aangepast (max. -5 personen). Na T-24 uur: volledige catering kosten verschuldigd.</w:t>
      </w:r>
    </w:p>
    <w:p>
      <w:pPr>
        <w:pStyle w:val="Heading2"/>
      </w:pPr>
      <w:r>
        <w:rPr>
          <w:rFonts w:ascii="Calibri" w:hAnsi="Calibri"/>
          <w:color w:val="003366"/>
        </w:rPr>
        <w:t>4.3 WhatsApp-groep</w:t>
      </w:r>
    </w:p>
    <w:p>
      <w:r>
        <w:t>Tijdens de dag is er een actieve WhatsApp-groep voor het organisatieteam (Jorick, Robertjan, Anja, Harrie, Jonel, Mark). Deze groep wordt gebruikt voor coördinatie, tijdsignalen en noodsituaties.</w:t>
      </w:r>
    </w:p>
    <w:p>
      <w:pPr>
        <w:pStyle w:val="Heading1"/>
      </w:pPr>
      <w:r>
        <w:rPr>
          <w:rFonts w:ascii="Calibri" w:hAnsi="Calibri"/>
          <w:color w:val="003366"/>
        </w:rPr>
        <w:t>5. Na de Dag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152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Datum</w:t>
            </w:r>
          </w:p>
        </w:tc>
        <w:tc>
          <w:tcPr>
            <w:tcW w:type="dxa" w:w="504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Actie</w:t>
            </w:r>
          </w:p>
        </w:tc>
        <w:tc>
          <w:tcPr>
            <w:tcW w:type="dxa" w:w="216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Verantwoordelijke</w:t>
            </w:r>
          </w:p>
        </w:tc>
      </w:tr>
      <w:tr>
        <w:tc>
          <w:tcPr>
            <w:tcW w:type="dxa" w:w="1152"/>
          </w:tcPr>
          <w:p>
            <w:r/>
            <w:r>
              <w:rPr>
                <w:rFonts w:ascii="Calibri" w:hAnsi="Calibri"/>
                <w:sz w:val="18"/>
              </w:rPr>
              <w:t>18 aug</w:t>
            </w:r>
          </w:p>
        </w:tc>
        <w:tc>
          <w:tcPr>
            <w:tcW w:type="dxa" w:w="5040"/>
          </w:tcPr>
          <w:p>
            <w:r/>
            <w:r>
              <w:rPr>
                <w:rFonts w:ascii="Calibri" w:hAnsi="Calibri"/>
                <w:sz w:val="18"/>
              </w:rPr>
              <w:t>Bedankmail sturen naar alle deelnemers + afwezigen met samenvatting + foto's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Communicatie</w:t>
            </w:r>
          </w:p>
        </w:tc>
      </w:tr>
      <w:tr>
        <w:tc>
          <w:tcPr>
            <w:tcW w:type="dxa" w:w="1152"/>
            <w:shd w:fill="E8F0FE"/>
          </w:tcPr>
          <w:p>
            <w:r/>
            <w:r>
              <w:rPr>
                <w:rFonts w:ascii="Calibri" w:hAnsi="Calibri"/>
                <w:sz w:val="18"/>
              </w:rPr>
              <w:t>22 aug</w:t>
            </w:r>
          </w:p>
        </w:tc>
        <w:tc>
          <w:tcPr>
            <w:tcW w:type="dxa" w:w="5040"/>
            <w:shd w:fill="E8F0FE"/>
          </w:tcPr>
          <w:p>
            <w:r/>
            <w:r>
              <w:rPr>
                <w:rFonts w:ascii="Calibri" w:hAnsi="Calibri"/>
                <w:sz w:val="18"/>
              </w:rPr>
              <w:t>Facturen controleren en goedkeuren voor betaling</w:t>
            </w:r>
          </w:p>
        </w:tc>
        <w:tc>
          <w:tcPr>
            <w:tcW w:type="dxa" w:w="2160"/>
            <w:shd w:fill="E8F0FE"/>
          </w:tcPr>
          <w:p>
            <w:r/>
            <w:r>
              <w:rPr>
                <w:rFonts w:ascii="Calibri" w:hAnsi="Calibri"/>
                <w:sz w:val="18"/>
              </w:rPr>
              <w:t>Harrie Welmer</w:t>
            </w:r>
          </w:p>
        </w:tc>
      </w:tr>
      <w:tr>
        <w:tc>
          <w:tcPr>
            <w:tcW w:type="dxa" w:w="1152"/>
          </w:tcPr>
          <w:p>
            <w:r/>
            <w:r>
              <w:rPr>
                <w:rFonts w:ascii="Calibri" w:hAnsi="Calibri"/>
                <w:sz w:val="18"/>
              </w:rPr>
              <w:t>22 aug</w:t>
            </w:r>
          </w:p>
        </w:tc>
        <w:tc>
          <w:tcPr>
            <w:tcW w:type="dxa" w:w="5040"/>
          </w:tcPr>
          <w:p>
            <w:r/>
            <w:r>
              <w:rPr>
                <w:rFonts w:ascii="Calibri" w:hAnsi="Calibri"/>
                <w:sz w:val="18"/>
              </w:rPr>
              <w:t>Verslag kabinetswissel opstellen (1 A4)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Jorick / Hans-Peter</w:t>
            </w:r>
          </w:p>
        </w:tc>
      </w:tr>
      <w:tr>
        <w:tc>
          <w:tcPr>
            <w:tcW w:type="dxa" w:w="1152"/>
            <w:shd w:fill="E8F0FE"/>
          </w:tcPr>
          <w:p>
            <w:r/>
            <w:r>
              <w:rPr>
                <w:rFonts w:ascii="Calibri" w:hAnsi="Calibri"/>
                <w:sz w:val="18"/>
              </w:rPr>
              <w:t>29 aug</w:t>
            </w:r>
          </w:p>
        </w:tc>
        <w:tc>
          <w:tcPr>
            <w:tcW w:type="dxa" w:w="5040"/>
            <w:shd w:fill="E8F0FE"/>
          </w:tcPr>
          <w:p>
            <w:r/>
            <w:r>
              <w:rPr>
                <w:rFonts w:ascii="Calibri" w:hAnsi="Calibri"/>
                <w:sz w:val="18"/>
              </w:rPr>
              <w:t>Evaluatieformulier versturen naar kabinet</w:t>
            </w:r>
          </w:p>
        </w:tc>
        <w:tc>
          <w:tcPr>
            <w:tcW w:type="dxa" w:w="2160"/>
            <w:shd w:fill="E8F0FE"/>
          </w:tcPr>
          <w:p>
            <w:r/>
            <w:r>
              <w:rPr>
                <w:rFonts w:ascii="Calibri" w:hAnsi="Calibri"/>
                <w:sz w:val="18"/>
              </w:rPr>
              <w:t>Projectleider</w:t>
            </w:r>
          </w:p>
        </w:tc>
      </w:tr>
      <w:tr>
        <w:tc>
          <w:tcPr>
            <w:tcW w:type="dxa" w:w="1152"/>
          </w:tcPr>
          <w:p>
            <w:r/>
            <w:r>
              <w:rPr>
                <w:rFonts w:ascii="Calibri" w:hAnsi="Calibri"/>
                <w:sz w:val="18"/>
              </w:rPr>
              <w:t>5 sep</w:t>
            </w:r>
          </w:p>
        </w:tc>
        <w:tc>
          <w:tcPr>
            <w:tcW w:type="dxa" w:w="5040"/>
          </w:tcPr>
          <w:p>
            <w:r/>
            <w:r>
              <w:rPr>
                <w:rFonts w:ascii="Calibri" w:hAnsi="Calibri"/>
                <w:sz w:val="18"/>
              </w:rPr>
              <w:t>Evaluatierapport opstellen + actielijst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Projectleider</w:t>
            </w:r>
          </w:p>
        </w:tc>
      </w:tr>
      <w:tr>
        <w:tc>
          <w:tcPr>
            <w:tcW w:type="dxa" w:w="1152"/>
            <w:shd w:fill="E8F0FE"/>
          </w:tcPr>
          <w:p>
            <w:r/>
            <w:r>
              <w:rPr>
                <w:rFonts w:ascii="Calibri" w:hAnsi="Calibri"/>
                <w:sz w:val="18"/>
              </w:rPr>
              <w:t>15 sep</w:t>
            </w:r>
          </w:p>
        </w:tc>
        <w:tc>
          <w:tcPr>
            <w:tcW w:type="dxa" w:w="5040"/>
            <w:shd w:fill="E8F0FE"/>
          </w:tcPr>
          <w:p>
            <w:r/>
            <w:r>
              <w:rPr>
                <w:rFonts w:ascii="Calibri" w:hAnsi="Calibri"/>
                <w:sz w:val="18"/>
              </w:rPr>
              <w:t>Evaluatie bespreken in eerstvolgende kabinetsvergadering</w:t>
            </w:r>
          </w:p>
        </w:tc>
        <w:tc>
          <w:tcPr>
            <w:tcW w:type="dxa" w:w="2160"/>
            <w:shd w:fill="E8F0FE"/>
          </w:tcPr>
          <w:p>
            <w:r/>
            <w:r>
              <w:rPr>
                <w:rFonts w:ascii="Calibri" w:hAnsi="Calibri"/>
                <w:sz w:val="18"/>
              </w:rPr>
              <w:t>Jorick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6. Checklists</w:t>
      </w:r>
    </w:p>
    <w:p>
      <w:pPr>
        <w:pStyle w:val="Heading2"/>
      </w:pPr>
      <w:r>
        <w:rPr>
          <w:rFonts w:ascii="Calibri" w:hAnsi="Calibri"/>
          <w:color w:val="003366"/>
        </w:rPr>
        <w:t>6.1 T-4 Weken (18 juli 2026)</w:t>
      </w:r>
    </w:p>
    <w:p>
      <w:r>
        <w:t>☐  Definitief programma vastgesteld en gecommuniceerd</w:t>
      </w:r>
    </w:p>
    <w:p>
      <w:r>
        <w:t>☐  Locatiebevestiging + catering-opgave (40 personen)</w:t>
      </w:r>
    </w:p>
    <w:p>
      <w:r>
        <w:t>☐  Fotograaf bevestigd (of besluit: geen fotograaf)</w:t>
      </w:r>
    </w:p>
    <w:p>
      <w:r>
        <w:t>☐  AV-apparatuur geregeld (eigen of gehuurd)</w:t>
      </w:r>
    </w:p>
    <w:p>
      <w:r>
        <w:t>☐  Naambadges besteld</w:t>
      </w:r>
    </w:p>
    <w:p>
      <w:r>
        <w:t>☐  Programmaboekjes ontwerp afgerond</w:t>
      </w:r>
    </w:p>
    <w:p>
      <w:r>
        <w:t>☐  Gast spreker Alzheimer NL bevestigd (of alternatief)</w:t>
      </w:r>
    </w:p>
    <w:p>
      <w:r>
        <w:t>☐  Presentaties DG, Pieter, Hans, Jonel, Martijn ontvangen</w:t>
      </w:r>
    </w:p>
    <w:p>
      <w:r>
        <w:t>☐  World café materiaal geprepareerd (flipovers, markers)</w:t>
      </w:r>
    </w:p>
    <w:p>
      <w:r>
        <w:t>☐  Sponsoring-bijdragen binnen</w:t>
      </w:r>
    </w:p>
    <w:p>
      <w:pPr>
        <w:pStyle w:val="Heading2"/>
      </w:pPr>
      <w:r>
        <w:rPr>
          <w:rFonts w:ascii="Calibri" w:hAnsi="Calibri"/>
          <w:color w:val="003366"/>
        </w:rPr>
        <w:t>6.2 T-2 Weken (1 augustus 2026)</w:t>
      </w:r>
    </w:p>
    <w:p>
      <w:r>
        <w:t>☐  Uitnodigingen definitief verstuurd (inclusie laatste aanmeldingen)</w:t>
      </w:r>
    </w:p>
    <w:p>
      <w:r>
        <w:t>☐  Catering definitief bevestigd (dieetwensen verzameld)</w:t>
      </w:r>
    </w:p>
    <w:p>
      <w:r>
        <w:t>☐  Programmaboekjes gedrukt</w:t>
      </w:r>
    </w:p>
    <w:p>
      <w:r>
        <w:t>☐  Routebeschrijving + parkeerinfo opgesteld</w:t>
      </w:r>
    </w:p>
    <w:p>
      <w:r>
        <w:t>☐  WhatsApp-groep organisatieteam aangemaakt</w:t>
      </w:r>
    </w:p>
    <w:p>
      <w:r>
        <w:t>☐  Presentaties op USB + laptop getest</w:t>
      </w:r>
    </w:p>
    <w:p>
      <w:r>
        <w:t>☐  Aankleding besteld (bloemen, spandoeken)</w:t>
      </w:r>
    </w:p>
    <w:p>
      <w:r>
        <w:t>☐  Back-up programma bij slecht weer definitief</w:t>
      </w:r>
    </w:p>
    <w:p>
      <w:pPr>
        <w:pStyle w:val="Heading2"/>
      </w:pPr>
      <w:r>
        <w:rPr>
          <w:rFonts w:ascii="Calibri" w:hAnsi="Calibri"/>
          <w:color w:val="003366"/>
        </w:rPr>
        <w:t>6.3 T-1 Week (8 augustus 2026)</w:t>
      </w:r>
    </w:p>
    <w:p>
      <w:r>
        <w:t>☐  Definitief aantal deelnemers doorgegeven aan catering</w:t>
      </w:r>
    </w:p>
    <w:p>
      <w:r>
        <w:t>☐  Reminder verstuurd naar alle deelnemers (WhatsApp + email)</w:t>
      </w:r>
    </w:p>
    <w:p>
      <w:r>
        <w:t>☐  Laatste coordinatie-overleg organisatieteam</w:t>
      </w:r>
    </w:p>
    <w:p>
      <w:r>
        <w:t>☐  Alle materialen ingepakt (naambadges, programma's, flipovers, markers)</w:t>
      </w:r>
    </w:p>
    <w:p>
      <w:r>
        <w:t>☐  Laptop opgeladen + presentaties geladen + HDMI-kabel + adapter</w:t>
      </w:r>
    </w:p>
    <w:p>
      <w:r>
        <w:t>☐  Emergency contactlijst geprint</w:t>
      </w:r>
    </w:p>
    <w:p>
      <w:r>
        <w:t>☐  Draaiboek geprint (2x: voor projectleider + logistiek)</w:t>
      </w:r>
    </w:p>
    <w:p>
      <w:r>
        <w:t>☐  Controle: weerbericht — back-up programma klaar indien regen</w:t>
      </w:r>
    </w:p>
    <w:p>
      <w:pPr>
        <w:pStyle w:val="Heading2"/>
      </w:pPr>
      <w:r>
        <w:rPr>
          <w:rFonts w:ascii="Calibri" w:hAnsi="Calibri"/>
          <w:color w:val="003366"/>
        </w:rPr>
        <w:t>6.4 Dag-self (15 augustus 2026)</w:t>
      </w:r>
    </w:p>
    <w:p>
      <w:r>
        <w:t>☐  08:30 — Vertrek naar locatie met alle materialen</w:t>
      </w:r>
    </w:p>
    <w:p>
      <w:r>
        <w:t>☐  09:00 — Aankomst, overleg met catering/locatie</w:t>
      </w:r>
    </w:p>
    <w:p>
      <w:r>
        <w:t>☐  09:15 — Zaalindeling controleren (theater → buffet → ronde tafels)</w:t>
      </w:r>
    </w:p>
    <w:p>
      <w:r>
        <w:t>☐  09:30 — AV-setup en test (beamer, laptop, microfoon)</w:t>
      </w:r>
    </w:p>
    <w:p>
      <w:r>
        <w:t>☐  09:45 — Koffie/thee ontvangst gereed</w:t>
      </w:r>
    </w:p>
    <w:p>
      <w:r>
        <w:t>☐  09:50 — Naambadjes uitleggen op tafel bij ingang</w:t>
      </w:r>
    </w:p>
    <w:p>
      <w:r>
        <w:t>☐  09:55 — Organisatieteam op positie — deuren open</w:t>
      </w:r>
    </w:p>
    <w:p>
      <w:r>
        <w:t>☐  18:00 — Afronding + opruimen</w:t>
      </w:r>
    </w:p>
    <w:p>
      <w:r>
        <w:t>☐  18:30 — Final check: geen materialen achtergelaten</w:t>
      </w:r>
    </w:p>
    <w:p>
      <w:pPr>
        <w:pStyle w:val="Heading2"/>
      </w:pPr>
      <w:r>
        <w:rPr>
          <w:rFonts w:ascii="Calibri" w:hAnsi="Calibri"/>
          <w:color w:val="003366"/>
        </w:rPr>
        <w:t>6.5 Na de Dag (16-29 augustus 2026)</w:t>
      </w:r>
    </w:p>
    <w:p>
      <w:r>
        <w:t>☐  Zondag 16 aug: bedank-WhatsApp naar organisatieteam</w:t>
      </w:r>
    </w:p>
    <w:p>
      <w:r>
        <w:t>☐  Maandag 18 aug: bedankmail + samenvatting + foto's naar alle deelnemers</w:t>
      </w:r>
    </w:p>
    <w:p>
      <w:r>
        <w:t>☐  Facturen innen en controleren</w:t>
      </w:r>
    </w:p>
    <w:p>
      <w:r>
        <w:t>☐  Verslag opstellen (max. 1 A4)</w:t>
      </w:r>
    </w:p>
    <w:p>
      <w:r>
        <w:t>☐  Evaluatieformulier versturen</w:t>
      </w:r>
    </w:p>
    <w:p>
      <w:r>
        <w:t>☐  Fotografie selectie voor Lions Media / website</w:t>
      </w:r>
    </w:p>
    <w:p>
      <w:r>
        <w:t>☐  Les learned documenteren voor volgende kabinetswissel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