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003366"/>
          <w:sz w:val="52"/>
        </w:rPr>
        <w:t>Nederlandse Lions volop aanwezig op 108e Internationale Conventie in Hongkong</w:t>
      </w:r>
    </w:p>
    <w:p>
      <w:r>
        <w:rPr>
          <w:i/>
          <w:color w:val="555555"/>
          <w:sz w:val="26"/>
        </w:rPr>
        <w:t>Nieuwsartikel voor Lions-leden in Nederland — naar aanleiding van de 108e Lions International Convention, 3–7 juli 2026, Hongkong</w:t>
      </w:r>
    </w:p>
    <w:p>
      <w:pPr>
        <w:spacing w:after="160"/>
      </w:pPr>
      <w:r>
        <w:rPr>
          <w:i w:val="0"/>
        </w:rPr>
        <w:t>HONGKONG — Van 3 tot en met 7 juli 2026 kwamen naar schatting 17.000 Lions en Leos uit de hele wereld samen in Hongkong voor de 108e Internationale Conventie van Lions Clubs International [5]. Voor de Nederlandse delegatie stond de week in het teken van drie hoogtepunten: de Europaborrel, de Nederlandse borrel en de installatie van de gouverneurs. Met het nieuwe jaarthema "Rooted in Service" van International President Mark S. Lyon in het achterhoofd, keert de delegatie huiswaarts met verse inspiratie.</w:t>
      </w:r>
    </w:p>
    <w:p>
      <w:pPr>
        <w:spacing w:before="240" w:after="120"/>
      </w:pPr>
      <w:r>
        <w:rPr>
          <w:b/>
          <w:color w:val="003366"/>
          <w:sz w:val="48"/>
        </w:rPr>
        <w:t>Een conventie van wereldformaat</w:t>
      </w:r>
    </w:p>
    <w:p>
      <w:pPr>
        <w:spacing w:after="160"/>
      </w:pPr>
      <w:r>
        <w:rPr>
          <w:i w:val="0"/>
        </w:rPr>
        <w:t>De conventie vond plaats in het AsiaWorld-Expo, direct naast de internationale luchthaven van Hongkong [5]. Het was de derde keer in de geschiedenis dat de stad de conventie mocht ontvangen, na 1992 en 2005 [5]. Op het programma stonden plenaire sessies, workshops, het internationale parade-moment en ontmoetingen tussen Lions uit meer dan honderd landen [2].</w:t>
      </w:r>
    </w:p>
    <w:p>
      <w:pPr>
        <w:spacing w:after="160"/>
      </w:pPr>
      <w:r>
        <w:rPr>
          <w:i w:val="0"/>
        </w:rPr>
        <w:t>Uit de officiële conventie-playlist blijkt de energie van de week: duizenden Lions zetten een wereldrecord Tai Chi neer tijdens #LionsCon26, er verschenen behind-the-scenes beelden van de plenaire vergadering, en per conventiedag volgden recaps [1]. Ook de lokale cultuur kwam aan bod, met video's over Hongkongse favorieten en een hike naar Victoria Peak [1].</w:t>
      </w:r>
    </w:p>
    <w:p>
      <w:pPr>
        <w:spacing w:before="240" w:after="120"/>
      </w:pPr>
      <w:r>
        <w:rPr>
          <w:b/>
          <w:color w:val="003366"/>
          <w:sz w:val="48"/>
        </w:rPr>
        <w:t>Nieuwe International President: "Rooted in Service"</w:t>
      </w:r>
    </w:p>
    <w:p>
      <w:pPr>
        <w:spacing w:after="160"/>
      </w:pPr>
      <w:r>
        <w:rPr>
          <w:i w:val="0"/>
        </w:rPr>
        <w:t>Tijdens de conventie werd Mark S. Lyon, afkomstig uit Brookfield (Connecticut, VS), op 7 juli 2026 officieel gekozen en beëdigd als International President voor 2026–2027 [4]. Zijn presidents-thema werd daarbij onthuld: "Rooted in Service" (Geworteld in Dienstbaarheid) 🌳 [4].</w:t>
      </w:r>
    </w:p>
    <w:p>
      <w:pPr>
        <w:spacing w:after="160"/>
      </w:pPr>
      <w:r>
        <w:rPr>
          <w:i w:val="0"/>
        </w:rPr>
        <w:t>Volgens Lions International is het thema meer dan een slogan: het herinnert de organisatie aan wie zij zijn en waarom zij dienen [3]. President Lyon benadrukt dat dienstbaarheid de hoeksteen van de organisatie is, en dat elke daad van service — groot of klein — de kracht heeft om verschil te maken [3].</w:t>
      </w:r>
    </w:p>
    <w:p>
      <w:pPr>
        <w:spacing w:after="160"/>
        <w:ind w:left="576"/>
      </w:pPr>
      <w:r>
        <w:rPr>
          <w:i/>
          <w:color w:val="555555"/>
        </w:rPr>
        <w:t>"Lions are at their best when we unite in service and leadership to strengthen our communities and support people in need" [6].</w:t>
      </w:r>
    </w:p>
    <w:p>
      <w:pPr>
        <w:spacing w:before="240" w:after="120"/>
      </w:pPr>
      <w:r>
        <w:rPr>
          <w:b/>
          <w:color w:val="003366"/>
          <w:sz w:val="48"/>
        </w:rPr>
        <w:t>De Nederlandse delegatie in Hongkong</w:t>
      </w:r>
    </w:p>
    <w:p>
      <w:pPr>
        <w:spacing w:after="160"/>
      </w:pPr>
      <w:r>
        <w:rPr>
          <w:i w:val="0"/>
        </w:rPr>
        <w:t>Voor de Nederlandse Lions was de conventie in Hongkong een week van ontmoeten, vieren en elkaar versterken. Drie momenten springen daarbij het meest in het oog.</w:t>
      </w:r>
    </w:p>
    <w:p>
      <w:pPr>
        <w:spacing w:before="200" w:after="80"/>
      </w:pPr>
      <w:r>
        <w:rPr>
          <w:b/>
          <w:color w:val="003366"/>
          <w:sz w:val="36"/>
        </w:rPr>
        <w:t>Europaborrel: verbonden met heel Europa</w:t>
      </w:r>
    </w:p>
    <w:p>
      <w:pPr>
        <w:spacing w:after="160"/>
      </w:pPr>
      <w:r>
        <w:rPr>
          <w:i w:val="0"/>
        </w:rPr>
        <w:t>Tijdens de Europaborrel kwamen Lions vanuit heel Europa samen om ervaringen uit te wisselen en de onderlinge band te versterken. Voor de Nederlandse delegatie was het een uitgelezen kans om collega's uit andere Europese landen te ontmoeten, good practices te delen en de Europese verbondenheid binnen Lions te voelen. Juist dit soort informele ontmoetingen geven invulling aan het "Rooted in Service"-thema: geworteld in dienstbaarheid, maar met wortels die heel Europa verbinden.</w:t>
      </w:r>
    </w:p>
    <w:p>
      <w:pPr>
        <w:spacing w:after="160"/>
      </w:pPr>
      <w:r>
        <w:rPr>
          <w:i w:val="0"/>
        </w:rPr>
        <w:t>De Europaborrel was een primeur: de allereerste borrel ooit georganiseerd door de Europese landen tijdens de Internationale Conventie in Hongkong. Het werd een groot succes, met vele Europese landen die hun landelijke traditionele hapjes en drankjes ten toon stelden. Nederland stond klaar om haar gasten te verwelkomen met een variatie aan heerlijke dropsoorten, stroopwafels en diverse Nederlandse drankjes, zoals oranje bitter en de dropshot.</w:t>
      </w:r>
    </w:p>
    <w:p>
      <w:pPr>
        <w:spacing w:before="200" w:after="80"/>
      </w:pPr>
      <w:r>
        <w:rPr>
          <w:b/>
          <w:color w:val="003366"/>
          <w:sz w:val="36"/>
        </w:rPr>
        <w:t>Nederlandse borrel: ons eigen moment</w:t>
      </w:r>
    </w:p>
    <w:p>
      <w:pPr>
        <w:spacing w:after="160"/>
      </w:pPr>
      <w:r>
        <w:rPr>
          <w:i w:val="0"/>
        </w:rPr>
        <w:t>Naast de Europese samenkomst was er de Nederlandse borrel — hét moment waarop de eigen delegatie bijeenkwam. Nederland was met circa 30 Lions aanwezig op de conventie, en de Nederlandse borrel vond traditiegetrouw aan het eind van de conventie plaats: een gezellig Nederlands weerzien na een week vol internationale indrukken. Het was een moment van trots op wat Nederlandse Lions in eigen land en daarbuiten presteren, en van onderlinge versterking voor het jaar dat voor ligt.</w:t>
      </w:r>
    </w:p>
    <w:p>
      <w:pPr>
        <w:spacing w:before="200" w:after="80"/>
      </w:pPr>
      <w:r>
        <w:rPr>
          <w:b/>
          <w:color w:val="003366"/>
          <w:sz w:val="36"/>
        </w:rPr>
        <w:t>Installatie van de gouverneurs</w:t>
      </w:r>
    </w:p>
    <w:p>
      <w:pPr>
        <w:spacing w:after="160"/>
      </w:pPr>
      <w:r>
        <w:rPr>
          <w:i w:val="0"/>
        </w:rPr>
        <w:t>Een formeel hoogtepunt vormde de installatie van de gouverneurs. Voor de Nederlandse inkomende gouverneurs was het officiële installatiemoment het ceremoniële hoogtepunt: de traditionele "lintje"-trekplechtigheid. Met hun installatie nemen zij het leiderschap op zich voor het komende Lions-jaar — een mooie vertaling van Lyon's oproep tot verenigd leiderschap in dienstbaarheid [6].</w:t>
      </w:r>
    </w:p>
    <w:p>
      <w:pPr>
        <w:spacing w:before="240" w:after="120"/>
      </w:pPr>
      <w:r>
        <w:rPr>
          <w:b/>
          <w:color w:val="003366"/>
          <w:sz w:val="48"/>
        </w:rPr>
        <w:t>Terug naar Nederland met "Rooted in Service"</w:t>
      </w:r>
    </w:p>
    <w:p>
      <w:pPr>
        <w:spacing w:after="160"/>
      </w:pPr>
      <w:r>
        <w:rPr>
          <w:i w:val="0"/>
        </w:rPr>
        <w:t>De conventie is niet alleen een internationaal evenement, maar ook een bron van energie voor de eigen club. De Nederlandse deelnemers nemen de lessen, contacten en het "Rooted in Service"-thema mee terug naar hun thuisclubs [7]. De Delegation Events tijdens de conventie waren juist bedoeld om thuislanden te tonen, verhalen van dienstbaarheid te delen en kameraadschap te bevorderen [7] — een uitnodiging die de Nederlandse Lions met de Europaborrel, de Nederlandse borrel en de gouverneursinstallatie met verve hebben opgepakt.</w:t>
      </w:r>
    </w:p>
    <w:p>
      <w:pPr>
        <w:spacing w:before="280" w:after="80"/>
      </w:pPr>
      <w:r>
        <w:rPr>
          <w:b/>
          <w:color w:val="555555"/>
          <w:sz w:val="32"/>
        </w:rPr>
        <w:t>Bronnen</w:t>
      </w:r>
    </w:p>
    <w:p>
      <w:pPr>
        <w:spacing w:after="60"/>
      </w:pPr>
      <w:r>
        <w:rPr>
          <w:color w:val="555555"/>
          <w:sz w:val="20"/>
        </w:rPr>
        <w:t>[1] YouTube — #LionsCon26 Hong Kong | 108th Lions International Convention (playlist, 11 video's): https://www.youtube.com/playlist?list=PLjke7HcmOlSSZXCXfmxblx3LvpsTpldsK</w:t>
      </w:r>
    </w:p>
    <w:p>
      <w:pPr>
        <w:spacing w:after="60"/>
      </w:pPr>
      <w:r>
        <w:rPr>
          <w:color w:val="555555"/>
          <w:sz w:val="20"/>
        </w:rPr>
        <w:t>[2] Lions Clubs International — 108th Convention Resources: https://connect.lionsclubs.org/convention-resources</w:t>
      </w:r>
    </w:p>
    <w:p>
      <w:pPr>
        <w:spacing w:after="60"/>
      </w:pPr>
      <w:r>
        <w:rPr>
          <w:color w:val="555555"/>
          <w:sz w:val="20"/>
        </w:rPr>
        <w:t>[3] Lions Clubs International — Presidential Theme (2026–2027 "Rooted in Service"): https://www.lionsclubs.org/en/discover-our-clubs/presidential-theme</w:t>
      </w:r>
    </w:p>
    <w:p>
      <w:pPr>
        <w:spacing w:after="60"/>
      </w:pPr>
      <w:r>
        <w:rPr>
          <w:color w:val="555555"/>
          <w:sz w:val="20"/>
        </w:rPr>
        <w:t>[4] Facebook (Lion Vanessa Horrod), 7 juli 2026 — installatie Mark S. Lyon &amp; onthulling thema "Rooted in Service"</w:t>
      </w:r>
    </w:p>
    <w:p>
      <w:pPr>
        <w:spacing w:after="60"/>
      </w:pPr>
      <w:r>
        <w:rPr>
          <w:color w:val="555555"/>
          <w:sz w:val="20"/>
        </w:rPr>
        <w:t>[5] Meeting Media Group — "Hong Kong Hosts Lions International Convention for a Record Third Time" (~17.000 delegates, AsiaWorld-Expo, 1992/2005/2026): https://meetingmediagroup.com/article/hong-kong-hosts-lions-international-convention-for-a-record-third-time</w:t>
      </w:r>
    </w:p>
    <w:p>
      <w:pPr>
        <w:spacing w:after="60"/>
      </w:pPr>
      <w:r>
        <w:rPr>
          <w:color w:val="555555"/>
          <w:sz w:val="20"/>
        </w:rPr>
        <w:t>[6] Newsfilecorp — "Lions Clubs International Announces Mark S. Lyon as 2026-2027 International President": https://www.newsfilecorp.com/release/304051/</w:t>
      </w:r>
    </w:p>
    <w:p>
      <w:pPr>
        <w:spacing w:after="60"/>
      </w:pPr>
      <w:r>
        <w:rPr>
          <w:color w:val="555555"/>
          <w:sz w:val="20"/>
        </w:rPr>
        <w:t>[7] LionsCon 2026 — Delegation Events: https://lionscon.lionsclubs.org/get-involved/delegation-events</w:t>
      </w:r>
    </w:p>
    <w:p>
      <w:r>
        <w:rPr>
          <w:i/>
          <w:color w:val="555555"/>
          <w:sz w:val="18"/>
        </w:rPr>
        <w:t>Artikel opgesteld conform MASTER_SOP v8.7 / MASTER_STYLEGUIDE v1.3.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