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6"/>
        </w:rPr>
        <w:t>ZZP OPSTARTPLAN</w:t>
      </w:r>
    </w:p>
    <w:p>
      <w:pPr>
        <w:jc w:val="center"/>
      </w:pPr>
      <w:r>
        <w:rPr>
          <w:color w:val="3B82F6"/>
          <w:sz w:val="32"/>
        </w:rPr>
        <w:t>HSEQ Manager — Deeltijd ZZP (2 opdrachtgevers) naast Loondienst</w:t>
      </w:r>
    </w:p>
    <w:p/>
    <w:p>
      <w:pPr>
        <w:jc w:val="center"/>
      </w:pPr>
      <w:r>
        <w:rPr>
          <w:i/>
          <w:color w:val="1F2F37"/>
          <w:sz w:val="24"/>
        </w:rPr>
        <w:t>Opstartplan voor zelfstandige HSEQ-activiteiten</w:t>
        <w:br/>
        <w:t>Phoenix Metals (1 dag/week) + Club of Engineers (1 dag/week)</w:t>
        <w:br/>
        <w:t>in combinatie met dienstbetrekking bij Wintershall</w:t>
      </w:r>
    </w:p>
    <w:p/>
    <w:p/>
    <w:p/>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Waarde</w:t>
            </w:r>
          </w:p>
        </w:tc>
      </w:tr>
      <w:tr>
        <w:tc>
          <w:tcPr>
            <w:tcW w:type="dxa" w:w="4703"/>
          </w:tcPr>
          <w:p>
            <w:r>
              <w:rPr>
                <w:sz w:val="20"/>
              </w:rPr>
              <w:t>Project</w:t>
            </w:r>
          </w:p>
        </w:tc>
        <w:tc>
          <w:tcPr>
            <w:tcW w:type="dxa" w:w="4703"/>
          </w:tcPr>
          <w:p>
            <w:r>
              <w:rPr>
                <w:sz w:val="20"/>
              </w:rPr>
              <w:t>ZZP Opstart HSEQ Manager — Phoenix Metals + Club of Engineers</w:t>
            </w:r>
          </w:p>
        </w:tc>
      </w:tr>
      <w:tr>
        <w:tc>
          <w:tcPr>
            <w:tcW w:type="dxa" w:w="4703"/>
          </w:tcPr>
          <w:p>
            <w:r>
              <w:rPr>
                <w:sz w:val="20"/>
              </w:rPr>
              <w:t>Type</w:t>
            </w:r>
          </w:p>
        </w:tc>
        <w:tc>
          <w:tcPr>
            <w:tcW w:type="dxa" w:w="4703"/>
          </w:tcPr>
          <w:p>
            <w:r>
              <w:rPr>
                <w:sz w:val="20"/>
              </w:rPr>
              <w:t>Strategisch Opstartplan</w:t>
            </w:r>
          </w:p>
        </w:tc>
      </w:tr>
      <w:tr>
        <w:tc>
          <w:tcPr>
            <w:tcW w:type="dxa" w:w="4703"/>
          </w:tcPr>
          <w:p>
            <w:r>
              <w:rPr>
                <w:sz w:val="20"/>
              </w:rPr>
              <w:t>Auteur</w:t>
            </w:r>
          </w:p>
        </w:tc>
        <w:tc>
          <w:tcPr>
            <w:tcW w:type="dxa" w:w="4703"/>
          </w:tcPr>
          <w:p>
            <w:r>
              <w:rPr>
                <w:sz w:val="20"/>
              </w:rPr>
              <w:t>Kas — Director of Operations</w:t>
            </w:r>
          </w:p>
        </w:tc>
      </w:tr>
      <w:tr>
        <w:tc>
          <w:tcPr>
            <w:tcW w:type="dxa" w:w="4703"/>
          </w:tcPr>
          <w:p>
            <w:r>
              <w:rPr>
                <w:sz w:val="20"/>
              </w:rPr>
              <w:t>Opdrachtgever</w:t>
            </w:r>
          </w:p>
        </w:tc>
        <w:tc>
          <w:tcPr>
            <w:tcW w:type="dxa" w:w="4703"/>
          </w:tcPr>
          <w:p>
            <w:r>
              <w:rPr>
                <w:sz w:val="20"/>
              </w:rPr>
              <w:t>Jorick Gemert</w:t>
            </w:r>
          </w:p>
        </w:tc>
      </w:tr>
      <w:tr>
        <w:tc>
          <w:tcPr>
            <w:tcW w:type="dxa" w:w="4703"/>
          </w:tcPr>
          <w:p>
            <w:r>
              <w:rPr>
                <w:sz w:val="20"/>
              </w:rPr>
              <w:t>Versie</w:t>
            </w:r>
          </w:p>
        </w:tc>
        <w:tc>
          <w:tcPr>
            <w:tcW w:type="dxa" w:w="4703"/>
          </w:tcPr>
          <w:p>
            <w:r>
              <w:rPr>
                <w:sz w:val="20"/>
              </w:rPr>
              <w:t>1.4</w:t>
            </w:r>
          </w:p>
        </w:tc>
      </w:tr>
      <w:tr>
        <w:tc>
          <w:tcPr>
            <w:tcW w:type="dxa" w:w="4703"/>
          </w:tcPr>
          <w:p>
            <w:r>
              <w:rPr>
                <w:sz w:val="20"/>
              </w:rPr>
              <w:t>Datum</w:t>
            </w:r>
          </w:p>
        </w:tc>
        <w:tc>
          <w:tcPr>
            <w:tcW w:type="dxa" w:w="4703"/>
          </w:tcPr>
          <w:p>
            <w:r>
              <w:rPr>
                <w:sz w:val="20"/>
              </w:rPr>
              <w:t>30 april 2026</w:t>
            </w:r>
          </w:p>
        </w:tc>
      </w:tr>
      <w:tr>
        <w:tc>
          <w:tcPr>
            <w:tcW w:type="dxa" w:w="4703"/>
          </w:tcPr>
          <w:p>
            <w:r>
              <w:rPr>
                <w:sz w:val="20"/>
              </w:rPr>
              <w:t>Status</w:t>
            </w:r>
          </w:p>
        </w:tc>
        <w:tc>
          <w:tcPr>
            <w:tcW w:type="dxa" w:w="4703"/>
          </w:tcPr>
          <w:p>
            <w:r>
              <w:rPr>
                <w:sz w:val="20"/>
              </w:rPr>
              <w:t>DEFINITIEF</w:t>
            </w:r>
          </w:p>
        </w:tc>
      </w:tr>
      <w:tr>
        <w:tc>
          <w:tcPr>
            <w:tcW w:type="dxa" w:w="4703"/>
          </w:tcPr>
          <w:p>
            <w:r>
              <w:rPr>
                <w:sz w:val="20"/>
              </w:rPr>
              <w:t>Classificatie</w:t>
            </w:r>
          </w:p>
        </w:tc>
        <w:tc>
          <w:tcPr>
            <w:tcW w:type="dxa" w:w="4703"/>
          </w:tcPr>
          <w:p>
            <w:r>
              <w:rPr>
                <w:sz w:val="20"/>
              </w:rPr>
              <w:t>Vertrouwelijk — JvG Consultancy</w:t>
            </w:r>
          </w:p>
        </w:tc>
      </w:tr>
    </w:tbl>
    <w:p>
      <w:r>
        <w:br w:type="page"/>
      </w:r>
    </w:p>
    <w:p>
      <w:pPr>
        <w:pStyle w:val="Heading1"/>
      </w:pPr>
      <w:r>
        <w:t>1. Introductie &amp; Situatie</w:t>
      </w:r>
    </w:p>
    <w:p>
      <w:pPr>
        <w:pStyle w:val="Heading2"/>
      </w:pPr>
      <w:r>
        <w:t>1.1 Achtergrond &amp; Context</w:t>
      </w:r>
    </w:p>
    <w:p>
      <w:r>
        <w:t>Jorick Gemert is werkzaam als HSEQ-professional bij Wintershall (in loondienst, op de payroll). Daarnaast start hij als ZZP'er met twee opdrachtgevers: Phoenix Metals (1 dag/week) en Club of Engineers (1 dag/week). Dit opstartplan beschrijft hoe deze combinatie van loondienst en zelfstandig ondernemerschap juridisch, fiscaal en praktisch kan worden ingericht.</w:t>
      </w:r>
    </w:p>
    <w:p>
      <w:pPr>
        <w:pStyle w:val="Heading2"/>
      </w:pPr>
      <w:r>
        <w:t>1.2 Kerngegevens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Aspect</w:t>
            </w:r>
          </w:p>
        </w:tc>
        <w:tc>
          <w:tcPr>
            <w:tcW w:type="dxa" w:w="4703"/>
          </w:tcPr>
          <w:p>
            <w:r>
              <w:rPr>
                <w:b/>
                <w:color w:val="003366"/>
                <w:sz w:val="20"/>
              </w:rPr>
              <w:t>Details</w:t>
            </w:r>
          </w:p>
        </w:tc>
      </w:tr>
      <w:tr>
        <w:tc>
          <w:tcPr>
            <w:tcW w:type="dxa" w:w="4703"/>
          </w:tcPr>
          <w:p>
            <w:r>
              <w:rPr>
                <w:sz w:val="20"/>
              </w:rPr>
              <w:t>Hoofdbaan</w:t>
            </w:r>
          </w:p>
        </w:tc>
        <w:tc>
          <w:tcPr>
            <w:tcW w:type="dxa" w:w="4703"/>
          </w:tcPr>
          <w:p>
            <w:r>
              <w:rPr>
                <w:sz w:val="20"/>
              </w:rPr>
              <w:t>Wintershall — HSEQ (loondienst, payroll)</w:t>
            </w:r>
          </w:p>
        </w:tc>
      </w:tr>
      <w:tr>
        <w:tc>
          <w:tcPr>
            <w:tcW w:type="dxa" w:w="4703"/>
          </w:tcPr>
          <w:p>
            <w:r>
              <w:rPr>
                <w:sz w:val="20"/>
              </w:rPr>
              <w:t>ZZP-activiteit 1</w:t>
            </w:r>
          </w:p>
        </w:tc>
        <w:tc>
          <w:tcPr>
            <w:tcW w:type="dxa" w:w="4703"/>
          </w:tcPr>
          <w:p>
            <w:r>
              <w:rPr>
                <w:sz w:val="20"/>
              </w:rPr>
              <w:t>HSEQ Manager bij Phoenix Metals (1 dag/week)</w:t>
            </w:r>
          </w:p>
        </w:tc>
      </w:tr>
      <w:tr>
        <w:tc>
          <w:tcPr>
            <w:tcW w:type="dxa" w:w="4703"/>
          </w:tcPr>
          <w:p>
            <w:r>
              <w:rPr>
                <w:sz w:val="20"/>
              </w:rPr>
              <w:t>ZZP-activiteit 2</w:t>
            </w:r>
          </w:p>
        </w:tc>
        <w:tc>
          <w:tcPr>
            <w:tcW w:type="dxa" w:w="4703"/>
          </w:tcPr>
          <w:p>
            <w:r>
              <w:rPr>
                <w:sz w:val="20"/>
              </w:rPr>
              <w:t>HSEQ Consultant bij Club of Engineers (1 dag/week)</w:t>
            </w:r>
          </w:p>
        </w:tc>
      </w:tr>
      <w:tr>
        <w:tc>
          <w:tcPr>
            <w:tcW w:type="dxa" w:w="4703"/>
          </w:tcPr>
          <w:p>
            <w:r>
              <w:rPr>
                <w:sz w:val="20"/>
              </w:rPr>
              <w:t>Omvang ZZP</w:t>
            </w:r>
          </w:p>
        </w:tc>
        <w:tc>
          <w:tcPr>
            <w:tcW w:type="dxa" w:w="4703"/>
          </w:tcPr>
          <w:p>
            <w:r>
              <w:rPr>
                <w:sz w:val="20"/>
              </w:rPr>
              <w:t>2 dagen per week (~800 uur/jaar)</w:t>
            </w:r>
          </w:p>
        </w:tc>
      </w:tr>
      <w:tr>
        <w:tc>
          <w:tcPr>
            <w:tcW w:type="dxa" w:w="4703"/>
          </w:tcPr>
          <w:p>
            <w:r>
              <w:rPr>
                <w:sz w:val="20"/>
              </w:rPr>
              <w:t>Situatie</w:t>
            </w:r>
          </w:p>
        </w:tc>
        <w:tc>
          <w:tcPr>
            <w:tcW w:type="dxa" w:w="4703"/>
          </w:tcPr>
          <w:p>
            <w:r>
              <w:rPr>
                <w:sz w:val="20"/>
              </w:rPr>
              <w:t>Combinatie loondienst + ZZP met 2 opdrachtgevers</w:t>
            </w:r>
          </w:p>
        </w:tc>
      </w:tr>
      <w:tr>
        <w:tc>
          <w:tcPr>
            <w:tcW w:type="dxa" w:w="4703"/>
          </w:tcPr>
          <w:p>
            <w:r>
              <w:rPr>
                <w:sz w:val="20"/>
              </w:rPr>
              <w:t>Startdatum</w:t>
            </w:r>
          </w:p>
        </w:tc>
        <w:tc>
          <w:tcPr>
            <w:tcW w:type="dxa" w:w="4703"/>
          </w:tcPr>
          <w:p>
            <w:r>
              <w:rPr>
                <w:sz w:val="20"/>
              </w:rPr>
              <w:t>Mei/juni 2026</w:t>
            </w:r>
          </w:p>
        </w:tc>
      </w:tr>
      <w:tr>
        <w:tc>
          <w:tcPr>
            <w:tcW w:type="dxa" w:w="4703"/>
          </w:tcPr>
          <w:p>
            <w:r>
              <w:rPr>
                <w:sz w:val="20"/>
              </w:rPr>
              <w:t>Locatie</w:t>
            </w:r>
          </w:p>
        </w:tc>
        <w:tc>
          <w:tcPr>
            <w:tcW w:type="dxa" w:w="4703"/>
          </w:tcPr>
          <w:p>
            <w:r>
              <w:rPr>
                <w:sz w:val="20"/>
              </w:rPr>
              <w:t>Heiloo, Noord-Holland</w:t>
            </w:r>
          </w:p>
        </w:tc>
      </w:tr>
    </w:tbl>
    <w:p>
      <w:pPr>
        <w:pStyle w:val="Heading2"/>
      </w:pPr>
      <w:r>
        <w:t>1.3 Belangrijkste Verschillen vs. Fulltime ZZP</w:t>
      </w:r>
    </w:p>
    <w:p>
      <w:r>
        <w:t>Deze situatie verschelt wezenlijk van een fulltime ZZP-start. De belangrijkste verschillen: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Aspect</w:t>
            </w:r>
          </w:p>
        </w:tc>
        <w:tc>
          <w:tcPr>
            <w:tcW w:type="dxa" w:w="3135"/>
          </w:tcPr>
          <w:p>
            <w:r>
              <w:rPr>
                <w:b/>
                <w:color w:val="003366"/>
                <w:sz w:val="20"/>
              </w:rPr>
              <w:t>Fulltime ZZP</w:t>
            </w:r>
          </w:p>
        </w:tc>
        <w:tc>
          <w:tcPr>
            <w:tcW w:type="dxa" w:w="3135"/>
          </w:tcPr>
          <w:p>
            <w:r>
              <w:rPr>
                <w:b/>
                <w:color w:val="003366"/>
                <w:sz w:val="20"/>
              </w:rPr>
              <w:t>Jouw situatie (Loondienst + ZZP)</w:t>
            </w:r>
          </w:p>
        </w:tc>
      </w:tr>
      <w:tr>
        <w:tc>
          <w:tcPr>
            <w:tcW w:type="dxa" w:w="3135"/>
          </w:tcPr>
          <w:p>
            <w:r>
              <w:rPr>
                <w:sz w:val="20"/>
              </w:rPr>
              <w:t>Inkomstenbron</w:t>
            </w:r>
          </w:p>
        </w:tc>
        <w:tc>
          <w:tcPr>
            <w:tcW w:type="dxa" w:w="3135"/>
          </w:tcPr>
          <w:p>
            <w:r>
              <w:rPr>
                <w:sz w:val="20"/>
              </w:rPr>
              <w:t>100% ZZP-inkomsten</w:t>
            </w:r>
          </w:p>
        </w:tc>
        <w:tc>
          <w:tcPr>
            <w:tcW w:type="dxa" w:w="3135"/>
          </w:tcPr>
          <w:p>
            <w:r>
              <w:rPr>
                <w:sz w:val="20"/>
              </w:rPr>
              <w:t>Loonsalaris + 2 ZZP-opdrachtgevers</w:t>
            </w:r>
          </w:p>
        </w:tc>
      </w:tr>
      <w:tr>
        <w:tc>
          <w:tcPr>
            <w:tcW w:type="dxa" w:w="3135"/>
          </w:tcPr>
          <w:p>
            <w:r>
              <w:rPr>
                <w:sz w:val="20"/>
              </w:rPr>
              <w:t>Urencriterium (1.225 uur)</w:t>
            </w:r>
          </w:p>
        </w:tc>
        <w:tc>
          <w:tcPr>
            <w:tcW w:type="dxa" w:w="3135"/>
          </w:tcPr>
          <w:p>
            <w:r>
              <w:rPr>
                <w:sz w:val="20"/>
              </w:rPr>
              <w:t>Haalbaar (fulltime)</w:t>
            </w:r>
          </w:p>
        </w:tc>
        <w:tc>
          <w:tcPr>
            <w:tcW w:type="dxa" w:w="3135"/>
          </w:tcPr>
          <w:p>
            <w:r>
              <w:rPr>
                <w:sz w:val="20"/>
              </w:rPr>
              <w:t>⚠ Krap: ~800 werkuren + overheaduren</w:t>
            </w:r>
          </w:p>
        </w:tc>
      </w:tr>
      <w:tr>
        <w:tc>
          <w:tcPr>
            <w:tcW w:type="dxa" w:w="3135"/>
          </w:tcPr>
          <w:p>
            <w:r>
              <w:rPr>
                <w:sz w:val="20"/>
              </w:rPr>
              <w:t>Zelfstandigenaftrek</w:t>
            </w:r>
          </w:p>
        </w:tc>
        <w:tc>
          <w:tcPr>
            <w:tcW w:type="dxa" w:w="3135"/>
          </w:tcPr>
          <w:p>
            <w:r>
              <w:rPr>
                <w:sz w:val="20"/>
              </w:rPr>
              <w:t>Volledig</w:t>
            </w:r>
          </w:p>
        </w:tc>
        <w:tc>
          <w:tcPr>
            <w:tcW w:type="dxa" w:w="3135"/>
          </w:tcPr>
          <w:p>
            <w:r>
              <w:rPr>
                <w:sz w:val="20"/>
              </w:rPr>
              <w:t>⚠ Mogelijk met voldoende overheaduren</w:t>
            </w:r>
          </w:p>
        </w:tc>
      </w:tr>
      <w:tr>
        <w:tc>
          <w:tcPr>
            <w:tcW w:type="dxa" w:w="3135"/>
          </w:tcPr>
          <w:p>
            <w:r>
              <w:rPr>
                <w:sz w:val="20"/>
              </w:rPr>
              <w:t>Startersaftrek</w:t>
            </w:r>
          </w:p>
        </w:tc>
        <w:tc>
          <w:tcPr>
            <w:tcW w:type="dxa" w:w="3135"/>
          </w:tcPr>
          <w:p>
            <w:r>
              <w:rPr>
                <w:sz w:val="20"/>
              </w:rPr>
              <w:t>Ja (eerste 3 jaar)</w:t>
            </w:r>
          </w:p>
        </w:tc>
        <w:tc>
          <w:tcPr>
            <w:tcW w:type="dxa" w:w="3135"/>
          </w:tcPr>
          <w:p>
            <w:r>
              <w:rPr>
                <w:sz w:val="20"/>
              </w:rPr>
              <w:t>⚠ Afhankelijk van urencriterium</w:t>
            </w:r>
          </w:p>
        </w:tc>
      </w:tr>
      <w:tr>
        <w:tc>
          <w:tcPr>
            <w:tcW w:type="dxa" w:w="3135"/>
          </w:tcPr>
          <w:p>
            <w:r>
              <w:rPr>
                <w:sz w:val="20"/>
              </w:rPr>
              <w:t>Risico spreiding</w:t>
            </w:r>
          </w:p>
        </w:tc>
        <w:tc>
          <w:tcPr>
            <w:tcW w:type="dxa" w:w="3135"/>
          </w:tcPr>
          <w:p>
            <w:r>
              <w:rPr>
                <w:sz w:val="20"/>
              </w:rPr>
              <w:t>Meerdere opdrachtgevers</w:t>
            </w:r>
          </w:p>
        </w:tc>
        <w:tc>
          <w:tcPr>
            <w:tcW w:type="dxa" w:w="3135"/>
          </w:tcPr>
          <w:p>
            <w:r>
              <w:rPr>
                <w:sz w:val="20"/>
              </w:rPr>
              <w:t>✅ Twee opdrachtgevers (goed)</w:t>
            </w:r>
          </w:p>
        </w:tc>
      </w:tr>
      <w:tr>
        <w:tc>
          <w:tcPr>
            <w:tcW w:type="dxa" w:w="3135"/>
          </w:tcPr>
          <w:p>
            <w:r>
              <w:rPr>
                <w:sz w:val="20"/>
              </w:rPr>
              <w:t>Wet DBA risico</w:t>
            </w:r>
          </w:p>
        </w:tc>
        <w:tc>
          <w:tcPr>
            <w:tcW w:type="dxa" w:w="3135"/>
          </w:tcPr>
          <w:p>
            <w:r>
              <w:rPr>
                <w:sz w:val="20"/>
              </w:rPr>
              <w:t>Verspreid</w:t>
            </w:r>
          </w:p>
        </w:tc>
        <w:tc>
          <w:tcPr>
            <w:tcW w:type="dxa" w:w="3135"/>
          </w:tcPr>
          <w:p>
            <w:r>
              <w:rPr>
                <w:sz w:val="20"/>
              </w:rPr>
              <w:t>✅ LAGER — twee opdrachtgevers = sterker ondernemersprofiel</w:t>
            </w:r>
          </w:p>
        </w:tc>
      </w:tr>
      <w:tr>
        <w:tc>
          <w:tcPr>
            <w:tcW w:type="dxa" w:w="3135"/>
          </w:tcPr>
          <w:p>
            <w:r>
              <w:rPr>
                <w:sz w:val="20"/>
              </w:rPr>
              <w:t>Zorgverzekering</w:t>
            </w:r>
          </w:p>
        </w:tc>
        <w:tc>
          <w:tcPr>
            <w:tcW w:type="dxa" w:w="3135"/>
          </w:tcPr>
          <w:p>
            <w:r>
              <w:rPr>
                <w:sz w:val="20"/>
              </w:rPr>
              <w:t>Zelf regelen</w:t>
            </w:r>
          </w:p>
        </w:tc>
        <w:tc>
          <w:tcPr>
            <w:tcW w:type="dxa" w:w="3135"/>
          </w:tcPr>
          <w:p>
            <w:r>
              <w:rPr>
                <w:sz w:val="20"/>
              </w:rPr>
              <w:t>Via werkgever (Wintershall)</w:t>
            </w:r>
          </w:p>
        </w:tc>
      </w:tr>
      <w:tr>
        <w:tc>
          <w:tcPr>
            <w:tcW w:type="dxa" w:w="3135"/>
          </w:tcPr>
          <w:p>
            <w:r>
              <w:rPr>
                <w:sz w:val="20"/>
              </w:rPr>
              <w:t>AOV</w:t>
            </w:r>
          </w:p>
        </w:tc>
        <w:tc>
          <w:tcPr>
            <w:tcW w:type="dxa" w:w="3135"/>
          </w:tcPr>
          <w:p>
            <w:r>
              <w:rPr>
                <w:sz w:val="20"/>
              </w:rPr>
              <w:t>Zeer belangrijk</w:t>
            </w:r>
          </w:p>
        </w:tc>
        <w:tc>
          <w:tcPr>
            <w:tcW w:type="dxa" w:w="3135"/>
          </w:tcPr>
          <w:p>
            <w:r>
              <w:rPr>
                <w:sz w:val="20"/>
              </w:rPr>
              <w:t>Minder urgent (loondienst heeft vangnet)</w:t>
            </w:r>
          </w:p>
        </w:tc>
      </w:tr>
    </w:tbl>
    <w:p>
      <w:r>
        <w:rPr>
          <w:b/>
          <w:color w:val="FF6D00"/>
          <w:sz w:val="20"/>
        </w:rPr>
        <w:t>⚠ Met 2 dagen/week (~800 werkuren) kom je in de buurt van het urencriterium als je overheaduren meetelt (administratie, acquisitie, netwerken, opleiding). Lees hierover meer in Hoofdstuk 3.</w:t>
      </w:r>
    </w:p>
    <w:p>
      <w:pPr>
        <w:pStyle w:val="Heading1"/>
      </w:pPr>
      <w:r>
        <w:t>2. Rechtsvorm &amp; KvK-Inschrijving</w:t>
      </w:r>
    </w:p>
    <w:p>
      <w:pPr>
        <w:pStyle w:val="Heading2"/>
      </w:pPr>
      <w:r>
        <w:t>2.1 Eenmanszaak — Enige Realistische Optie</w:t>
      </w:r>
    </w:p>
    <w:p>
      <w:r>
        <w:t>Voor 1-2 dagen per week ZZP-werk is de eenmanszaak de enige logische rechtsvorm. Een BV brengt notariskosten (€750–€1.500), extra administratie, en is fiscaal onaantrekkelijk bij beperkte omzet. Bovendien komen de fiscale voordelen van een eenmanszaak (zelfstandigenaftrek, startersaftrek) alleen beschikbaar als je voldoet aan het urencriterium — zie Hoofdstuk 3 [1].</w:t>
      </w:r>
    </w:p>
    <w:p>
      <w:pPr>
        <w:pStyle w:val="Heading2"/>
      </w:pPr>
      <w:r>
        <w:t>2.2 Stappenplan KvK-Inschrijving</w:t>
      </w:r>
    </w:p>
    <w:p>
      <w:r>
        <w:t>1. Controleer handelsnaam beschikbaarheid via kvk.nl/handelsregister</w:t>
      </w:r>
    </w:p>
    <w:p>
      <w:r>
        <w:t>2. Bereid voor: geldig ID + IDIN-betaalrekening</w:t>
      </w:r>
    </w:p>
    <w:p>
      <w:r>
        <w:t>3. Inschrijving via kvk.nl (digitaal met IDIN, 5 minuten)</w:t>
      </w:r>
    </w:p>
    <w:p>
      <w:r>
        <w:t>4. Kosten: €50 eenmalig inschrijfgeld</w:t>
      </w:r>
    </w:p>
    <w:p>
      <w:r>
        <w:t>5. KvK-nummer ontvangen (direct beschikbaar)</w:t>
      </w:r>
    </w:p>
    <w:p>
      <w:r>
        <w:t>6. Belastingdienst ontvangt automatisch melding → BTW-nummer volgt per post</w:t>
      </w:r>
    </w:p>
    <w:p>
      <w:pPr>
        <w:pStyle w:val="Heading2"/>
      </w:pPr>
      <w:r>
        <w:t>2.3 SBI-Codes</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SBI-code</w:t>
            </w:r>
          </w:p>
        </w:tc>
        <w:tc>
          <w:tcPr>
            <w:tcW w:type="dxa" w:w="3135"/>
          </w:tcPr>
          <w:p>
            <w:r>
              <w:rPr>
                <w:b/>
                <w:color w:val="003366"/>
                <w:sz w:val="20"/>
              </w:rPr>
              <w:t>Omschrijving</w:t>
            </w:r>
          </w:p>
        </w:tc>
        <w:tc>
          <w:tcPr>
            <w:tcW w:type="dxa" w:w="3135"/>
          </w:tcPr>
          <w:p>
            <w:r>
              <w:rPr>
                <w:b/>
                <w:color w:val="003366"/>
                <w:sz w:val="20"/>
              </w:rPr>
              <w:t>Relevantie</w:t>
            </w:r>
          </w:p>
        </w:tc>
      </w:tr>
      <w:tr>
        <w:tc>
          <w:tcPr>
            <w:tcW w:type="dxa" w:w="3135"/>
          </w:tcPr>
          <w:p>
            <w:r>
              <w:rPr>
                <w:sz w:val="20"/>
              </w:rPr>
              <w:t>70221</w:t>
            </w:r>
          </w:p>
        </w:tc>
        <w:tc>
          <w:tcPr>
            <w:tcW w:type="dxa" w:w="3135"/>
          </w:tcPr>
          <w:p>
            <w:r>
              <w:rPr>
                <w:sz w:val="20"/>
              </w:rPr>
              <w:t>Adviesbureaus management/bedrijfsvoering/techniek</w:t>
            </w:r>
          </w:p>
        </w:tc>
        <w:tc>
          <w:tcPr>
            <w:tcW w:type="dxa" w:w="3135"/>
          </w:tcPr>
          <w:p>
            <w:r>
              <w:rPr>
                <w:sz w:val="20"/>
              </w:rPr>
              <w:t>Primaire activiteit</w:t>
            </w:r>
          </w:p>
        </w:tc>
      </w:tr>
      <w:tr>
        <w:tc>
          <w:tcPr>
            <w:tcW w:type="dxa" w:w="3135"/>
          </w:tcPr>
          <w:p>
            <w:r>
              <w:rPr>
                <w:sz w:val="20"/>
              </w:rPr>
              <w:t>74901</w:t>
            </w:r>
          </w:p>
        </w:tc>
        <w:tc>
          <w:tcPr>
            <w:tcW w:type="dxa" w:w="3135"/>
          </w:tcPr>
          <w:p>
            <w:r>
              <w:rPr>
                <w:sz w:val="20"/>
              </w:rPr>
              <w:t>Advies- en ingenieursbureaus (overig)</w:t>
            </w:r>
          </w:p>
        </w:tc>
        <w:tc>
          <w:tcPr>
            <w:tcW w:type="dxa" w:w="3135"/>
          </w:tcPr>
          <w:p>
            <w:r>
              <w:rPr>
                <w:sz w:val="20"/>
              </w:rPr>
              <w:t>HSEQ consultancy</w:t>
            </w:r>
          </w:p>
        </w:tc>
      </w:tr>
      <w:tr>
        <w:tc>
          <w:tcPr>
            <w:tcW w:type="dxa" w:w="3135"/>
          </w:tcPr>
          <w:p>
            <w:r>
              <w:rPr>
                <w:sz w:val="20"/>
              </w:rPr>
              <w:t>71121</w:t>
            </w:r>
          </w:p>
        </w:tc>
        <w:tc>
          <w:tcPr>
            <w:tcW w:type="dxa" w:w="3135"/>
          </w:tcPr>
          <w:p>
            <w:r>
              <w:rPr>
                <w:sz w:val="20"/>
              </w:rPr>
              <w:t>Engineeringbureaus (industriële procesbeheersing)</w:t>
            </w:r>
          </w:p>
        </w:tc>
        <w:tc>
          <w:tcPr>
            <w:tcW w:type="dxa" w:w="3135"/>
          </w:tcPr>
          <w:p>
            <w:r>
              <w:rPr>
                <w:sz w:val="20"/>
              </w:rPr>
              <w:t>Veiligheidskunde</w:t>
            </w:r>
          </w:p>
        </w:tc>
      </w:tr>
    </w:tbl>
    <w:p>
      <w:pPr>
        <w:pStyle w:val="Heading2"/>
      </w:pPr>
      <w:r>
        <w:t>2.4 Handelsnaam</w:t>
      </w:r>
    </w:p>
    <w:p>
      <w:r>
        <w:t>Kies een handelsnaam die professioneel overkomt en niet in strijd is met bestaande namen. Opties: 'JvG Consultancy', 'Jorick van Gemert HSEQ', of een beschrijvende naam zoals 'Gemert Safety Advisory'. Controleer via KvK Handelsregister en BOIP (Benelux merken) [2].</w:t>
      </w:r>
    </w:p>
    <w:p>
      <w:pPr>
        <w:pStyle w:val="Heading1"/>
      </w:pPr>
      <w:r>
        <w:t>3. Belasting &amp; Fiscale Zaken</w:t>
      </w:r>
    </w:p>
    <w:p>
      <w:r>
        <w:rPr>
          <w:b/>
          <w:color w:val="FF6D00"/>
          <w:sz w:val="20"/>
        </w:rPr>
        <w:t>⚠ Dit is het belangrijkste hoofdstuk. De combinatie loondienst + ZZP heeft specifieke fiscale gevolgen. Lees dit zorgvuldig en overleg met een belastingadviseur.</w:t>
      </w:r>
    </w:p>
    <w:p>
      <w:pPr>
        <w:pStyle w:val="Heading2"/>
      </w:pPr>
      <w:r>
        <w:t>3.1 Combinatie Loondienst en ZZP — Hoe werkt dit?</w:t>
      </w:r>
    </w:p>
    <w:p>
      <w:r>
        <w:t>Je hebt twee inkomstenstromen die verschillend belast worden: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Inkomstenbron</w:t>
            </w:r>
          </w:p>
        </w:tc>
        <w:tc>
          <w:tcPr>
            <w:tcW w:type="dxa" w:w="3135"/>
          </w:tcPr>
          <w:p>
            <w:r>
              <w:rPr>
                <w:b/>
                <w:color w:val="003366"/>
                <w:sz w:val="20"/>
              </w:rPr>
              <w:t>Belasting</w:t>
            </w:r>
          </w:p>
        </w:tc>
        <w:tc>
          <w:tcPr>
            <w:tcW w:type="dxa" w:w="3135"/>
          </w:tcPr>
          <w:p>
            <w:r>
              <w:rPr>
                <w:b/>
                <w:color w:val="003366"/>
                <w:sz w:val="20"/>
              </w:rPr>
              <w:t>Box</w:t>
            </w:r>
          </w:p>
        </w:tc>
      </w:tr>
      <w:tr>
        <w:tc>
          <w:tcPr>
            <w:tcW w:type="dxa" w:w="3135"/>
          </w:tcPr>
          <w:p>
            <w:r>
              <w:rPr>
                <w:sz w:val="20"/>
              </w:rPr>
              <w:t>Wintershall loondienst</w:t>
            </w:r>
          </w:p>
        </w:tc>
        <w:tc>
          <w:tcPr>
            <w:tcW w:type="dxa" w:w="3135"/>
          </w:tcPr>
          <w:p>
            <w:r>
              <w:rPr>
                <w:sz w:val="20"/>
              </w:rPr>
              <w:t>Loonheffing (ingehouden door werkgever)</w:t>
            </w:r>
          </w:p>
        </w:tc>
        <w:tc>
          <w:tcPr>
            <w:tcW w:type="dxa" w:w="3135"/>
          </w:tcPr>
          <w:p>
            <w:r>
              <w:rPr>
                <w:sz w:val="20"/>
              </w:rPr>
              <w:t>Box 1</w:t>
            </w:r>
          </w:p>
        </w:tc>
      </w:tr>
      <w:tr>
        <w:tc>
          <w:tcPr>
            <w:tcW w:type="dxa" w:w="3135"/>
          </w:tcPr>
          <w:p>
            <w:r>
              <w:rPr>
                <w:sz w:val="20"/>
              </w:rPr>
              <w:t>Phoenix Metals ZZP</w:t>
            </w:r>
          </w:p>
        </w:tc>
        <w:tc>
          <w:tcPr>
            <w:tcW w:type="dxa" w:w="3135"/>
          </w:tcPr>
          <w:p>
            <w:r>
              <w:rPr>
                <w:sz w:val="20"/>
              </w:rPr>
              <w:t>Inkomstenbelasting (via aangifte)</w:t>
            </w:r>
          </w:p>
        </w:tc>
        <w:tc>
          <w:tcPr>
            <w:tcW w:type="dxa" w:w="3135"/>
          </w:tcPr>
          <w:p>
            <w:r>
              <w:rPr>
                <w:sz w:val="20"/>
              </w:rPr>
              <w:t>Box 1 (winst uit onderneming)</w:t>
            </w:r>
          </w:p>
        </w:tc>
      </w:tr>
    </w:tbl>
    <w:p/>
    <w:p>
      <w:r>
        <w:t>Beide stromen worden SAMEN genomen in Box 1 van de inkomstenbelasting. Je totale belastbare inkomen = loonsalaris + ZZP-winst (na aftrekposten). Dit betekent dat je ZZP-winst mogelijk in een hogere belastingschaal valt, omdat je salaris de eerste schijf al (deels) vult [3].</w:t>
      </w:r>
    </w:p>
    <w:p>
      <w:pPr>
        <w:pStyle w:val="Heading2"/>
      </w:pPr>
      <w:r>
        <w:t>3.2 Het Urencriterium — 1.225 Uur — Kritiek</w:t>
      </w:r>
    </w:p>
    <w:p>
      <w:r>
        <w:rPr>
          <w:b/>
          <w:color w:val="FF6D00"/>
          <w:sz w:val="24"/>
        </w:rPr>
        <w:t>DIT IS HET BELANGRIJKSTE PUNT VAN DIT DOCUMENT.</w:t>
      </w:r>
    </w:p>
    <w:p>
      <w:r>
        <w:t>Om in aanmerking te komen voor de zelfstandigenaftrek, startersaftrek en MKB-winstvrijstelling MOET je minimaal 1.225 uur per kalenderjaar besteden aan je onderneming. Bij 1-2 dagen per week is dit lastig maar mogelijk:</w:t>
      </w:r>
    </w:p>
    <w:tbl>
      <w:tblPr>
        <w:tblStyle w:val="LightGrid-Accent1"/>
        <w:tblW w:type="auto" w:w="0"/>
        <w:jc w:val="center"/>
        <w:tblLook w:firstColumn="1" w:firstRow="1" w:lastColumn="0" w:lastRow="0" w:noHBand="0" w:noVBand="1" w:val="04A0"/>
      </w:tblPr>
      <w:tblGrid>
        <w:gridCol w:w="1568"/>
        <w:gridCol w:w="1568"/>
        <w:gridCol w:w="1568"/>
        <w:gridCol w:w="1568"/>
        <w:gridCol w:w="1568"/>
        <w:gridCol w:w="1568"/>
      </w:tblGrid>
      <w:tr>
        <w:tc>
          <w:tcPr>
            <w:tcW w:type="dxa" w:w="1568"/>
          </w:tcPr>
          <w:p>
            <w:r>
              <w:rPr>
                <w:b/>
                <w:color w:val="003366"/>
                <w:sz w:val="20"/>
              </w:rPr>
              <w:t>Scenario</w:t>
            </w:r>
          </w:p>
        </w:tc>
        <w:tc>
          <w:tcPr>
            <w:tcW w:type="dxa" w:w="1568"/>
          </w:tcPr>
          <w:p>
            <w:r>
              <w:rPr>
                <w:b/>
                <w:color w:val="003366"/>
                <w:sz w:val="20"/>
              </w:rPr>
              <w:t>Dagen/week</w:t>
            </w:r>
          </w:p>
        </w:tc>
        <w:tc>
          <w:tcPr>
            <w:tcW w:type="dxa" w:w="1568"/>
          </w:tcPr>
          <w:p>
            <w:r>
              <w:rPr>
                <w:b/>
                <w:color w:val="003366"/>
                <w:sz w:val="20"/>
              </w:rPr>
              <w:t>Uren/dag</w:t>
            </w:r>
          </w:p>
        </w:tc>
        <w:tc>
          <w:tcPr>
            <w:tcW w:type="dxa" w:w="1568"/>
          </w:tcPr>
          <w:p>
            <w:r>
              <w:rPr>
                <w:b/>
                <w:color w:val="003366"/>
                <w:sz w:val="20"/>
              </w:rPr>
              <w:t>Weken/jaar</w:t>
            </w:r>
          </w:p>
        </w:tc>
        <w:tc>
          <w:tcPr>
            <w:tcW w:type="dxa" w:w="1568"/>
          </w:tcPr>
          <w:p>
            <w:r>
              <w:rPr>
                <w:b/>
                <w:color w:val="003366"/>
                <w:sz w:val="20"/>
              </w:rPr>
              <w:t>Totaal uren</w:t>
            </w:r>
          </w:p>
        </w:tc>
        <w:tc>
          <w:tcPr>
            <w:tcW w:type="dxa" w:w="1568"/>
          </w:tcPr>
          <w:p>
            <w:r>
              <w:rPr>
                <w:b/>
                <w:color w:val="003366"/>
                <w:sz w:val="20"/>
              </w:rPr>
              <w:t>Urencriterium?</w:t>
            </w:r>
          </w:p>
        </w:tc>
      </w:tr>
      <w:tr>
        <w:tc>
          <w:tcPr>
            <w:tcW w:type="dxa" w:w="1568"/>
          </w:tcPr>
          <w:p>
            <w:r>
              <w:rPr>
                <w:sz w:val="20"/>
              </w:rPr>
              <w:t>Minimum</w:t>
            </w:r>
          </w:p>
        </w:tc>
        <w:tc>
          <w:tcPr>
            <w:tcW w:type="dxa" w:w="1568"/>
          </w:tcPr>
          <w:p>
            <w:r>
              <w:rPr>
                <w:sz w:val="20"/>
              </w:rPr>
              <w:t>1 dag</w:t>
            </w:r>
          </w:p>
        </w:tc>
        <w:tc>
          <w:tcPr>
            <w:tcW w:type="dxa" w:w="1568"/>
          </w:tcPr>
          <w:p>
            <w:r>
              <w:rPr>
                <w:sz w:val="20"/>
              </w:rPr>
              <w:t>8 uur</w:t>
            </w:r>
          </w:p>
        </w:tc>
        <w:tc>
          <w:tcPr>
            <w:tcW w:type="dxa" w:w="1568"/>
          </w:tcPr>
          <w:p>
            <w:r>
              <w:rPr>
                <w:sz w:val="20"/>
              </w:rPr>
              <w:t>46 weken</w:t>
            </w:r>
          </w:p>
        </w:tc>
        <w:tc>
          <w:tcPr>
            <w:tcW w:type="dxa" w:w="1568"/>
          </w:tcPr>
          <w:p>
            <w:r>
              <w:rPr>
                <w:sz w:val="20"/>
              </w:rPr>
              <w:t>368 uur</w:t>
            </w:r>
          </w:p>
        </w:tc>
        <w:tc>
          <w:tcPr>
            <w:tcW w:type="dxa" w:w="1568"/>
          </w:tcPr>
          <w:p>
            <w:r>
              <w:rPr>
                <w:sz w:val="20"/>
              </w:rPr>
              <w:t>❌ NIET gehaald</w:t>
            </w:r>
          </w:p>
        </w:tc>
      </w:tr>
      <w:tr>
        <w:tc>
          <w:tcPr>
            <w:tcW w:type="dxa" w:w="1568"/>
          </w:tcPr>
          <w:p>
            <w:r>
              <w:rPr>
                <w:sz w:val="20"/>
              </w:rPr>
              <w:t>Gemiddeld</w:t>
            </w:r>
          </w:p>
        </w:tc>
        <w:tc>
          <w:tcPr>
            <w:tcW w:type="dxa" w:w="1568"/>
          </w:tcPr>
          <w:p>
            <w:r>
              <w:rPr>
                <w:sz w:val="20"/>
              </w:rPr>
              <w:t>1,5 dagen</w:t>
            </w:r>
          </w:p>
        </w:tc>
        <w:tc>
          <w:tcPr>
            <w:tcW w:type="dxa" w:w="1568"/>
          </w:tcPr>
          <w:p>
            <w:r>
              <w:rPr>
                <w:sz w:val="20"/>
              </w:rPr>
              <w:t>8 uur</w:t>
            </w:r>
          </w:p>
        </w:tc>
        <w:tc>
          <w:tcPr>
            <w:tcW w:type="dxa" w:w="1568"/>
          </w:tcPr>
          <w:p>
            <w:r>
              <w:rPr>
                <w:sz w:val="20"/>
              </w:rPr>
              <w:t>46 weken</w:t>
            </w:r>
          </w:p>
        </w:tc>
        <w:tc>
          <w:tcPr>
            <w:tcW w:type="dxa" w:w="1568"/>
          </w:tcPr>
          <w:p>
            <w:r>
              <w:rPr>
                <w:sz w:val="20"/>
              </w:rPr>
              <w:t>552 uur</w:t>
            </w:r>
          </w:p>
        </w:tc>
        <w:tc>
          <w:tcPr>
            <w:tcW w:type="dxa" w:w="1568"/>
          </w:tcPr>
          <w:p>
            <w:r>
              <w:rPr>
                <w:sz w:val="20"/>
              </w:rPr>
              <w:t>❌ NIET gehaald</w:t>
            </w:r>
          </w:p>
        </w:tc>
      </w:tr>
      <w:tr>
        <w:tc>
          <w:tcPr>
            <w:tcW w:type="dxa" w:w="1568"/>
          </w:tcPr>
          <w:p>
            <w:r>
              <w:rPr>
                <w:sz w:val="20"/>
              </w:rPr>
              <w:t>Ruim</w:t>
            </w:r>
          </w:p>
        </w:tc>
        <w:tc>
          <w:tcPr>
            <w:tcW w:type="dxa" w:w="1568"/>
          </w:tcPr>
          <w:p>
            <w:r>
              <w:rPr>
                <w:sz w:val="20"/>
              </w:rPr>
              <w:t>2 dagen</w:t>
            </w:r>
          </w:p>
        </w:tc>
        <w:tc>
          <w:tcPr>
            <w:tcW w:type="dxa" w:w="1568"/>
          </w:tcPr>
          <w:p>
            <w:r>
              <w:rPr>
                <w:sz w:val="20"/>
              </w:rPr>
              <w:t>8 uur</w:t>
            </w:r>
          </w:p>
        </w:tc>
        <w:tc>
          <w:tcPr>
            <w:tcW w:type="dxa" w:w="1568"/>
          </w:tcPr>
          <w:p>
            <w:r>
              <w:rPr>
                <w:sz w:val="20"/>
              </w:rPr>
              <w:t>46 weken</w:t>
            </w:r>
          </w:p>
        </w:tc>
        <w:tc>
          <w:tcPr>
            <w:tcW w:type="dxa" w:w="1568"/>
          </w:tcPr>
          <w:p>
            <w:r>
              <w:rPr>
                <w:sz w:val="20"/>
              </w:rPr>
              <w:t>736 uur</w:t>
            </w:r>
          </w:p>
        </w:tc>
        <w:tc>
          <w:tcPr>
            <w:tcW w:type="dxa" w:w="1568"/>
          </w:tcPr>
          <w:p>
            <w:r>
              <w:rPr>
                <w:sz w:val="20"/>
              </w:rPr>
              <w:t>❌ NIET gehaald</w:t>
            </w:r>
          </w:p>
        </w:tc>
      </w:tr>
      <w:tr>
        <w:tc>
          <w:tcPr>
            <w:tcW w:type="dxa" w:w="1568"/>
          </w:tcPr>
          <w:p>
            <w:r>
              <w:rPr>
                <w:sz w:val="20"/>
              </w:rPr>
              <w:t>Ruim + overwerk</w:t>
            </w:r>
          </w:p>
        </w:tc>
        <w:tc>
          <w:tcPr>
            <w:tcW w:type="dxa" w:w="1568"/>
          </w:tcPr>
          <w:p>
            <w:r>
              <w:rPr>
                <w:sz w:val="20"/>
              </w:rPr>
              <w:t>2 dagen</w:t>
            </w:r>
          </w:p>
        </w:tc>
        <w:tc>
          <w:tcPr>
            <w:tcW w:type="dxa" w:w="1568"/>
          </w:tcPr>
          <w:p>
            <w:r>
              <w:rPr>
                <w:sz w:val="20"/>
              </w:rPr>
              <w:t>10 uur</w:t>
            </w:r>
          </w:p>
        </w:tc>
        <w:tc>
          <w:tcPr>
            <w:tcW w:type="dxa" w:w="1568"/>
          </w:tcPr>
          <w:p>
            <w:r>
              <w:rPr>
                <w:sz w:val="20"/>
              </w:rPr>
              <w:t>50 weken</w:t>
            </w:r>
          </w:p>
        </w:tc>
        <w:tc>
          <w:tcPr>
            <w:tcW w:type="dxa" w:w="1568"/>
          </w:tcPr>
          <w:p>
            <w:r>
              <w:rPr>
                <w:sz w:val="20"/>
              </w:rPr>
              <w:t>1.000 uur</w:t>
            </w:r>
          </w:p>
        </w:tc>
        <w:tc>
          <w:tcPr>
            <w:tcW w:type="dxa" w:w="1568"/>
          </w:tcPr>
          <w:p>
            <w:r>
              <w:rPr>
                <w:sz w:val="20"/>
              </w:rPr>
              <w:t>❌ NIET gehaald</w:t>
            </w:r>
          </w:p>
        </w:tc>
      </w:tr>
      <w:tr>
        <w:tc>
          <w:tcPr>
            <w:tcW w:type="dxa" w:w="1568"/>
          </w:tcPr>
          <w:p>
            <w:r>
              <w:rPr>
                <w:sz w:val="20"/>
              </w:rPr>
              <w:t>Bovenlimiet</w:t>
            </w:r>
          </w:p>
        </w:tc>
        <w:tc>
          <w:tcPr>
            <w:tcW w:type="dxa" w:w="1568"/>
          </w:tcPr>
          <w:p>
            <w:r>
              <w:rPr>
                <w:sz w:val="20"/>
              </w:rPr>
              <w:t>2,5 dagen</w:t>
            </w:r>
          </w:p>
        </w:tc>
        <w:tc>
          <w:tcPr>
            <w:tcW w:type="dxa" w:w="1568"/>
          </w:tcPr>
          <w:p>
            <w:r>
              <w:rPr>
                <w:sz w:val="20"/>
              </w:rPr>
              <w:t>8,5 uur</w:t>
            </w:r>
          </w:p>
        </w:tc>
        <w:tc>
          <w:tcPr>
            <w:tcW w:type="dxa" w:w="1568"/>
          </w:tcPr>
          <w:p>
            <w:r>
              <w:rPr>
                <w:sz w:val="20"/>
              </w:rPr>
              <w:t>50 weken</w:t>
            </w:r>
          </w:p>
        </w:tc>
        <w:tc>
          <w:tcPr>
            <w:tcW w:type="dxa" w:w="1568"/>
          </w:tcPr>
          <w:p>
            <w:r>
              <w:rPr>
                <w:sz w:val="20"/>
              </w:rPr>
              <w:t>1.063 uur</w:t>
            </w:r>
          </w:p>
        </w:tc>
        <w:tc>
          <w:tcPr>
            <w:tcW w:type="dxa" w:w="1568"/>
          </w:tcPr>
          <w:p>
            <w:r>
              <w:rPr>
                <w:sz w:val="20"/>
              </w:rPr>
              <w:t>❌ NIET gehaald</w:t>
            </w:r>
          </w:p>
        </w:tc>
      </w:tr>
      <w:tr>
        <w:tc>
          <w:tcPr>
            <w:tcW w:type="dxa" w:w="1568"/>
          </w:tcPr>
          <w:p>
            <w:r>
              <w:rPr>
                <w:sz w:val="20"/>
              </w:rPr>
              <w:t>Nét gehaald</w:t>
            </w:r>
          </w:p>
        </w:tc>
        <w:tc>
          <w:tcPr>
            <w:tcW w:type="dxa" w:w="1568"/>
          </w:tcPr>
          <w:p>
            <w:r>
              <w:rPr>
                <w:sz w:val="20"/>
              </w:rPr>
              <w:t>3 dagen</w:t>
            </w:r>
          </w:p>
        </w:tc>
        <w:tc>
          <w:tcPr>
            <w:tcW w:type="dxa" w:w="1568"/>
          </w:tcPr>
          <w:p>
            <w:r>
              <w:rPr>
                <w:sz w:val="20"/>
              </w:rPr>
              <w:t>8,5 uur</w:t>
            </w:r>
          </w:p>
        </w:tc>
        <w:tc>
          <w:tcPr>
            <w:tcW w:type="dxa" w:w="1568"/>
          </w:tcPr>
          <w:p>
            <w:r>
              <w:rPr>
                <w:sz w:val="20"/>
              </w:rPr>
              <w:t>49 weken</w:t>
            </w:r>
          </w:p>
        </w:tc>
        <w:tc>
          <w:tcPr>
            <w:tcW w:type="dxa" w:w="1568"/>
          </w:tcPr>
          <w:p>
            <w:r>
              <w:rPr>
                <w:sz w:val="20"/>
              </w:rPr>
              <w:t>1.250 uur</w:t>
            </w:r>
          </w:p>
        </w:tc>
        <w:tc>
          <w:tcPr>
            <w:tcW w:type="dxa" w:w="1568"/>
          </w:tcPr>
          <w:p>
            <w:r>
              <w:rPr>
                <w:sz w:val="20"/>
              </w:rPr>
              <w:t>✅ NET GEHAALD</w:t>
            </w:r>
          </w:p>
        </w:tc>
      </w:tr>
    </w:tbl>
    <w:p/>
    <w:p>
      <w:r>
        <w:rPr>
          <w:b/>
          <w:color w:val="FF6D00"/>
          <w:sz w:val="20"/>
        </w:rPr>
        <w:t>⚠ Conclusie: Met 1-2 dagen per week haal je het urencriterium van 1.225 uur vrijwel ZEKER NIET. Dit betekent GEEN zelfstandigenaftrek, GEEN startersaftrek, GEEN MKB-winstvrijstelling.</w:t>
      </w:r>
    </w:p>
    <w:p>
      <w:pPr>
        <w:pStyle w:val="Heading2"/>
      </w:pPr>
      <w:r>
        <w:t>3.3 Opties om het Urencriterium te Halen</w:t>
      </w:r>
    </w:p>
    <w:p>
      <w:r>
        <w:t>Als je de fiscale voordelen WEL wilt benutten, zijn er opties:</w:t>
      </w:r>
    </w:p>
    <w:p>
      <w:r>
        <w:t>1. Meer dagen bij Phoenix Metals (3+ dagen/week) — maar dit conflicteert met Wintershall</w:t>
      </w:r>
    </w:p>
    <w:p>
      <w:r>
        <w:t>2. Meer opdrachtgevers erbij zoeken — om zo op meer dagen ondernemer te zijn</w:t>
      </w:r>
    </w:p>
    <w:p>
      <w:r>
        <w:t>3. Ondernemingsuren breed definiëren — acquisitie, administratie, opleiding, netwerken, bijeenkomsten tellen ook mee</w:t>
      </w:r>
    </w:p>
    <w:p>
      <w:r>
        <w:t>4. Accepteren dat het urencriterium niet gehaald wordt — dan betaal je gewoon inkomstenbelasting over de winst zonder aftrekposten</w:t>
      </w:r>
    </w:p>
    <w:p>
      <w:pPr>
        <w:pStyle w:val="Heading2"/>
      </w:pPr>
      <w:r>
        <w:t>3.4 Wat als je het urencriterium NIET haalt?</w:t>
      </w:r>
    </w:p>
    <w:p>
      <w:r>
        <w:t>Zonder urencriterium:</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Voordeel</w:t>
            </w:r>
          </w:p>
        </w:tc>
        <w:tc>
          <w:tcPr>
            <w:tcW w:type="dxa" w:w="3135"/>
          </w:tcPr>
          <w:p>
            <w:r>
              <w:rPr>
                <w:b/>
                <w:color w:val="003366"/>
                <w:sz w:val="20"/>
              </w:rPr>
              <w:t>Met 1.225 uur</w:t>
            </w:r>
          </w:p>
        </w:tc>
        <w:tc>
          <w:tcPr>
            <w:tcW w:type="dxa" w:w="3135"/>
          </w:tcPr>
          <w:p>
            <w:r>
              <w:rPr>
                <w:b/>
                <w:color w:val="003366"/>
                <w:sz w:val="20"/>
              </w:rPr>
              <w:t>Zonder 1.225 uur</w:t>
            </w:r>
          </w:p>
        </w:tc>
      </w:tr>
      <w:tr>
        <w:tc>
          <w:tcPr>
            <w:tcW w:type="dxa" w:w="3135"/>
          </w:tcPr>
          <w:p>
            <w:r>
              <w:rPr>
                <w:sz w:val="20"/>
              </w:rPr>
              <w:t>Zelfstandigenaftrek (~€12.420)</w:t>
            </w:r>
          </w:p>
        </w:tc>
        <w:tc>
          <w:tcPr>
            <w:tcW w:type="dxa" w:w="3135"/>
          </w:tcPr>
          <w:p>
            <w:r>
              <w:rPr>
                <w:sz w:val="20"/>
              </w:rPr>
              <w:t>✅ Ja</w:t>
            </w:r>
          </w:p>
        </w:tc>
        <w:tc>
          <w:tcPr>
            <w:tcW w:type="dxa" w:w="3135"/>
          </w:tcPr>
          <w:p>
            <w:r>
              <w:rPr>
                <w:sz w:val="20"/>
              </w:rPr>
              <w:t>❌ Nee</w:t>
            </w:r>
          </w:p>
        </w:tc>
      </w:tr>
      <w:tr>
        <w:tc>
          <w:tcPr>
            <w:tcW w:type="dxa" w:w="3135"/>
          </w:tcPr>
          <w:p>
            <w:r>
              <w:rPr>
                <w:sz w:val="20"/>
              </w:rPr>
              <w:t>Startersaftrek (~€2.119)</w:t>
            </w:r>
          </w:p>
        </w:tc>
        <w:tc>
          <w:tcPr>
            <w:tcW w:type="dxa" w:w="3135"/>
          </w:tcPr>
          <w:p>
            <w:r>
              <w:rPr>
                <w:sz w:val="20"/>
              </w:rPr>
              <w:t>✅ Ja</w:t>
            </w:r>
          </w:p>
        </w:tc>
        <w:tc>
          <w:tcPr>
            <w:tcW w:type="dxa" w:w="3135"/>
          </w:tcPr>
          <w:p>
            <w:r>
              <w:rPr>
                <w:sz w:val="20"/>
              </w:rPr>
              <w:t>❌ Nee</w:t>
            </w:r>
          </w:p>
        </w:tc>
      </w:tr>
      <w:tr>
        <w:tc>
          <w:tcPr>
            <w:tcW w:type="dxa" w:w="3135"/>
          </w:tcPr>
          <w:p>
            <w:r>
              <w:rPr>
                <w:sz w:val="20"/>
              </w:rPr>
              <w:t>MKB-winstvrijstelling (14,19%)</w:t>
            </w:r>
          </w:p>
        </w:tc>
        <w:tc>
          <w:tcPr>
            <w:tcW w:type="dxa" w:w="3135"/>
          </w:tcPr>
          <w:p>
            <w:r>
              <w:rPr>
                <w:sz w:val="20"/>
              </w:rPr>
              <w:t>✅ Ja</w:t>
            </w:r>
          </w:p>
        </w:tc>
        <w:tc>
          <w:tcPr>
            <w:tcW w:type="dxa" w:w="3135"/>
          </w:tcPr>
          <w:p>
            <w:r>
              <w:rPr>
                <w:sz w:val="20"/>
              </w:rPr>
              <w:t>❌ Nee</w:t>
            </w:r>
          </w:p>
        </w:tc>
      </w:tr>
      <w:tr>
        <w:tc>
          <w:tcPr>
            <w:tcW w:type="dxa" w:w="3135"/>
          </w:tcPr>
          <w:p>
            <w:r>
              <w:rPr>
                <w:sz w:val="20"/>
              </w:rPr>
              <w:t>Belasting over ZZP-winst</w:t>
            </w:r>
          </w:p>
        </w:tc>
        <w:tc>
          <w:tcPr>
            <w:tcW w:type="dxa" w:w="3135"/>
          </w:tcPr>
          <w:p>
            <w:r>
              <w:rPr>
                <w:sz w:val="20"/>
              </w:rPr>
              <w:t>Na aftrekposten, effectief ~25%</w:t>
            </w:r>
          </w:p>
        </w:tc>
        <w:tc>
          <w:tcPr>
            <w:tcW w:type="dxa" w:w="3135"/>
          </w:tcPr>
          <w:p>
            <w:r>
              <w:rPr>
                <w:sz w:val="20"/>
              </w:rPr>
              <w:t>Vol tarief Box 1 (36,97–49,50%)</w:t>
            </w:r>
          </w:p>
        </w:tc>
      </w:tr>
    </w:tbl>
    <w:p/>
    <w:p>
      <w:r>
        <w:t>Zonder urencriterium wordt je ZZP-winst simpelweg bij je loondienst-inkomen opgeteld in Box 1. Je betaalt dan het reguliere tarief (36,97% of 49,50%) over de winst. De ZZP-inkomsten worden behandeld als 'resultaat uit overige werkzaamheden' (art. 3.5 Wet IB). Je mag WEL zakelijke kosten aftrekken van de omzet (boekhouder, reiskosten, materialen) [3].</w:t>
      </w:r>
    </w:p>
    <w:p>
      <w:pPr>
        <w:pStyle w:val="Heading2"/>
      </w:pPr>
      <w:r>
        <w:t>3.5 Strategisch Advies — Twee Scenario's</w:t>
      </w:r>
    </w:p>
    <w:p>
      <w:pPr>
        <w:pStyle w:val="Heading3"/>
      </w:pPr>
      <w:r>
        <w:t>Scenario A: Accepteren (Geen urencriterium)</w:t>
      </w:r>
    </w:p>
    <w:p>
      <w:r>
        <w:t>Je registreert je als eenmanszaak, factureert Phoenix Metals, en accepteert dat je de fiscale aftrekposten mist. De ZZP-inkomsten worden belast in Box 1 naast je salaris. Dit is de meest realistische optie bij 1-2 dagen/week.</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Post</w:t>
            </w:r>
          </w:p>
        </w:tc>
        <w:tc>
          <w:tcPr>
            <w:tcW w:type="dxa" w:w="4703"/>
          </w:tcPr>
          <w:p>
            <w:r>
              <w:rPr>
                <w:b/>
                <w:color w:val="003366"/>
                <w:sz w:val="20"/>
              </w:rPr>
              <w:t>Bedrag</w:t>
            </w:r>
          </w:p>
        </w:tc>
      </w:tr>
      <w:tr>
        <w:tc>
          <w:tcPr>
            <w:tcW w:type="dxa" w:w="4703"/>
          </w:tcPr>
          <w:p>
            <w:r>
              <w:rPr>
                <w:sz w:val="20"/>
              </w:rPr>
              <w:t>Bruto loon Wintershall (incl. 13e mnd + bonussen)</w:t>
            </w:r>
          </w:p>
        </w:tc>
        <w:tc>
          <w:tcPr>
            <w:tcW w:type="dxa" w:w="4703"/>
          </w:tcPr>
          <w:p>
            <w:r>
              <w:rPr>
                <w:sz w:val="20"/>
              </w:rPr>
              <w:t>€125.000/jaar</w:t>
            </w:r>
          </w:p>
        </w:tc>
      </w:tr>
      <w:tr>
        <w:tc>
          <w:tcPr>
            <w:tcW w:type="dxa" w:w="4703"/>
          </w:tcPr>
          <w:p>
            <w:r>
              <w:rPr>
                <w:sz w:val="20"/>
              </w:rPr>
              <w:t>Bruto ZZP-omzet (2 dagen, €100/uur)</w:t>
            </w:r>
          </w:p>
        </w:tc>
        <w:tc>
          <w:tcPr>
            <w:tcW w:type="dxa" w:w="4703"/>
          </w:tcPr>
          <w:p>
            <w:r>
              <w:rPr>
                <w:sz w:val="20"/>
              </w:rPr>
              <w:t>€80.000/jaar</w:t>
            </w:r>
          </w:p>
        </w:tc>
      </w:tr>
      <w:tr>
        <w:tc>
          <w:tcPr>
            <w:tcW w:type="dxa" w:w="4703"/>
          </w:tcPr>
          <w:p>
            <w:r>
              <w:rPr>
                <w:sz w:val="20"/>
              </w:rPr>
              <w:t>Totaal belastbaar inkomen (grof)</w:t>
            </w:r>
          </w:p>
        </w:tc>
        <w:tc>
          <w:tcPr>
            <w:tcW w:type="dxa" w:w="4703"/>
          </w:tcPr>
          <w:p>
            <w:r>
              <w:rPr>
                <w:sz w:val="20"/>
              </w:rPr>
              <w:t>€197.000+ (incl. zakelijke kosten aftrek)</w:t>
            </w:r>
          </w:p>
        </w:tc>
      </w:tr>
      <w:tr>
        <w:tc>
          <w:tcPr>
            <w:tcW w:type="dxa" w:w="4703"/>
          </w:tcPr>
          <w:p>
            <w:r>
              <w:rPr>
                <w:sz w:val="20"/>
              </w:rPr>
              <w:t>Belastbaar in Box 1 schijf 1 (tot €75.518): 36,97%</w:t>
            </w:r>
          </w:p>
        </w:tc>
        <w:tc>
          <w:tcPr>
            <w:tcW w:type="dxa" w:w="4703"/>
          </w:tcPr>
          <w:p>
            <w:r>
              <w:rPr>
                <w:sz w:val="20"/>
              </w:rPr>
              <w:t>Op de eerste schijf</w:t>
            </w:r>
          </w:p>
        </w:tc>
      </w:tr>
      <w:tr>
        <w:tc>
          <w:tcPr>
            <w:tcW w:type="dxa" w:w="4703"/>
          </w:tcPr>
          <w:p>
            <w:r>
              <w:rPr>
                <w:sz w:val="20"/>
              </w:rPr>
              <w:t>Belastbaar in Box 1 schijf 2 (boven €75.518): 49,50%</w:t>
            </w:r>
          </w:p>
        </w:tc>
        <w:tc>
          <w:tcPr>
            <w:tcW w:type="dxa" w:w="4703"/>
          </w:tcPr>
          <w:p>
            <w:r>
              <w:rPr>
                <w:sz w:val="20"/>
              </w:rPr>
              <w:t>Op het meerdere (groot deel valt hierin)</w:t>
            </w:r>
          </w:p>
        </w:tc>
      </w:tr>
      <w:tr>
        <w:tc>
          <w:tcPr>
            <w:tcW w:type="dxa" w:w="4703"/>
          </w:tcPr>
          <w:p>
            <w:r>
              <w:rPr>
                <w:sz w:val="20"/>
              </w:rPr>
              <w:t>Netto-effect ZZP-winst</w:t>
            </w:r>
          </w:p>
        </w:tc>
        <w:tc>
          <w:tcPr>
            <w:tcW w:type="dxa" w:w="4703"/>
          </w:tcPr>
          <w:p>
            <w:r>
              <w:rPr>
                <w:sz w:val="20"/>
              </w:rPr>
              <w:t>Ca. 42-46% van omzet houd je over (hoog tarief door hoge totale inkomen)</w:t>
            </w:r>
          </w:p>
        </w:tc>
      </w:tr>
    </w:tbl>
    <w:p>
      <w:pPr>
        <w:pStyle w:val="Heading3"/>
      </w:pPr>
      <w:r>
        <w:t>Scenario B: Urencriterium halen (3+ dagen/week)</w:t>
      </w:r>
    </w:p>
    <w:p>
      <w:r>
        <w:t>Als je meer uren kunt maken (bijv. door extra opdrachtgevers, of Phoenix Metals verhoogt naar 3 dagen/week), en je haalt 1.225 uur, dan profiteer je van:</w:t>
      </w:r>
    </w:p>
    <w:p>
      <w:pPr>
        <w:pStyle w:val="ListBullet"/>
      </w:pPr>
      <w:r>
        <w:rPr>
          <w:sz w:val="22"/>
        </w:rPr>
        <w:t>Zelfstandigenaftrek: ~€12.420 mindering op winst</w:t>
      </w:r>
    </w:p>
    <w:p>
      <w:pPr>
        <w:pStyle w:val="ListBullet"/>
      </w:pPr>
      <w:r>
        <w:rPr>
          <w:sz w:val="22"/>
        </w:rPr>
        <w:t>Startersaftrek: ~€2.119 extra mindering (eerste 3 jaar)</w:t>
      </w:r>
    </w:p>
    <w:p>
      <w:pPr>
        <w:pStyle w:val="ListBullet"/>
      </w:pPr>
      <w:r>
        <w:rPr>
          <w:sz w:val="22"/>
        </w:rPr>
        <w:t>MKB-winstvrijstelling: 14,19% van resterende winst is belastingvrij</w:t>
      </w:r>
    </w:p>
    <w:p>
      <w:pPr>
        <w:pStyle w:val="ListBullet"/>
      </w:pPr>
      <w:r>
        <w:rPr>
          <w:sz w:val="22"/>
        </w:rPr>
        <w:t>Effectief belastingtarief op ZZP-winst: ~20-25% in plaats van ~37-50%</w:t>
      </w:r>
    </w:p>
    <w:p>
      <w:pPr>
        <w:pStyle w:val="Heading2"/>
      </w:pPr>
      <w:r>
        <w:t>3.6 BTW-aangifte</w:t>
      </w:r>
    </w:p>
    <w:p>
      <w:r>
        <w:t>Onafhankelijk van het urencriterium moet je btw-aangifte doen als je omzet boven de KOR-drempel (€20.000) komt. Bij een verwachte omzet van €25.000–€55.000 val je buiten de KOR en doe je regulier btw-aangifte [4].</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Aspect</w:t>
            </w:r>
          </w:p>
        </w:tc>
        <w:tc>
          <w:tcPr>
            <w:tcW w:type="dxa" w:w="4703"/>
          </w:tcPr>
          <w:p>
            <w:r>
              <w:rPr>
                <w:b/>
                <w:color w:val="003366"/>
                <w:sz w:val="20"/>
              </w:rPr>
              <w:t>Details</w:t>
            </w:r>
          </w:p>
        </w:tc>
      </w:tr>
      <w:tr>
        <w:tc>
          <w:tcPr>
            <w:tcW w:type="dxa" w:w="4703"/>
          </w:tcPr>
          <w:p>
            <w:r>
              <w:rPr>
                <w:sz w:val="20"/>
              </w:rPr>
              <w:t>Frequentie</w:t>
            </w:r>
          </w:p>
        </w:tc>
        <w:tc>
          <w:tcPr>
            <w:tcW w:type="dxa" w:w="4703"/>
          </w:tcPr>
          <w:p>
            <w:r>
              <w:rPr>
                <w:sz w:val="20"/>
              </w:rPr>
              <w:t>Per kwartaal</w:t>
            </w:r>
          </w:p>
        </w:tc>
      </w:tr>
      <w:tr>
        <w:tc>
          <w:tcPr>
            <w:tcW w:type="dxa" w:w="4703"/>
          </w:tcPr>
          <w:p>
            <w:r>
              <w:rPr>
                <w:sz w:val="20"/>
              </w:rPr>
              <w:t>Tarief</w:t>
            </w:r>
          </w:p>
        </w:tc>
        <w:tc>
          <w:tcPr>
            <w:tcW w:type="dxa" w:w="4703"/>
          </w:tcPr>
          <w:p>
            <w:r>
              <w:rPr>
                <w:sz w:val="20"/>
              </w:rPr>
              <w:t>21% op HSEQ consultancy-diensten</w:t>
            </w:r>
          </w:p>
        </w:tc>
      </w:tr>
      <w:tr>
        <w:tc>
          <w:tcPr>
            <w:tcW w:type="dxa" w:w="4703"/>
          </w:tcPr>
          <w:p>
            <w:r>
              <w:rPr>
                <w:sz w:val="20"/>
              </w:rPr>
              <w:t>Deadline</w:t>
            </w:r>
          </w:p>
        </w:tc>
        <w:tc>
          <w:tcPr>
            <w:tcW w:type="dxa" w:w="4703"/>
          </w:tcPr>
          <w:p>
            <w:r>
              <w:rPr>
                <w:sz w:val="20"/>
              </w:rPr>
              <w:t>Laatste dag van de maand na het kwartaal</w:t>
            </w:r>
          </w:p>
        </w:tc>
      </w:tr>
      <w:tr>
        <w:tc>
          <w:tcPr>
            <w:tcW w:type="dxa" w:w="4703"/>
          </w:tcPr>
          <w:p>
            <w:r>
              <w:rPr>
                <w:sz w:val="20"/>
              </w:rPr>
              <w:t>Instorting</w:t>
            </w:r>
          </w:p>
        </w:tc>
        <w:tc>
          <w:tcPr>
            <w:tcW w:type="dxa" w:w="4703"/>
          </w:tcPr>
          <w:p>
            <w:r>
              <w:rPr>
                <w:sz w:val="20"/>
              </w:rPr>
              <w:t>Via Mijn Belastingdienst voor Ondernemers</w:t>
            </w:r>
          </w:p>
        </w:tc>
      </w:tr>
    </w:tbl>
    <w:p>
      <w:pPr>
        <w:pStyle w:val="Heading2"/>
      </w:pPr>
      <w:r>
        <w:t>3.7 Voorbeeldberekening — Scenario A (Geen urencriterium)</w:t>
      </w:r>
    </w:p>
    <w:p>
      <w:r>
        <w:t>Aanname: 2 dagen/week (1 dag Phoenix Metals + 1 dag Club of Engineers), 50 weken, €100/uur</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Post</w:t>
            </w:r>
          </w:p>
        </w:tc>
        <w:tc>
          <w:tcPr>
            <w:tcW w:type="dxa" w:w="3135"/>
          </w:tcPr>
          <w:p>
            <w:r>
              <w:rPr>
                <w:b/>
                <w:color w:val="003366"/>
                <w:sz w:val="20"/>
              </w:rPr>
              <w:t>Bedrag</w:t>
            </w:r>
          </w:p>
        </w:tc>
        <w:tc>
          <w:tcPr>
            <w:tcW w:type="dxa" w:w="3135"/>
          </w:tcPr>
          <w:p>
            <w:r>
              <w:rPr>
                <w:b/>
                <w:color w:val="003366"/>
                <w:sz w:val="20"/>
              </w:rPr>
              <w:t>Toelichting</w:t>
            </w:r>
          </w:p>
        </w:tc>
      </w:tr>
      <w:tr>
        <w:tc>
          <w:tcPr>
            <w:tcW w:type="dxa" w:w="3135"/>
          </w:tcPr>
          <w:p>
            <w:r>
              <w:rPr>
                <w:sz w:val="20"/>
              </w:rPr>
              <w:t>Bruto loon Wintershall</w:t>
            </w:r>
          </w:p>
        </w:tc>
        <w:tc>
          <w:tcPr>
            <w:tcW w:type="dxa" w:w="3135"/>
          </w:tcPr>
          <w:p>
            <w:r>
              <w:rPr>
                <w:sz w:val="20"/>
              </w:rPr>
              <w:t>€125.000</w:t>
            </w:r>
          </w:p>
        </w:tc>
        <w:tc>
          <w:tcPr>
            <w:tcW w:type="dxa" w:w="3135"/>
          </w:tcPr>
          <w:p>
            <w:r>
              <w:rPr>
                <w:sz w:val="20"/>
              </w:rPr>
              <w:t>Incl. 13e maand en bonusses</w:t>
            </w:r>
          </w:p>
        </w:tc>
      </w:tr>
      <w:tr>
        <w:tc>
          <w:tcPr>
            <w:tcW w:type="dxa" w:w="3135"/>
          </w:tcPr>
          <w:p>
            <w:r>
              <w:rPr>
                <w:sz w:val="20"/>
              </w:rPr>
              <w:t>ZZP omzet Phoenix Metals (1 dag/week)</w:t>
            </w:r>
          </w:p>
        </w:tc>
        <w:tc>
          <w:tcPr>
            <w:tcW w:type="dxa" w:w="3135"/>
          </w:tcPr>
          <w:p>
            <w:r>
              <w:rPr>
                <w:sz w:val="20"/>
              </w:rPr>
              <w:t>€40.000</w:t>
            </w:r>
          </w:p>
        </w:tc>
        <w:tc>
          <w:tcPr>
            <w:tcW w:type="dxa" w:w="3135"/>
          </w:tcPr>
          <w:p>
            <w:r>
              <w:rPr>
                <w:sz w:val="20"/>
              </w:rPr>
              <w:t>1 dag × 8 uur × 50 weken × €100</w:t>
            </w:r>
          </w:p>
        </w:tc>
      </w:tr>
      <w:tr>
        <w:tc>
          <w:tcPr>
            <w:tcW w:type="dxa" w:w="3135"/>
          </w:tcPr>
          <w:p>
            <w:r>
              <w:rPr>
                <w:sz w:val="20"/>
              </w:rPr>
              <w:t>ZZP omzet Club of Engineers (1 dag/week)</w:t>
            </w:r>
          </w:p>
        </w:tc>
        <w:tc>
          <w:tcPr>
            <w:tcW w:type="dxa" w:w="3135"/>
          </w:tcPr>
          <w:p>
            <w:r>
              <w:rPr>
                <w:sz w:val="20"/>
              </w:rPr>
              <w:t>€40.000</w:t>
            </w:r>
          </w:p>
        </w:tc>
        <w:tc>
          <w:tcPr>
            <w:tcW w:type="dxa" w:w="3135"/>
          </w:tcPr>
          <w:p>
            <w:r>
              <w:rPr>
                <w:sz w:val="20"/>
              </w:rPr>
              <w:t>1 dag × 8 uur × 50 weken × €100</w:t>
            </w:r>
          </w:p>
        </w:tc>
      </w:tr>
      <w:tr>
        <w:tc>
          <w:tcPr>
            <w:tcW w:type="dxa" w:w="3135"/>
          </w:tcPr>
          <w:p>
            <w:r>
              <w:rPr>
                <w:sz w:val="20"/>
              </w:rPr>
              <w:t>Totaal ZZP omzet</w:t>
            </w:r>
          </w:p>
        </w:tc>
        <w:tc>
          <w:tcPr>
            <w:tcW w:type="dxa" w:w="3135"/>
          </w:tcPr>
          <w:p>
            <w:r>
              <w:rPr>
                <w:sz w:val="20"/>
              </w:rPr>
              <w:t>€80.000</w:t>
            </w:r>
          </w:p>
        </w:tc>
        <w:tc>
          <w:tcPr>
            <w:tcW w:type="dxa" w:w="3135"/>
          </w:tcPr>
          <w:p>
            <w:r>
              <w:rPr>
                <w:sz w:val="20"/>
              </w:rPr>
            </w:r>
          </w:p>
        </w:tc>
      </w:tr>
      <w:tr>
        <w:tc>
          <w:tcPr>
            <w:tcW w:type="dxa" w:w="3135"/>
          </w:tcPr>
          <w:p>
            <w:r>
              <w:rPr>
                <w:sz w:val="20"/>
              </w:rPr>
              <w:t>Zakelijke kosten ZZP</w:t>
            </w:r>
          </w:p>
        </w:tc>
        <w:tc>
          <w:tcPr>
            <w:tcW w:type="dxa" w:w="3135"/>
          </w:tcPr>
          <w:p>
            <w:r>
              <w:rPr>
                <w:sz w:val="20"/>
              </w:rPr>
              <w:t>–€8.000</w:t>
            </w:r>
          </w:p>
        </w:tc>
        <w:tc>
          <w:tcPr>
            <w:tcW w:type="dxa" w:w="3135"/>
          </w:tcPr>
          <w:p>
            <w:r>
              <w:rPr>
                <w:sz w:val="20"/>
              </w:rPr>
              <w:t>Boekhouder, verzekeringen, reiskosten, software, materialen</w:t>
            </w:r>
          </w:p>
        </w:tc>
      </w:tr>
      <w:tr>
        <w:tc>
          <w:tcPr>
            <w:tcW w:type="dxa" w:w="3135"/>
          </w:tcPr>
          <w:p>
            <w:r>
              <w:rPr>
                <w:sz w:val="20"/>
              </w:rPr>
              <w:t>ZZP-winst (belastbaar)</w:t>
            </w:r>
          </w:p>
        </w:tc>
        <w:tc>
          <w:tcPr>
            <w:tcW w:type="dxa" w:w="3135"/>
          </w:tcPr>
          <w:p>
            <w:r>
              <w:rPr>
                <w:sz w:val="20"/>
              </w:rPr>
              <w:t>€72.000</w:t>
            </w:r>
          </w:p>
        </w:tc>
        <w:tc>
          <w:tcPr>
            <w:tcW w:type="dxa" w:w="3135"/>
          </w:tcPr>
          <w:p>
            <w:r>
              <w:rPr>
                <w:sz w:val="20"/>
              </w:rPr>
            </w:r>
          </w:p>
        </w:tc>
      </w:tr>
      <w:tr>
        <w:tc>
          <w:tcPr>
            <w:tcW w:type="dxa" w:w="3135"/>
          </w:tcPr>
          <w:p>
            <w:r>
              <w:rPr>
                <w:sz w:val="20"/>
              </w:rPr>
              <w:t>Totaal belastbaar inkomen</w:t>
            </w:r>
          </w:p>
        </w:tc>
        <w:tc>
          <w:tcPr>
            <w:tcW w:type="dxa" w:w="3135"/>
          </w:tcPr>
          <w:p>
            <w:r>
              <w:rPr>
                <w:sz w:val="20"/>
              </w:rPr>
              <w:t>€197.000</w:t>
            </w:r>
          </w:p>
        </w:tc>
        <w:tc>
          <w:tcPr>
            <w:tcW w:type="dxa" w:w="3135"/>
          </w:tcPr>
          <w:p>
            <w:r>
              <w:rPr>
                <w:sz w:val="20"/>
              </w:rPr>
              <w:t>Salaris + ZZP-winst</w:t>
            </w:r>
          </w:p>
        </w:tc>
      </w:tr>
      <w:tr>
        <w:tc>
          <w:tcPr>
            <w:tcW w:type="dxa" w:w="3135"/>
          </w:tcPr>
          <w:p>
            <w:r>
              <w:rPr>
                <w:sz w:val="20"/>
              </w:rPr>
              <w:t>Belasting Box 1 (schaal 1 + 2)</w:t>
            </w:r>
          </w:p>
        </w:tc>
        <w:tc>
          <w:tcPr>
            <w:tcW w:type="dxa" w:w="3135"/>
          </w:tcPr>
          <w:p>
            <w:r>
              <w:rPr>
                <w:sz w:val="20"/>
              </w:rPr>
              <w:t>~€85.000</w:t>
            </w:r>
          </w:p>
        </w:tc>
        <w:tc>
          <w:tcPr>
            <w:tcW w:type="dxa" w:w="3135"/>
          </w:tcPr>
          <w:p>
            <w:r>
              <w:rPr>
                <w:sz w:val="20"/>
              </w:rPr>
              <w:t>36,97% + 49,50% over meerdere</w:t>
            </w:r>
          </w:p>
        </w:tc>
      </w:tr>
      <w:tr>
        <w:tc>
          <w:tcPr>
            <w:tcW w:type="dxa" w:w="3135"/>
          </w:tcPr>
          <w:p>
            <w:r>
              <w:rPr>
                <w:sz w:val="20"/>
              </w:rPr>
              <w:t>Reeds ingehouden via loonheffing</w:t>
            </w:r>
          </w:p>
        </w:tc>
        <w:tc>
          <w:tcPr>
            <w:tcW w:type="dxa" w:w="3135"/>
          </w:tcPr>
          <w:p>
            <w:r>
              <w:rPr>
                <w:sz w:val="20"/>
              </w:rPr>
              <w:t>~€45.000</w:t>
            </w:r>
          </w:p>
        </w:tc>
        <w:tc>
          <w:tcPr>
            <w:tcW w:type="dxa" w:w="3135"/>
          </w:tcPr>
          <w:p>
            <w:r>
              <w:rPr>
                <w:sz w:val="20"/>
              </w:rPr>
              <w:t>Via Wintershall</w:t>
            </w:r>
          </w:p>
        </w:tc>
      </w:tr>
      <w:tr>
        <w:tc>
          <w:tcPr>
            <w:tcW w:type="dxa" w:w="3135"/>
          </w:tcPr>
          <w:p>
            <w:r>
              <w:rPr>
                <w:sz w:val="20"/>
              </w:rPr>
              <w:t>Na te betalen over ZZP-winst</w:t>
            </w:r>
          </w:p>
        </w:tc>
        <w:tc>
          <w:tcPr>
            <w:tcW w:type="dxa" w:w="3135"/>
          </w:tcPr>
          <w:p>
            <w:r>
              <w:rPr>
                <w:sz w:val="20"/>
              </w:rPr>
              <w:t>~€35.000–€40.000</w:t>
            </w:r>
          </w:p>
        </w:tc>
        <w:tc>
          <w:tcPr>
            <w:tcW w:type="dxa" w:w="3135"/>
          </w:tcPr>
          <w:p>
            <w:r>
              <w:rPr>
                <w:sz w:val="20"/>
              </w:rPr>
              <w:t>Afhangt van heffingskortingen</w:t>
            </w:r>
          </w:p>
        </w:tc>
      </w:tr>
      <w:tr>
        <w:tc>
          <w:tcPr>
            <w:tcW w:type="dxa" w:w="3135"/>
          </w:tcPr>
          <w:p>
            <w:r>
              <w:rPr>
                <w:sz w:val="20"/>
              </w:rPr>
              <w:t>Netto ZZP-inkomen</w:t>
            </w:r>
          </w:p>
        </w:tc>
        <w:tc>
          <w:tcPr>
            <w:tcW w:type="dxa" w:w="3135"/>
          </w:tcPr>
          <w:p>
            <w:r>
              <w:rPr>
                <w:sz w:val="20"/>
              </w:rPr>
              <w:t>~€32.000–€37.000</w:t>
            </w:r>
          </w:p>
        </w:tc>
        <w:tc>
          <w:tcPr>
            <w:tcW w:type="dxa" w:w="3135"/>
          </w:tcPr>
          <w:p>
            <w:r>
              <w:rPr>
                <w:sz w:val="20"/>
              </w:rPr>
              <w:t>Van €80.000 omzet → ~42-46% netto</w:t>
            </w:r>
          </w:p>
        </w:tc>
      </w:tr>
    </w:tbl>
    <w:p/>
    <w:p>
      <w:r>
        <w:rPr>
          <w:b/>
          <w:color w:val="FF6D00"/>
        </w:rPr>
        <w:t>⚠ Belangrijk: Reserveer 40-45% van je ZZP-omzet voor belasting. Je totale inkomen (€197.000+) valt grotedeels in de hoogste Box 1-schaal.</w:t>
      </w:r>
    </w:p>
    <w:p>
      <w:pPr>
        <w:pStyle w:val="Heading1"/>
      </w:pPr>
      <w:r>
        <w:t>4. Wet DBA &amp; Schijnzelfstandigheid</w:t>
      </w:r>
    </w:p>
    <w:p>
      <w:pPr>
        <w:pStyle w:val="Heading2"/>
      </w:pPr>
      <w:r>
        <w:t>4.1 Het Risico — Verminderd door Twee Opdrachtgevers</w:t>
      </w:r>
    </w:p>
    <w:p>
      <w:r>
        <w:t>Met twee ZZP-opdrachtgevers (Phoenix Metals en Club of Engineers) is het risico op schijnzelfstandigheid aanzienlijk lager dan bij één opdrachtgever. De Belastingdienst ziet meerdere opdrachtgevers als een sterk ondernemerskenmerk. Niettemin blijft het belangrijk om per opdrachtgever een modelovereenkomst te hebben en ondernemersgedrag te tonen [5].</w:t>
      </w:r>
    </w:p>
    <w:p>
      <w:pPr>
        <w:pStyle w:val="Heading2"/>
      </w:pPr>
      <w:r>
        <w:t>4.2 Mitigerende Maatregelen</w:t>
      </w:r>
    </w:p>
    <w:p>
      <w:r>
        <w:t>Om het Wet DBA-risico te minimaliseren bij beide opdrachtgevers:</w:t>
      </w:r>
    </w:p>
    <w:p>
      <w:pPr>
        <w:pStyle w:val="ListBullet"/>
      </w:pPr>
      <w:r>
        <w:rPr>
          <w:sz w:val="22"/>
        </w:rPr>
        <w:t>GETEKENDE MODELOVEREENKOMST — Per opdrachtgever apart. Download goedgekeurde modellen van belastingdienst.nl en laat ZOWEL Phoenix Metals ALS Club of Engineers deze ondertekenen</w:t>
      </w:r>
    </w:p>
    <w:p>
      <w:pPr>
        <w:pStyle w:val="ListBullet"/>
      </w:pPr>
      <w:r>
        <w:rPr>
          <w:sz w:val="22"/>
        </w:rPr>
        <w:t>ONDERNEMERSGEDRAG — Eigen laptop, eigen telefoon, eigen tarief, eigen planning, vervanging mogelijk</w:t>
      </w:r>
    </w:p>
    <w:p>
      <w:pPr>
        <w:pStyle w:val="ListBullet"/>
      </w:pPr>
      <w:r>
        <w:rPr>
          <w:sz w:val="22"/>
        </w:rPr>
        <w:t>TWEE OPDRACHTGEVERS — ✅ Al geregeld. Dit is je sterkste verdediging tegen schijnzelfstandigheid</w:t>
      </w:r>
    </w:p>
    <w:p>
      <w:pPr>
        <w:pStyle w:val="ListBullet"/>
      </w:pPr>
      <w:r>
        <w:rPr>
          <w:sz w:val="22"/>
        </w:rPr>
        <w:t>GEEN GEZAGSVERHOUDING — Je werkt niet onder direct toezicht alsof je werknemer bent</w:t>
      </w:r>
    </w:p>
    <w:p>
      <w:pPr>
        <w:pStyle w:val="ListBullet"/>
      </w:pPr>
      <w:r>
        <w:rPr>
          <w:sz w:val="22"/>
        </w:rPr>
        <w:t>Vervanging mogelijk — Je kunt (in theorie) iemand anders sturen om het werk te doen</w:t>
      </w:r>
    </w:p>
    <w:p>
      <w:pPr>
        <w:pStyle w:val="ListBullet"/>
      </w:pPr>
      <w:r>
        <w:rPr>
          <w:sz w:val="22"/>
        </w:rPr>
        <w:t>Eigen materialen — Eigen laptop, telefoon, abonnementen</w:t>
      </w:r>
    </w:p>
    <w:p>
      <w:pPr>
        <w:pStyle w:val="ListBullet"/>
      </w:pPr>
      <w:r>
        <w:rPr>
          <w:sz w:val="22"/>
        </w:rPr>
        <w:t>Eigen verantwoordelijkheid — Je bepaalt zélf hoe je het werk uitvoert</w:t>
      </w:r>
    </w:p>
    <w:p>
      <w:pPr>
        <w:pStyle w:val="ListBullet"/>
      </w:pPr>
      <w:r>
        <w:rPr>
          <w:sz w:val="22"/>
        </w:rPr>
        <w:t>AFZONDERLIJKE CONTRACTEN — Hanteer aparte overeenkomsten per opdrachtgever</w:t>
      </w:r>
    </w:p>
    <w:p>
      <w:pPr>
        <w:pStyle w:val="Heading2"/>
      </w:pPr>
      <w:r>
        <w:t>4.3 Modelovereenkomst</w:t>
      </w:r>
    </w:p>
    <w:p>
      <w:r>
        <w:t>De Belastingdienst biedt voorgekeurde modelovereenkomsten aan op belastingdienst.nl/modelovereenkomsten. Kies een model voor 'het verrichten van werkzaamheden' of 'advies/consultancy'. Belangrijk: het model moet VOORAF getekend worden door beide partijen. Bewaar een kopie in je administratie [5].</w:t>
      </w:r>
    </w:p>
    <w:p>
      <w:pPr>
        <w:pStyle w:val="Heading2"/>
      </w:pPr>
      <w:r>
        <w:t>4.4 Specifieke Aandachtspunten per Opdrachtgever</w:t>
      </w:r>
    </w:p>
    <w:p>
      <w:pPr>
        <w:pStyle w:val="Heading3"/>
      </w:pPr>
      <w:r>
        <w:t>Phoenix Metals</w:t>
      </w:r>
    </w:p>
    <w:p>
      <w:r>
        <w:t>Aangezien Phoenix Metals een bestaande relatie is (je kent het bedrijf vanuit je HSEQ-achtergrond), is het extra belangrijk om zakelijk te blijven:</w:t>
      </w:r>
    </w:p>
    <w:p>
      <w:pPr>
        <w:pStyle w:val="ListBullet"/>
      </w:pPr>
      <w:r>
        <w:rPr>
          <w:sz w:val="22"/>
        </w:rPr>
        <w:t>Factuur elke maand sturen — geen 'onderhands' betalen</w:t>
      </w:r>
    </w:p>
    <w:p>
      <w:pPr>
        <w:pStyle w:val="ListBullet"/>
      </w:pPr>
      <w:r>
        <w:rPr>
          <w:sz w:val="22"/>
        </w:rPr>
        <w:t>Vaste dagdelen — niet flexibel meebewegen met Phoenix Metals' rooster</w:t>
      </w:r>
    </w:p>
    <w:p>
      <w:pPr>
        <w:pStyle w:val="ListBullet"/>
      </w:pPr>
      <w:r>
        <w:rPr>
          <w:sz w:val="22"/>
        </w:rPr>
        <w:t>Geen werknemersvergoedingen (geen auto, geen telefoon van Phoenix)</w:t>
      </w:r>
    </w:p>
    <w:p>
      <w:pPr>
        <w:pStyle w:val="ListBullet"/>
      </w:pPr>
      <w:r>
        <w:rPr>
          <w:sz w:val="22"/>
        </w:rPr>
        <w:t>Houd je eigen administratie nauwkeurig bij</w:t>
      </w:r>
    </w:p>
    <w:p>
      <w:pPr>
        <w:pStyle w:val="Heading3"/>
      </w:pPr>
      <w:r>
        <w:t>Club of Engineers</w:t>
      </w:r>
    </w:p>
    <w:p>
      <w:r>
        <w:t>Club of Engineers is je tweede opdrachtgever. Aandachtspunten:</w:t>
      </w:r>
    </w:p>
    <w:p>
      <w:pPr>
        <w:pStyle w:val="ListBullet"/>
      </w:pPr>
      <w:r>
        <w:rPr>
          <w:sz w:val="22"/>
        </w:rPr>
        <w:t>Check de contractstructuur — ben je direct ondercontractor of werk je via een intermediair?</w:t>
      </w:r>
    </w:p>
    <w:p>
      <w:pPr>
        <w:pStyle w:val="ListBullet"/>
      </w:pPr>
      <w:r>
        <w:rPr>
          <w:sz w:val="22"/>
        </w:rPr>
        <w:t>Bij via een intermediair: check wie de opdrachtgever is voor de Belastingdienst</w:t>
      </w:r>
    </w:p>
    <w:p>
      <w:pPr>
        <w:pStyle w:val="ListBullet"/>
      </w:pPr>
      <w:r>
        <w:rPr>
          <w:sz w:val="22"/>
        </w:rPr>
        <w:t>Modelovereenkomst apart laten tekenen</w:t>
      </w:r>
    </w:p>
    <w:p>
      <w:pPr>
        <w:pStyle w:val="ListBullet"/>
      </w:pPr>
      <w:r>
        <w:rPr>
          <w:sz w:val="22"/>
        </w:rPr>
        <w:t>Zorg dat de werkzaamheden bij Club of Engineers anders zijn dan bij Phoenix Metals (diversiteit versterkt je ondernemersprofiel)</w:t>
      </w:r>
    </w:p>
    <w:p>
      <w:pPr>
        <w:pStyle w:val="Heading1"/>
      </w:pPr>
      <w:r>
        <w:t>5. Verzekeringen</w:t>
      </w:r>
    </w:p>
    <w:p>
      <w:pPr>
        <w:pStyle w:val="Heading2"/>
      </w:pPr>
      <w:r>
        <w:t>5.1 Overzicht — Aangepast voor Loondienst + ZZP</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Verzekering</w:t>
            </w:r>
          </w:p>
        </w:tc>
        <w:tc>
          <w:tcPr>
            <w:tcW w:type="dxa" w:w="2351"/>
          </w:tcPr>
          <w:p>
            <w:r>
              <w:rPr>
                <w:b/>
                <w:color w:val="003366"/>
                <w:sz w:val="20"/>
              </w:rPr>
              <w:t>Status</w:t>
            </w:r>
          </w:p>
        </w:tc>
        <w:tc>
          <w:tcPr>
            <w:tcW w:type="dxa" w:w="2351"/>
          </w:tcPr>
          <w:p>
            <w:r>
              <w:rPr>
                <w:b/>
                <w:color w:val="003366"/>
                <w:sz w:val="20"/>
              </w:rPr>
              <w:t>Kosten/jaar</w:t>
            </w:r>
          </w:p>
        </w:tc>
        <w:tc>
          <w:tcPr>
            <w:tcW w:type="dxa" w:w="2351"/>
          </w:tcPr>
          <w:p>
            <w:r>
              <w:rPr>
                <w:b/>
                <w:color w:val="003366"/>
                <w:sz w:val="20"/>
              </w:rPr>
              <w:t>Toelichting</w:t>
            </w:r>
          </w:p>
        </w:tc>
      </w:tr>
      <w:tr>
        <w:tc>
          <w:tcPr>
            <w:tcW w:type="dxa" w:w="2351"/>
          </w:tcPr>
          <w:p>
            <w:r>
              <w:rPr>
                <w:sz w:val="20"/>
              </w:rPr>
              <w:t>Zorgverzekering</w:t>
            </w:r>
          </w:p>
        </w:tc>
        <w:tc>
          <w:tcPr>
            <w:tcW w:type="dxa" w:w="2351"/>
          </w:tcPr>
          <w:p>
            <w:r>
              <w:rPr>
                <w:sz w:val="20"/>
              </w:rPr>
              <w:t>✅ Geregeld via Wintershall</w:t>
            </w:r>
          </w:p>
        </w:tc>
        <w:tc>
          <w:tcPr>
            <w:tcW w:type="dxa" w:w="2351"/>
          </w:tcPr>
          <w:p>
            <w:r>
              <w:rPr>
                <w:sz w:val="20"/>
              </w:rPr>
              <w:t>—</w:t>
            </w:r>
          </w:p>
        </w:tc>
        <w:tc>
          <w:tcPr>
            <w:tcW w:type="dxa" w:w="2351"/>
          </w:tcPr>
          <w:p>
            <w:r>
              <w:rPr>
                <w:sz w:val="20"/>
              </w:rPr>
              <w:t>Via werkgever, geen actie nodig</w:t>
            </w:r>
          </w:p>
        </w:tc>
      </w:tr>
      <w:tr>
        <w:tc>
          <w:tcPr>
            <w:tcW w:type="dxa" w:w="2351"/>
          </w:tcPr>
          <w:p>
            <w:r>
              <w:rPr>
                <w:sz w:val="20"/>
              </w:rPr>
              <w:t>Aansprakelijkheid (AVB)</w:t>
            </w:r>
          </w:p>
        </w:tc>
        <w:tc>
          <w:tcPr>
            <w:tcW w:type="dxa" w:w="2351"/>
          </w:tcPr>
          <w:p>
            <w:r>
              <w:rPr>
                <w:sz w:val="20"/>
              </w:rPr>
              <w:t>Sterk aanbevolen</w:t>
            </w:r>
          </w:p>
        </w:tc>
        <w:tc>
          <w:tcPr>
            <w:tcW w:type="dxa" w:w="2351"/>
          </w:tcPr>
          <w:p>
            <w:r>
              <w:rPr>
                <w:sz w:val="20"/>
              </w:rPr>
              <w:t>€150–€350</w:t>
            </w:r>
          </w:p>
        </w:tc>
        <w:tc>
          <w:tcPr>
            <w:tcW w:type="dxa" w:w="2351"/>
          </w:tcPr>
          <w:p>
            <w:r>
              <w:rPr>
                <w:sz w:val="20"/>
              </w:rPr>
              <w:t>Schade aan derden op locatie Phoenix Metals</w:t>
            </w:r>
          </w:p>
        </w:tc>
      </w:tr>
      <w:tr>
        <w:tc>
          <w:tcPr>
            <w:tcW w:type="dxa" w:w="2351"/>
          </w:tcPr>
          <w:p>
            <w:r>
              <w:rPr>
                <w:sz w:val="20"/>
              </w:rPr>
              <w:t>Beroepsaansprakelijkheid</w:t>
            </w:r>
          </w:p>
        </w:tc>
        <w:tc>
          <w:tcPr>
            <w:tcW w:type="dxa" w:w="2351"/>
          </w:tcPr>
          <w:p>
            <w:r>
              <w:rPr>
                <w:sz w:val="20"/>
              </w:rPr>
              <w:t>Aanbevolen</w:t>
            </w:r>
          </w:p>
        </w:tc>
        <w:tc>
          <w:tcPr>
            <w:tcW w:type="dxa" w:w="2351"/>
          </w:tcPr>
          <w:p>
            <w:r>
              <w:rPr>
                <w:sz w:val="20"/>
              </w:rPr>
              <w:t>€300–€800</w:t>
            </w:r>
          </w:p>
        </w:tc>
        <w:tc>
          <w:tcPr>
            <w:tcW w:type="dxa" w:w="2351"/>
          </w:tcPr>
          <w:p>
            <w:r>
              <w:rPr>
                <w:sz w:val="20"/>
              </w:rPr>
              <w:t>Adviesfouten in HSEQ-advies</w:t>
            </w:r>
          </w:p>
        </w:tc>
      </w:tr>
      <w:tr>
        <w:tc>
          <w:tcPr>
            <w:tcW w:type="dxa" w:w="2351"/>
          </w:tcPr>
          <w:p>
            <w:r>
              <w:rPr>
                <w:sz w:val="20"/>
              </w:rPr>
              <w:t>AOV</w:t>
            </w:r>
          </w:p>
        </w:tc>
        <w:tc>
          <w:tcPr>
            <w:tcW w:type="dxa" w:w="2351"/>
          </w:tcPr>
          <w:p>
            <w:r>
              <w:rPr>
                <w:sz w:val="20"/>
              </w:rPr>
              <w:t>Optioneel (minder urgent)</w:t>
            </w:r>
          </w:p>
        </w:tc>
        <w:tc>
          <w:tcPr>
            <w:tcW w:type="dxa" w:w="2351"/>
          </w:tcPr>
          <w:p>
            <w:r>
              <w:rPr>
                <w:sz w:val="20"/>
              </w:rPr>
              <w:t>€1.200–€3.000</w:t>
            </w:r>
          </w:p>
        </w:tc>
        <w:tc>
          <w:tcPr>
            <w:tcW w:type="dxa" w:w="2351"/>
          </w:tcPr>
          <w:p>
            <w:r>
              <w:rPr>
                <w:sz w:val="20"/>
              </w:rPr>
              <w:t>Wintershall biedt vangnet bij ziekte; AOV dekt deeltijd ZZP-inkomsten</w:t>
            </w:r>
          </w:p>
        </w:tc>
      </w:tr>
      <w:tr>
        <w:tc>
          <w:tcPr>
            <w:tcW w:type="dxa" w:w="2351"/>
          </w:tcPr>
          <w:p>
            <w:r>
              <w:rPr>
                <w:sz w:val="20"/>
              </w:rPr>
              <w:t>Rechtsbijstand</w:t>
            </w:r>
          </w:p>
        </w:tc>
        <w:tc>
          <w:tcPr>
            <w:tcW w:type="dxa" w:w="2351"/>
          </w:tcPr>
          <w:p>
            <w:r>
              <w:rPr>
                <w:sz w:val="20"/>
              </w:rPr>
              <w:t>Aanbevolen</w:t>
            </w:r>
          </w:p>
        </w:tc>
        <w:tc>
          <w:tcPr>
            <w:tcW w:type="dxa" w:w="2351"/>
          </w:tcPr>
          <w:p>
            <w:r>
              <w:rPr>
                <w:sz w:val="20"/>
              </w:rPr>
              <w:t>€200–€400</w:t>
            </w:r>
          </w:p>
        </w:tc>
        <w:tc>
          <w:tcPr>
            <w:tcW w:type="dxa" w:w="2351"/>
          </w:tcPr>
          <w:p>
            <w:r>
              <w:rPr>
                <w:sz w:val="20"/>
              </w:rPr>
              <w:t>Juridische geschillen over contracten</w:t>
            </w:r>
          </w:p>
        </w:tc>
      </w:tr>
      <w:tr>
        <w:tc>
          <w:tcPr>
            <w:tcW w:type="dxa" w:w="2351"/>
          </w:tcPr>
          <w:p>
            <w:r>
              <w:rPr>
                <w:sz w:val="20"/>
              </w:rPr>
              <w:t>Arbeidsongeschiktheid ZZP-deel</w:t>
            </w:r>
          </w:p>
        </w:tc>
        <w:tc>
          <w:tcPr>
            <w:tcW w:type="dxa" w:w="2351"/>
          </w:tcPr>
          <w:p>
            <w:r>
              <w:rPr>
                <w:sz w:val="20"/>
              </w:rPr>
              <w:t>Overwegen</w:t>
            </w:r>
          </w:p>
        </w:tc>
        <w:tc>
          <w:tcPr>
            <w:tcW w:type="dxa" w:w="2351"/>
          </w:tcPr>
          <w:p>
            <w:r>
              <w:rPr>
                <w:sz w:val="20"/>
              </w:rPr>
              <w:t>€500–€1.500</w:t>
            </w:r>
          </w:p>
        </w:tc>
        <w:tc>
          <w:tcPr>
            <w:tcW w:type="dxa" w:w="2351"/>
          </w:tcPr>
          <w:p>
            <w:r>
              <w:rPr>
                <w:sz w:val="20"/>
              </w:rPr>
              <w:t>Alleen voor het ZZP-deel van je inkomen</w:t>
            </w:r>
          </w:p>
        </w:tc>
      </w:tr>
    </w:tbl>
    <w:p/>
    <w:p>
      <w:r>
        <w:t>ADVIES: AVB + Beroepsaansprakelijkheid zijn belangrijk. De AOV is minder urgent omdat Wintershall een vangnet biedt bij ziekte, maar overweeg een AOV die alleen het ZZP-inkomensdeel dekt.</w:t>
      </w:r>
    </w:p>
    <w:p>
      <w:pPr>
        <w:pStyle w:val="Heading1"/>
      </w:pPr>
      <w:r>
        <w:t>6. Bank &amp; Financiën</w:t>
      </w:r>
    </w:p>
    <w:p>
      <w:pPr>
        <w:pStyle w:val="Heading2"/>
      </w:pPr>
      <w:r>
        <w:t>6.1 Zakelijke Betaalrekening</w:t>
      </w:r>
    </w:p>
    <w:p>
      <w:r>
        <w:t>Ook bij 1-2 dagen per week is een zakelijke rekening aanbevolen voor scheiding privé/zakelijk. De Belastingdienst eist duidelijkheid over zakelijke transacties [6].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Bank</w:t>
            </w:r>
          </w:p>
        </w:tc>
        <w:tc>
          <w:tcPr>
            <w:tcW w:type="dxa" w:w="3135"/>
          </w:tcPr>
          <w:p>
            <w:r>
              <w:rPr>
                <w:b/>
                <w:color w:val="003366"/>
                <w:sz w:val="20"/>
              </w:rPr>
              <w:t>Kosten/maand</w:t>
            </w:r>
          </w:p>
        </w:tc>
        <w:tc>
          <w:tcPr>
            <w:tcW w:type="dxa" w:w="3135"/>
          </w:tcPr>
          <w:p>
            <w:r>
              <w:rPr>
                <w:b/>
                <w:color w:val="003366"/>
                <w:sz w:val="20"/>
              </w:rPr>
              <w:t>Opmerking</w:t>
            </w:r>
          </w:p>
        </w:tc>
      </w:tr>
      <w:tr>
        <w:tc>
          <w:tcPr>
            <w:tcW w:type="dxa" w:w="3135"/>
          </w:tcPr>
          <w:p>
            <w:r>
              <w:rPr>
                <w:sz w:val="20"/>
              </w:rPr>
              <w:t>Knab Zakelijk</w:t>
            </w:r>
          </w:p>
        </w:tc>
        <w:tc>
          <w:tcPr>
            <w:tcW w:type="dxa" w:w="3135"/>
          </w:tcPr>
          <w:p>
            <w:r>
              <w:rPr>
                <w:sz w:val="20"/>
              </w:rPr>
              <w:t>€7–€10</w:t>
            </w:r>
          </w:p>
        </w:tc>
        <w:tc>
          <w:tcPr>
            <w:tcW w:type="dxa" w:w="3135"/>
          </w:tcPr>
          <w:p>
            <w:r>
              <w:rPr>
                <w:sz w:val="20"/>
              </w:rPr>
              <w:t>Goedkoop, online-first, goed voor deeltijd ZZP</w:t>
            </w:r>
          </w:p>
        </w:tc>
      </w:tr>
      <w:tr>
        <w:tc>
          <w:tcPr>
            <w:tcW w:type="dxa" w:w="3135"/>
          </w:tcPr>
          <w:p>
            <w:r>
              <w:rPr>
                <w:sz w:val="20"/>
              </w:rPr>
              <w:t>Bunq Business</w:t>
            </w:r>
          </w:p>
        </w:tc>
        <w:tc>
          <w:tcPr>
            <w:tcW w:type="dxa" w:w="3135"/>
          </w:tcPr>
          <w:p>
            <w:r>
              <w:rPr>
                <w:sz w:val="20"/>
              </w:rPr>
              <w:t>€0–€9</w:t>
            </w:r>
          </w:p>
        </w:tc>
        <w:tc>
          <w:tcPr>
            <w:tcW w:type="dxa" w:w="3135"/>
          </w:tcPr>
          <w:p>
            <w:r>
              <w:rPr>
                <w:sz w:val="20"/>
              </w:rPr>
              <w:t>Volledig digitaal, laagste kosten</w:t>
            </w:r>
          </w:p>
        </w:tc>
      </w:tr>
      <w:tr>
        <w:tc>
          <w:tcPr>
            <w:tcW w:type="dxa" w:w="3135"/>
          </w:tcPr>
          <w:p>
            <w:r>
              <w:rPr>
                <w:sz w:val="20"/>
              </w:rPr>
              <w:t>ING Zakelijk</w:t>
            </w:r>
          </w:p>
        </w:tc>
        <w:tc>
          <w:tcPr>
            <w:tcW w:type="dxa" w:w="3135"/>
          </w:tcPr>
          <w:p>
            <w:r>
              <w:rPr>
                <w:sz w:val="20"/>
              </w:rPr>
              <w:t>€9–€15</w:t>
            </w:r>
          </w:p>
        </w:tc>
        <w:tc>
          <w:tcPr>
            <w:tcW w:type="dxa" w:w="3135"/>
          </w:tcPr>
          <w:p>
            <w:r>
              <w:rPr>
                <w:sz w:val="20"/>
              </w:rPr>
              <w:t>Volledige dekking, fysiek kantoor</w:t>
            </w:r>
          </w:p>
        </w:tc>
      </w:tr>
      <w:tr>
        <w:tc>
          <w:tcPr>
            <w:tcW w:type="dxa" w:w="3135"/>
          </w:tcPr>
          <w:p>
            <w:r>
              <w:rPr>
                <w:sz w:val="20"/>
              </w:rPr>
              <w:t>Rabobank</w:t>
            </w:r>
          </w:p>
        </w:tc>
        <w:tc>
          <w:tcPr>
            <w:tcW w:type="dxa" w:w="3135"/>
          </w:tcPr>
          <w:p>
            <w:r>
              <w:rPr>
                <w:sz w:val="20"/>
              </w:rPr>
              <w:t>€8–€12</w:t>
            </w:r>
          </w:p>
        </w:tc>
        <w:tc>
          <w:tcPr>
            <w:tcW w:type="dxa" w:w="3135"/>
          </w:tcPr>
          <w:p>
            <w:r>
              <w:rPr>
                <w:sz w:val="20"/>
              </w:rPr>
              <w:t>Sterk in zakelijke markt</w:t>
            </w:r>
          </w:p>
        </w:tc>
      </w:tr>
    </w:tbl>
    <w:p>
      <w:pPr>
        <w:pStyle w:val="Heading2"/>
      </w:pPr>
      <w:r>
        <w:t>6.2 Facturatie — Wettelijke Eisen</w:t>
      </w:r>
    </w:p>
    <w:p>
      <w:r>
        <w:t>Elke factuur MOET bevatten (art. 35a Wet OB 1968) [4]:</w:t>
      </w:r>
    </w:p>
    <w:p>
      <w:r>
        <w:t>1. Naam en adres jouw onderneming</w:t>
      </w:r>
    </w:p>
    <w:p>
      <w:r>
        <w:t>2. KvK-nummer en BTW-nummer</w:t>
      </w:r>
    </w:p>
    <w:p>
      <w:r>
        <w:t>3. Opeenvolgend factuurnummer (zonder gaten)</w:t>
      </w:r>
    </w:p>
    <w:p>
      <w:r>
        <w:t>4. Factuurdatum en leveringsperiode</w:t>
      </w:r>
    </w:p>
    <w:p>
      <w:r>
        <w:t>5. Naam en adres Phoenix Metals</w:t>
      </w:r>
    </w:p>
    <w:p>
      <w:r>
        <w:t>6. Omschrijving: 'HSEQ-management diensten'</w:t>
      </w:r>
    </w:p>
    <w:p>
      <w:r>
        <w:t>7. Uurtarief, aantal uren, subtotaal</w:t>
      </w:r>
    </w:p>
    <w:p>
      <w:r>
        <w:t>8. BTW-tarief (21%) en BTW-bedrag</w:t>
      </w:r>
    </w:p>
    <w:p>
      <w:r>
        <w:t>9. Totaalbedrag in- en exclusief BTW</w:t>
      </w:r>
    </w:p>
    <w:p>
      <w:r>
        <w:t>10. Betalingsvoorwaarden (bijv. 14 of 30 dagen)</w:t>
      </w:r>
    </w:p>
    <w:p>
      <w:pPr>
        <w:pStyle w:val="Heading2"/>
      </w:pPr>
      <w:r>
        <w:t>6.3 Boekhoudsoftware</w:t>
      </w:r>
    </w:p>
    <w:p>
      <w:r>
        <w:t>Voor een deeltijd ZZP met beperkt aantal transacties volstaat een eenvoudige oplossing:</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Optie</w:t>
            </w:r>
          </w:p>
        </w:tc>
        <w:tc>
          <w:tcPr>
            <w:tcW w:type="dxa" w:w="3135"/>
          </w:tcPr>
          <w:p>
            <w:r>
              <w:rPr>
                <w:b/>
                <w:color w:val="003366"/>
                <w:sz w:val="20"/>
              </w:rPr>
              <w:t>Kosten/maand</w:t>
            </w:r>
          </w:p>
        </w:tc>
        <w:tc>
          <w:tcPr>
            <w:tcW w:type="dxa" w:w="3135"/>
          </w:tcPr>
          <w:p>
            <w:r>
              <w:rPr>
                <w:b/>
                <w:color w:val="003366"/>
                <w:sz w:val="20"/>
              </w:rPr>
              <w:t>Geschikt voor</w:t>
            </w:r>
          </w:p>
        </w:tc>
      </w:tr>
      <w:tr>
        <w:tc>
          <w:tcPr>
            <w:tcW w:type="dxa" w:w="3135"/>
          </w:tcPr>
          <w:p>
            <w:r>
              <w:rPr>
                <w:sz w:val="20"/>
              </w:rPr>
              <w:t>e-Boekhouden</w:t>
            </w:r>
          </w:p>
        </w:tc>
        <w:tc>
          <w:tcPr>
            <w:tcW w:type="dxa" w:w="3135"/>
          </w:tcPr>
          <w:p>
            <w:r>
              <w:rPr>
                <w:sz w:val="20"/>
              </w:rPr>
              <w:t>€12–€20</w:t>
            </w:r>
          </w:p>
        </w:tc>
        <w:tc>
          <w:tcPr>
            <w:tcW w:type="dxa" w:w="3135"/>
          </w:tcPr>
          <w:p>
            <w:r>
              <w:rPr>
                <w:sz w:val="20"/>
              </w:rPr>
              <w:t>Laagdrempelig, btw-aangifte koppeling</w:t>
            </w:r>
          </w:p>
        </w:tc>
      </w:tr>
      <w:tr>
        <w:tc>
          <w:tcPr>
            <w:tcW w:type="dxa" w:w="3135"/>
          </w:tcPr>
          <w:p>
            <w:r>
              <w:rPr>
                <w:sz w:val="20"/>
              </w:rPr>
              <w:t>MoneyMonk</w:t>
            </w:r>
          </w:p>
        </w:tc>
        <w:tc>
          <w:tcPr>
            <w:tcW w:type="dxa" w:w="3135"/>
          </w:tcPr>
          <w:p>
            <w:r>
              <w:rPr>
                <w:sz w:val="20"/>
              </w:rPr>
              <w:t>€15–€25</w:t>
            </w:r>
          </w:p>
        </w:tc>
        <w:tc>
          <w:tcPr>
            <w:tcW w:type="dxa" w:w="3135"/>
          </w:tcPr>
          <w:p>
            <w:r>
              <w:rPr>
                <w:sz w:val="20"/>
              </w:rPr>
              <w:t>ZZP starters, facturatie + btw</w:t>
            </w:r>
          </w:p>
        </w:tc>
      </w:tr>
      <w:tr>
        <w:tc>
          <w:tcPr>
            <w:tcW w:type="dxa" w:w="3135"/>
          </w:tcPr>
          <w:p>
            <w:r>
              <w:rPr>
                <w:sz w:val="20"/>
              </w:rPr>
              <w:t>Excel/spreadsheet</w:t>
            </w:r>
          </w:p>
        </w:tc>
        <w:tc>
          <w:tcPr>
            <w:tcW w:type="dxa" w:w="3135"/>
          </w:tcPr>
          <w:p>
            <w:r>
              <w:rPr>
                <w:sz w:val="20"/>
              </w:rPr>
              <w:t>€0</w:t>
            </w:r>
          </w:p>
        </w:tc>
        <w:tc>
          <w:tcPr>
            <w:tcW w:type="dxa" w:w="3135"/>
          </w:tcPr>
          <w:p>
            <w:r>
              <w:rPr>
                <w:sz w:val="20"/>
              </w:rPr>
              <w:t>Minimaal — alleen als je weinig facturen hebt</w:t>
            </w:r>
          </w:p>
        </w:tc>
      </w:tr>
    </w:tbl>
    <w:p/>
    <w:p>
      <w:r>
        <w:t>ADVIES: e-Boekhouden of MoneyMonk. Laagdrempelig en voldoende voor enkele facturen per maand.</w:t>
      </w:r>
    </w:p>
    <w:p>
      <w:pPr>
        <w:pStyle w:val="Heading2"/>
      </w:pPr>
      <w:r>
        <w:t>6.4 Belastingreserve</w:t>
      </w:r>
    </w:p>
    <w:p>
      <w:r>
        <w:t>Reserveer ELKE MAAND 35-40% van je ZZP-omzet op een aparte spaarrekening voor:</w:t>
      </w:r>
    </w:p>
    <w:p>
      <w:pPr>
        <w:pStyle w:val="ListBullet"/>
      </w:pPr>
      <w:r>
        <w:rPr>
          <w:sz w:val="22"/>
        </w:rPr>
        <w:t>Inkomstenbelasting over ZZP-winst</w:t>
      </w:r>
    </w:p>
    <w:p>
      <w:pPr>
        <w:pStyle w:val="ListBullet"/>
      </w:pPr>
      <w:r>
        <w:rPr>
          <w:sz w:val="22"/>
        </w:rPr>
        <w:t>BTW-aanslag (als je btw verschil moet bijbetalen)</w:t>
      </w:r>
    </w:p>
    <w:p>
      <w:pPr>
        <w:pStyle w:val="ListBullet"/>
      </w:pPr>
      <w:r>
        <w:rPr>
          <w:sz w:val="22"/>
        </w:rPr>
        <w:t>Eventuele naheffingen</w:t>
      </w:r>
    </w:p>
    <w:p>
      <w:r>
        <w:t>Voorbeeld: Factuur €4.000 exclusief btw → Reserveer €1.400–€1.600 op spaarrekening.</w:t>
      </w:r>
    </w:p>
    <w:p>
      <w:pPr>
        <w:pStyle w:val="Heading1"/>
      </w:pPr>
      <w:r>
        <w:t>7. Contracten &amp; Voorwaarden</w:t>
      </w:r>
    </w:p>
    <w:p>
      <w:pPr>
        <w:pStyle w:val="Heading2"/>
      </w:pPr>
      <w:r>
        <w:t>7.1 Opdrachtsovereenkomsten — Twee Opdrachtgevers</w:t>
      </w:r>
    </w:p>
    <w:p>
      <w:r>
        <w:t>Je hebt twee ZZP-opdrachtgevers. Hanteer voor beiden een afzonderlijke opdrachtsovereenkomst:</w:t>
      </w:r>
    </w:p>
    <w:p>
      <w:pPr>
        <w:pStyle w:val="Heading3"/>
      </w:pPr>
      <w:r>
        <w:t>Phoenix Metals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Element</w:t>
            </w:r>
          </w:p>
        </w:tc>
        <w:tc>
          <w:tcPr>
            <w:tcW w:type="dxa" w:w="4703"/>
          </w:tcPr>
          <w:p>
            <w:r>
              <w:rPr>
                <w:b/>
                <w:color w:val="003366"/>
                <w:sz w:val="20"/>
              </w:rPr>
              <w:t>Invulling voorbeeld</w:t>
            </w:r>
          </w:p>
        </w:tc>
      </w:tr>
      <w:tr>
        <w:tc>
          <w:tcPr>
            <w:tcW w:type="dxa" w:w="4703"/>
          </w:tcPr>
          <w:p>
            <w:r>
              <w:rPr>
                <w:sz w:val="20"/>
              </w:rPr>
              <w:t>Opdracht</w:t>
            </w:r>
          </w:p>
        </w:tc>
        <w:tc>
          <w:tcPr>
            <w:tcW w:type="dxa" w:w="4703"/>
          </w:tcPr>
          <w:p>
            <w:r>
              <w:rPr>
                <w:sz w:val="20"/>
              </w:rPr>
              <w:t>HSEQ-management en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bl>
    <w:p/>
    <w:p>
      <w:pPr>
        <w:pStyle w:val="Heading3"/>
      </w:pPr>
      <w:r>
        <w:t>Club of Engineers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Element</w:t>
            </w:r>
          </w:p>
        </w:tc>
        <w:tc>
          <w:tcPr>
            <w:tcW w:type="dxa" w:w="4703"/>
          </w:tcPr>
          <w:p>
            <w:r>
              <w:rPr>
                <w:b/>
                <w:color w:val="003366"/>
                <w:sz w:val="20"/>
              </w:rPr>
              <w:t>Invulling voorbeeld</w:t>
            </w:r>
          </w:p>
        </w:tc>
      </w:tr>
      <w:tr>
        <w:tc>
          <w:tcPr>
            <w:tcW w:type="dxa" w:w="4703"/>
          </w:tcPr>
          <w:p>
            <w:r>
              <w:rPr>
                <w:sz w:val="20"/>
              </w:rPr>
              <w:t>Opdracht</w:t>
            </w:r>
          </w:p>
        </w:tc>
        <w:tc>
          <w:tcPr>
            <w:tcW w:type="dxa" w:w="4703"/>
          </w:tcPr>
          <w:p>
            <w:r>
              <w:rPr>
                <w:sz w:val="20"/>
              </w:rPr>
              <w:t>HSEQ-consultancy / engineering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bl>
    <w:p>
      <w:pPr>
        <w:pStyle w:val="Heading2"/>
      </w:pPr>
      <w:r>
        <w:t>7.2 Algemene Voorwaarden</w:t>
      </w:r>
    </w:p>
    <w:p>
      <w:r>
        <w:t>Stel algemene voorwaarden op en depot deze bij de KvK (kosten ~€25). Dit regelt betalingsvoorwaarden, aansprakelijkheidsbeperking, en ontbindingsgronden [2].</w:t>
      </w:r>
    </w:p>
    <w:p>
      <w:pPr>
        <w:pStyle w:val="Heading2"/>
      </w:pPr>
      <w:r>
        <w:t>7.3 NDA (Geheimhouding)</w:t>
      </w:r>
    </w:p>
    <w:p>
      <w:r>
        <w:t>Gezien de gevoelige aard van HSEQ-werk (procesveiligheid, milieudata, bedrijfsgeheimen) is een NDA sterk aanbevolen bij beide opdrachtgevers. Meestal stelt de opdrachtgever deze zelf beschikbaar. Zorg dat je NIET dezelfde vertrouwelijke info van Phoenix Metals gebruikt bij Club of Engineers (en vice versa) — dit is een conflict of interest risico.</w:t>
      </w:r>
    </w:p>
    <w:p>
      <w:pPr>
        <w:pStyle w:val="Heading2"/>
      </w:pPr>
      <w:r>
        <w:t>7.4 Tariefstelling HSEQ 2026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Type</w:t>
            </w:r>
          </w:p>
        </w:tc>
        <w:tc>
          <w:tcPr>
            <w:tcW w:type="dxa" w:w="3135"/>
          </w:tcPr>
          <w:p>
            <w:r>
              <w:rPr>
                <w:b/>
                <w:color w:val="003366"/>
                <w:sz w:val="20"/>
              </w:rPr>
              <w:t>Range 2026</w:t>
            </w:r>
          </w:p>
        </w:tc>
        <w:tc>
          <w:tcPr>
            <w:tcW w:type="dxa" w:w="3135"/>
          </w:tcPr>
          <w:p>
            <w:r>
              <w:rPr>
                <w:b/>
                <w:color w:val="003366"/>
                <w:sz w:val="20"/>
              </w:rPr>
              <w:t>Advies</w:t>
            </w:r>
          </w:p>
        </w:tc>
      </w:tr>
      <w:tr>
        <w:tc>
          <w:tcPr>
            <w:tcW w:type="dxa" w:w="3135"/>
          </w:tcPr>
          <w:p>
            <w:r>
              <w:rPr>
                <w:sz w:val="20"/>
              </w:rPr>
              <w:t>Uurtarief</w:t>
            </w:r>
          </w:p>
        </w:tc>
        <w:tc>
          <w:tcPr>
            <w:tcW w:type="dxa" w:w="3135"/>
          </w:tcPr>
          <w:p>
            <w:r>
              <w:rPr>
                <w:sz w:val="20"/>
              </w:rPr>
              <w:t>€75–€150</w:t>
            </w:r>
          </w:p>
        </w:tc>
        <w:tc>
          <w:tcPr>
            <w:tcW w:type="dxa" w:w="3135"/>
          </w:tcPr>
          <w:p>
            <w:r>
              <w:rPr>
                <w:sz w:val="20"/>
              </w:rPr>
              <w:t>€95–€120 (ervaren HSEQ, deeltijd)</w:t>
            </w:r>
          </w:p>
        </w:tc>
      </w:tr>
      <w:tr>
        <w:tc>
          <w:tcPr>
            <w:tcW w:type="dxa" w:w="3135"/>
          </w:tcPr>
          <w:p>
            <w:r>
              <w:rPr>
                <w:sz w:val="20"/>
              </w:rPr>
              <w:t>Dagtarief</w:t>
            </w:r>
          </w:p>
        </w:tc>
        <w:tc>
          <w:tcPr>
            <w:tcW w:type="dxa" w:w="3135"/>
          </w:tcPr>
          <w:p>
            <w:r>
              <w:rPr>
                <w:sz w:val="20"/>
              </w:rPr>
              <w:t>€600–€1.200</w:t>
            </w:r>
          </w:p>
        </w:tc>
        <w:tc>
          <w:tcPr>
            <w:tcW w:type="dxa" w:w="3135"/>
          </w:tcPr>
          <w:p>
            <w:r>
              <w:rPr>
                <w:sz w:val="20"/>
              </w:rPr>
              <w:t>€760–€960 (8 uur × tarief)</w:t>
            </w:r>
          </w:p>
        </w:tc>
      </w:tr>
      <w:tr>
        <w:tc>
          <w:tcPr>
            <w:tcW w:type="dxa" w:w="3135"/>
          </w:tcPr>
          <w:p>
            <w:r>
              <w:rPr>
                <w:sz w:val="20"/>
              </w:rPr>
              <w:t>Maandelijks (8 dagen)</w:t>
            </w:r>
          </w:p>
        </w:tc>
        <w:tc>
          <w:tcPr>
            <w:tcW w:type="dxa" w:w="3135"/>
          </w:tcPr>
          <w:p>
            <w:r>
              <w:rPr>
                <w:sz w:val="20"/>
              </w:rPr>
              <w:t>€4.800–€9.600</w:t>
            </w:r>
          </w:p>
        </w:tc>
        <w:tc>
          <w:tcPr>
            <w:tcW w:type="dxa" w:w="3135"/>
          </w:tcPr>
          <w:p>
            <w:r>
              <w:rPr>
                <w:sz w:val="20"/>
              </w:rPr>
              <w:t>Afhankelijk van scope</w:t>
            </w:r>
          </w:p>
        </w:tc>
      </w:tr>
      <w:tr>
        <w:tc>
          <w:tcPr>
            <w:tcW w:type="dxa" w:w="3135"/>
          </w:tcPr>
          <w:p>
            <w:r>
              <w:rPr>
                <w:sz w:val="20"/>
              </w:rPr>
              <w:t>Maandelijks (4 dagen)</w:t>
            </w:r>
          </w:p>
        </w:tc>
        <w:tc>
          <w:tcPr>
            <w:tcW w:type="dxa" w:w="3135"/>
          </w:tcPr>
          <w:p>
            <w:r>
              <w:rPr>
                <w:sz w:val="20"/>
              </w:rPr>
              <w:t>€2.400–€4.800</w:t>
            </w:r>
          </w:p>
        </w:tc>
        <w:tc>
          <w:tcPr>
            <w:tcW w:type="dxa" w:w="3135"/>
          </w:tcPr>
          <w:p>
            <w:r>
              <w:rPr>
                <w:sz w:val="20"/>
              </w:rPr>
              <w:t>Minimale bandbreedte</w:t>
            </w:r>
          </w:p>
        </w:tc>
      </w:tr>
    </w:tbl>
    <w:p/>
    <w:p>
      <w:r>
        <w:t>ADVIES: €100 per uur is jouw vastgestelde tarief. Marktconform voor een ervaren HSEQ-manager op interim-basis. Je Wintershall-salaris is je basisinkomen — het ZZP-tarief is extra. Ga niet te laag zitten; je brengt specialistische expertise [7].</w:t>
      </w:r>
    </w:p>
    <w:p>
      <w:pPr>
        <w:pStyle w:val="Heading1"/>
      </w:pPr>
      <w:r>
        <w:t>8. Subsidies, Voordelen &amp; Regelingen</w:t>
      </w:r>
    </w:p>
    <w:p>
      <w:pPr>
        <w:pStyle w:val="Heading2"/>
      </w:pPr>
      <w:r>
        <w:t>8.1 Fiscale Voordelen — Realistisch Overzicht</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Voordeel</w:t>
            </w:r>
          </w:p>
        </w:tc>
        <w:tc>
          <w:tcPr>
            <w:tcW w:type="dxa" w:w="3135"/>
          </w:tcPr>
          <w:p>
            <w:r>
              <w:rPr>
                <w:b/>
                <w:color w:val="003366"/>
                <w:sz w:val="20"/>
              </w:rPr>
              <w:t>Beschikbaar?</w:t>
            </w:r>
          </w:p>
        </w:tc>
        <w:tc>
          <w:tcPr>
            <w:tcW w:type="dxa" w:w="3135"/>
          </w:tcPr>
          <w:p>
            <w:r>
              <w:rPr>
                <w:b/>
                <w:color w:val="003366"/>
                <w:sz w:val="20"/>
              </w:rPr>
              <w:t>Voorwaarde</w:t>
            </w:r>
          </w:p>
        </w:tc>
      </w:tr>
      <w:tr>
        <w:tc>
          <w:tcPr>
            <w:tcW w:type="dxa" w:w="3135"/>
          </w:tcPr>
          <w:p>
            <w:r>
              <w:rPr>
                <w:sz w:val="20"/>
              </w:rPr>
              <w:t>Zelfstandigenaftrek (~€12.420)</w:t>
            </w:r>
          </w:p>
        </w:tc>
        <w:tc>
          <w:tcPr>
            <w:tcW w:type="dxa" w:w="3135"/>
          </w:tcPr>
          <w:p>
            <w:r>
              <w:rPr>
                <w:sz w:val="20"/>
              </w:rPr>
              <w:t>⚠ Onzeker</w:t>
            </w:r>
          </w:p>
        </w:tc>
        <w:tc>
          <w:tcPr>
            <w:tcW w:type="dxa" w:w="3135"/>
          </w:tcPr>
          <w:p>
            <w:r>
              <w:rPr>
                <w:sz w:val="20"/>
              </w:rPr>
              <w:t>Alleen bij 1.225 uren — waarschijnlijk NIET gehaald</w:t>
            </w:r>
          </w:p>
        </w:tc>
      </w:tr>
      <w:tr>
        <w:tc>
          <w:tcPr>
            <w:tcW w:type="dxa" w:w="3135"/>
          </w:tcPr>
          <w:p>
            <w:r>
              <w:rPr>
                <w:sz w:val="20"/>
              </w:rPr>
              <w:t>Startersaftrek (~€2.119)</w:t>
            </w:r>
          </w:p>
        </w:tc>
        <w:tc>
          <w:tcPr>
            <w:tcW w:type="dxa" w:w="3135"/>
          </w:tcPr>
          <w:p>
            <w:r>
              <w:rPr>
                <w:sz w:val="20"/>
              </w:rPr>
              <w:t>⚠ Onzeker</w:t>
            </w:r>
          </w:p>
        </w:tc>
        <w:tc>
          <w:tcPr>
            <w:tcW w:type="dxa" w:w="3135"/>
          </w:tcPr>
          <w:p>
            <w:r>
              <w:rPr>
                <w:sz w:val="20"/>
              </w:rPr>
              <w:t>Idem — afhankelijk van urencriterium</w:t>
            </w:r>
          </w:p>
        </w:tc>
      </w:tr>
      <w:tr>
        <w:tc>
          <w:tcPr>
            <w:tcW w:type="dxa" w:w="3135"/>
          </w:tcPr>
          <w:p>
            <w:r>
              <w:rPr>
                <w:sz w:val="20"/>
              </w:rPr>
              <w:t>MKB-winstvrijstelling (14,19%)</w:t>
            </w:r>
          </w:p>
        </w:tc>
        <w:tc>
          <w:tcPr>
            <w:tcW w:type="dxa" w:w="3135"/>
          </w:tcPr>
          <w:p>
            <w:r>
              <w:rPr>
                <w:sz w:val="20"/>
              </w:rPr>
              <w:t>⚠ Onzeker</w:t>
            </w:r>
          </w:p>
        </w:tc>
        <w:tc>
          <w:tcPr>
            <w:tcW w:type="dxa" w:w="3135"/>
          </w:tcPr>
          <w:p>
            <w:r>
              <w:rPr>
                <w:sz w:val="20"/>
              </w:rPr>
              <w:t>Idem — afhankelijk van urencriterium</w:t>
            </w:r>
          </w:p>
        </w:tc>
      </w:tr>
      <w:tr>
        <w:tc>
          <w:tcPr>
            <w:tcW w:type="dxa" w:w="3135"/>
          </w:tcPr>
          <w:p>
            <w:r>
              <w:rPr>
                <w:sz w:val="20"/>
              </w:rPr>
              <w:t>Zakelijke kosten aftrekken</w:t>
            </w:r>
          </w:p>
        </w:tc>
        <w:tc>
          <w:tcPr>
            <w:tcW w:type="dxa" w:w="3135"/>
          </w:tcPr>
          <w:p>
            <w:r>
              <w:rPr>
                <w:sz w:val="20"/>
              </w:rPr>
              <w:t>✅ Ja</w:t>
            </w:r>
          </w:p>
        </w:tc>
        <w:tc>
          <w:tcPr>
            <w:tcW w:type="dxa" w:w="3135"/>
          </w:tcPr>
          <w:p>
            <w:r>
              <w:rPr>
                <w:sz w:val="20"/>
              </w:rPr>
              <w:t>ALTIJD — boekhouder, reiskosten, materialen, software</w:t>
            </w:r>
          </w:p>
        </w:tc>
      </w:tr>
      <w:tr>
        <w:tc>
          <w:tcPr>
            <w:tcW w:type="dxa" w:w="3135"/>
          </w:tcPr>
          <w:p>
            <w:r>
              <w:rPr>
                <w:sz w:val="20"/>
              </w:rPr>
              <w:t>Investeringaftrek</w:t>
            </w:r>
          </w:p>
        </w:tc>
        <w:tc>
          <w:tcPr>
            <w:tcW w:type="dxa" w:w="3135"/>
          </w:tcPr>
          <w:p>
            <w:r>
              <w:rPr>
                <w:sz w:val="20"/>
              </w:rPr>
              <w:t>✅ Ja (als ondernemer)</w:t>
            </w:r>
          </w:p>
        </w:tc>
        <w:tc>
          <w:tcPr>
            <w:tcW w:type="dxa" w:w="3135"/>
          </w:tcPr>
          <w:p>
            <w:r>
              <w:rPr>
                <w:sz w:val="20"/>
              </w:rPr>
              <w:t>Bedrijfsmiddelen &gt;€450</w:t>
            </w:r>
          </w:p>
        </w:tc>
      </w:tr>
      <w:tr>
        <w:tc>
          <w:tcPr>
            <w:tcW w:type="dxa" w:w="3135"/>
          </w:tcPr>
          <w:p>
            <w:r>
              <w:rPr>
                <w:sz w:val="20"/>
              </w:rPr>
              <w:t>KOR (btw-vrijstelling)</w:t>
            </w:r>
          </w:p>
        </w:tc>
        <w:tc>
          <w:tcPr>
            <w:tcW w:type="dxa" w:w="3135"/>
          </w:tcPr>
          <w:p>
            <w:r>
              <w:rPr>
                <w:sz w:val="20"/>
              </w:rPr>
              <w:t>❌ Nee</w:t>
            </w:r>
          </w:p>
        </w:tc>
        <w:tc>
          <w:tcPr>
            <w:tcW w:type="dxa" w:w="3135"/>
          </w:tcPr>
          <w:p>
            <w:r>
              <w:rPr>
                <w:sz w:val="20"/>
              </w:rPr>
              <w:t>Omzet &gt;€20.000 → valt buiten KOR</w:t>
            </w:r>
          </w:p>
        </w:tc>
      </w:tr>
    </w:tbl>
    <w:p>
      <w:pPr>
        <w:pStyle w:val="Heading2"/>
      </w:pPr>
      <w:r>
        <w:t>8.2 Gemeentelijke Regelingen</w:t>
      </w:r>
    </w:p>
    <w:p>
      <w:r>
        <w:t>Voor gemeente Heiloo/regio Alkmaar: check heiloo.nl/ondernemen voor evt. starterslening of adviesregelingen. Bij een deeltijd ZZP is een lening waarschijnlijk niet nodig [8].</w:t>
      </w:r>
    </w:p>
    <w:p>
      <w:pPr>
        <w:pStyle w:val="Heading2"/>
      </w:pPr>
      <w:r>
        <w:t>8.3 Belastingvoordeel via Werkgever</w:t>
      </w:r>
    </w:p>
    <w:p>
      <w:r>
        <w:t>Vergeet niet dat je via Wintershall al profiteert van:</w:t>
      </w:r>
    </w:p>
    <w:p>
      <w:pPr>
        <w:pStyle w:val="ListBullet"/>
      </w:pPr>
      <w:r>
        <w:rPr>
          <w:sz w:val="22"/>
        </w:rPr>
        <w:t>Werkgeversdeel zorgverzekering (geen aparte actie nodig)</w:t>
      </w:r>
    </w:p>
    <w:p>
      <w:pPr>
        <w:pStyle w:val="ListBullet"/>
      </w:pPr>
      <w:r>
        <w:rPr>
          <w:sz w:val="22"/>
        </w:rPr>
        <w:t>Pensioenopbouw (via werkgever)</w:t>
      </w:r>
    </w:p>
    <w:p>
      <w:pPr>
        <w:pStyle w:val="ListBullet"/>
      </w:pPr>
      <w:r>
        <w:rPr>
          <w:sz w:val="22"/>
        </w:rPr>
        <w:t>AOV/ziektewet vangnet bij ziekte (via werkgever)</w:t>
      </w:r>
    </w:p>
    <w:p>
      <w:pPr>
        <w:pStyle w:val="ListBullet"/>
      </w:pPr>
      <w:r>
        <w:rPr>
          <w:sz w:val="22"/>
        </w:rPr>
        <w:t>Vakantiegeld en eindejaarsuitkering</w:t>
      </w:r>
    </w:p>
    <w:p>
      <w:pPr>
        <w:pStyle w:val="Heading1"/>
      </w:pPr>
      <w:r>
        <w:t>9. Wettelijk Kader</w:t>
      </w:r>
    </w:p>
    <w:p>
      <w:pPr>
        <w:pStyle w:val="Heading2"/>
      </w:pPr>
      <w:r>
        <w:t>9.1 Wet DBA — Zie Hoofdstuk 4</w:t>
      </w:r>
    </w:p>
    <w:p>
      <w:r>
        <w:t>(Uitgebreid behandeld in Hoofdstuk 4)</w:t>
      </w:r>
    </w:p>
    <w:p>
      <w:pPr>
        <w:pStyle w:val="Heading2"/>
      </w:pPr>
      <w:r>
        <w:t>9.2 Arbowet — Dubbele Rol</w:t>
      </w:r>
    </w:p>
    <w:p>
      <w:r>
        <w:t>Als werknemer bij Wintershall ben je beschermd door de Arbowet via je werkgever. Als ZZP'er bij Phoenix Metals ben je zelf verantwoordelijk voor je arbeidsomstandigheden. Phoenix Metals moet als opdrachtgever echter wel zorgen voor een veilige werkplek (Arbowet art. 3). Check of Phoenix Metals een RI&amp;E heeft en of je een veiligheidsinstructie krijgt bij aanvang [9].</w:t>
      </w:r>
    </w:p>
    <w:p>
      <w:pPr>
        <w:pStyle w:val="Heading2"/>
      </w:pPr>
      <w:r>
        <w:t>9.3 AVG/GDPR</w:t>
      </w:r>
    </w:p>
    <w:p>
      <w:r>
        <w:t>Als HSEQ-manager verwerk je mogelijk persoonsgegevens (medische gegevens bij bedrijfsgezondheidsdienst, incidentrapportages met persoonsgegevens). Zorg voor een verwerkersovereenkomst met Phoenix Metals en voldoe aan AVG-vereisten [10].</w:t>
      </w:r>
    </w:p>
    <w:p>
      <w:pPr>
        <w:pStyle w:val="Heading2"/>
      </w:pPr>
      <w:r>
        <w:t>9.4 Controleclausule Loonbelasting</w:t>
      </w:r>
    </w:p>
    <w:p>
      <w:r>
        <w:t>De Belastingdienst kan jouw situatie controleren. Met een combinatie van loondienst (Wintershall) en ZZP (Phoenix Metals) in dezelfde branche (HSEQ), is het risico op een controle reëel. Houd je administratie dus strak bij [5].</w:t>
      </w:r>
    </w:p>
    <w:p>
      <w:pPr>
        <w:pStyle w:val="Heading1"/>
      </w:pPr>
      <w:r>
        <w:t>10. Administratie &amp; Routine</w:t>
      </w:r>
    </w:p>
    <w:p>
      <w:pPr>
        <w:pStyle w:val="Heading2"/>
      </w:pPr>
      <w:r>
        <w:t>10.1 Wekelijks</w:t>
      </w:r>
    </w:p>
    <w:p>
      <w:pPr>
        <w:spacing w:after="60"/>
        <w:ind w:left="283"/>
      </w:pPr>
      <w:r>
        <w:rPr>
          <w:sz w:val="20"/>
        </w:rPr>
        <w:t>☐  Gewerkte uren voor Phoenix Metals registreren</w:t>
      </w:r>
    </w:p>
    <w:p>
      <w:pPr>
        <w:spacing w:after="60"/>
        <w:ind w:left="283"/>
      </w:pPr>
      <w:r>
        <w:rPr>
          <w:sz w:val="20"/>
        </w:rPr>
        <w:t>☐  Gewerkte uren voor Club of Engineers registreren</w:t>
      </w:r>
    </w:p>
    <w:p>
      <w:pPr>
        <w:spacing w:after="60"/>
        <w:ind w:left="283"/>
      </w:pPr>
      <w:r>
        <w:rPr>
          <w:sz w:val="20"/>
        </w:rPr>
        <w:t>☐  Overheaduren registreren (admin, acquisitie, netwerken, opleiding)</w:t>
      </w:r>
    </w:p>
    <w:p>
      <w:pPr>
        <w:spacing w:after="60"/>
        <w:ind w:left="283"/>
      </w:pPr>
      <w:r>
        <w:rPr>
          <w:sz w:val="20"/>
        </w:rPr>
        <w:t>☐  Bonnen/bonnetjes verzamelen en scannen</w:t>
      </w:r>
    </w:p>
    <w:p>
      <w:pPr>
        <w:spacing w:after="60"/>
        <w:ind w:left="283"/>
      </w:pPr>
      <w:r>
        <w:rPr>
          <w:sz w:val="20"/>
        </w:rPr>
        <w:t>☐  Eventuele reiskosten registreren</w:t>
      </w:r>
    </w:p>
    <w:p>
      <w:pPr>
        <w:pStyle w:val="Heading2"/>
      </w:pPr>
      <w:r>
        <w:t>10.2 Maandelijks</w:t>
      </w:r>
    </w:p>
    <w:p>
      <w:pPr>
        <w:spacing w:after="60"/>
        <w:ind w:left="283"/>
      </w:pPr>
      <w:r>
        <w:rPr>
          <w:sz w:val="20"/>
        </w:rPr>
        <w:t>☐  Factuur naar Phoenix Metals sturen</w:t>
      </w:r>
    </w:p>
    <w:p>
      <w:pPr>
        <w:spacing w:after="60"/>
        <w:ind w:left="283"/>
      </w:pPr>
      <w:r>
        <w:rPr>
          <w:sz w:val="20"/>
        </w:rPr>
        <w:t>☐  Factuur naar Club of Engineers sturen</w:t>
      </w:r>
    </w:p>
    <w:p>
      <w:pPr>
        <w:spacing w:after="60"/>
        <w:ind w:left="283"/>
      </w:pPr>
      <w:r>
        <w:rPr>
          <w:sz w:val="20"/>
        </w:rPr>
        <w:t>☐  Alle kosten in boekhouding verwerken</w:t>
      </w:r>
    </w:p>
    <w:p>
      <w:pPr>
        <w:spacing w:after="60"/>
        <w:ind w:left="283"/>
      </w:pPr>
      <w:r>
        <w:rPr>
          <w:sz w:val="20"/>
        </w:rPr>
        <w:t>☐  Bankafschriften matchen</w:t>
      </w:r>
    </w:p>
    <w:p>
      <w:pPr>
        <w:spacing w:after="60"/>
        <w:ind w:left="283"/>
      </w:pPr>
      <w:r>
        <w:rPr>
          <w:sz w:val="20"/>
        </w:rPr>
        <w:t>☐  35-40% van ZZP-omzet overmaken naar belastingreserve-rekening</w:t>
      </w:r>
    </w:p>
    <w:p>
      <w:pPr>
        <w:spacing w:after="60"/>
        <w:ind w:left="283"/>
      </w:pPr>
      <w:r>
        <w:rPr>
          <w:sz w:val="20"/>
        </w:rPr>
        <w:t>☐  Openstaande facturen controleren</w:t>
      </w:r>
    </w:p>
    <w:p>
      <w:pPr>
        <w:pStyle w:val="Heading2"/>
      </w:pPr>
      <w:r>
        <w:t>10.3 Kwartaal</w:t>
      </w:r>
    </w:p>
    <w:p>
      <w:pPr>
        <w:spacing w:after="60"/>
        <w:ind w:left="283"/>
      </w:pPr>
      <w:r>
        <w:rPr>
          <w:sz w:val="20"/>
        </w:rPr>
        <w:t>☐  BTW-aangifte indienen (deadline: laatste dag volgende maand)</w:t>
      </w:r>
    </w:p>
    <w:p>
      <w:pPr>
        <w:spacing w:after="60"/>
        <w:ind w:left="283"/>
      </w:pPr>
      <w:r>
        <w:rPr>
          <w:sz w:val="20"/>
        </w:rPr>
        <w:t>☐  Kwartaaloverzicht: omzet, kosten, winst</w:t>
      </w:r>
    </w:p>
    <w:p>
      <w:pPr>
        <w:pStyle w:val="Heading2"/>
      </w:pPr>
      <w:r>
        <w:t>10.4 Jaarlijks</w:t>
      </w:r>
    </w:p>
    <w:p>
      <w:pPr>
        <w:spacing w:after="60"/>
        <w:ind w:left="283"/>
      </w:pPr>
      <w:r>
        <w:rPr>
          <w:sz w:val="20"/>
        </w:rPr>
        <w:t>☐  Inkomstenbelasting aangifte (inclusief ZZP-winst in Box 1)</w:t>
      </w:r>
    </w:p>
    <w:p>
      <w:pPr>
        <w:spacing w:after="60"/>
        <w:ind w:left="283"/>
      </w:pPr>
      <w:r>
        <w:rPr>
          <w:sz w:val="20"/>
        </w:rPr>
        <w:t>☐  Loonaangifte via Wintershall wordt apart gedaan (door werkgever)</w:t>
      </w:r>
    </w:p>
    <w:p>
      <w:pPr>
        <w:spacing w:after="60"/>
        <w:ind w:left="283"/>
      </w:pPr>
      <w:r>
        <w:rPr>
          <w:sz w:val="20"/>
        </w:rPr>
        <w:t>☐  Jaaroverzicht: totaal inkomen, belasting betaald, eventuele teruggaaf</w:t>
      </w:r>
    </w:p>
    <w:p>
      <w:pPr>
        <w:spacing w:after="60"/>
        <w:ind w:left="283"/>
      </w:pPr>
      <w:r>
        <w:rPr>
          <w:sz w:val="20"/>
        </w:rPr>
        <w:t>☐  Contracten evalueren en verlengen/opzeggen</w:t>
      </w:r>
    </w:p>
    <w:p>
      <w:pPr>
        <w:pStyle w:val="Heading2"/>
      </w:pPr>
      <w:r>
        <w:t>10.5 Archiveerplicht</w:t>
      </w:r>
    </w:p>
    <w:p>
      <w:r>
        <w:t>Bewaartermijnen: 7 jaar voor belasting- en btw-documenten [4].</w:t>
      </w:r>
    </w:p>
    <w:p>
      <w:pPr>
        <w:pStyle w:val="Heading1"/>
      </w:pPr>
      <w:r>
        <w:t>11. Tijdpad &amp; Actielijst</w:t>
      </w:r>
    </w:p>
    <w:p>
      <w:pPr>
        <w:pStyle w:val="Heading2"/>
      </w:pPr>
      <w:r>
        <w:t>Week 1: Oprichten</w:t>
      </w:r>
    </w:p>
    <w:p>
      <w:pPr>
        <w:spacing w:after="60"/>
        <w:ind w:left="283"/>
      </w:pPr>
      <w:r>
        <w:rPr>
          <w:sz w:val="20"/>
        </w:rPr>
        <w:t>☐  KvK-inschrijving afronden (online, 5 min, €50)</w:t>
      </w:r>
    </w:p>
    <w:p>
      <w:pPr>
        <w:spacing w:after="60"/>
        <w:ind w:left="283"/>
      </w:pPr>
      <w:r>
        <w:rPr>
          <w:sz w:val="20"/>
        </w:rPr>
        <w:t>☐  Handelsnaam vaststellen</w:t>
      </w:r>
    </w:p>
    <w:p>
      <w:pPr>
        <w:spacing w:after="60"/>
        <w:ind w:left="283"/>
      </w:pPr>
      <w:r>
        <w:rPr>
          <w:sz w:val="20"/>
        </w:rPr>
        <w:t>☐  Zakelijke bankrekening openen (Bunq/Knab/ING)</w:t>
      </w:r>
    </w:p>
    <w:p>
      <w:pPr>
        <w:spacing w:after="60"/>
        <w:ind w:left="283"/>
      </w:pPr>
      <w:r>
        <w:rPr>
          <w:sz w:val="20"/>
        </w:rPr>
        <w:t>☐  Btw-nummer ontvangen (automatisch via KvK)</w:t>
      </w:r>
    </w:p>
    <w:p>
      <w:pPr>
        <w:spacing w:after="60"/>
        <w:ind w:left="283"/>
      </w:pPr>
      <w:r>
        <w:rPr>
          <w:sz w:val="20"/>
        </w:rPr>
        <w:t>☐  AVB + Beroepsaansprakelijkheid verzekering afsluiten</w:t>
      </w:r>
    </w:p>
    <w:p>
      <w:pPr>
        <w:spacing w:after="60"/>
        <w:ind w:left="283"/>
      </w:pPr>
      <w:r>
        <w:rPr>
          <w:sz w:val="20"/>
        </w:rPr>
        <w:t>☐  Boekhoudsoftware installeren (e-Boekhouden of MoneyMonk)</w:t>
      </w:r>
    </w:p>
    <w:p>
      <w:pPr>
        <w:pStyle w:val="Heading2"/>
      </w:pPr>
      <w:r>
        <w:t>Week 2: Contracten</w:t>
      </w:r>
    </w:p>
    <w:p>
      <w:pPr>
        <w:spacing w:after="60"/>
        <w:ind w:left="283"/>
      </w:pPr>
      <w:r>
        <w:rPr>
          <w:sz w:val="20"/>
        </w:rPr>
        <w:t>☐  Modelovereenkomst downloaden (Belastingdienst) en invullen</w:t>
      </w:r>
    </w:p>
    <w:p>
      <w:pPr>
        <w:spacing w:after="60"/>
        <w:ind w:left="283"/>
      </w:pPr>
      <w:r>
        <w:rPr>
          <w:sz w:val="20"/>
        </w:rPr>
        <w:t>☐  Opdrachtsovereenkomst Phoenix Metals opstellen/laten opstellen</w:t>
      </w:r>
    </w:p>
    <w:p>
      <w:pPr>
        <w:spacing w:after="60"/>
        <w:ind w:left="283"/>
      </w:pPr>
      <w:r>
        <w:rPr>
          <w:sz w:val="20"/>
        </w:rPr>
        <w:t>☐  NDA regelen (door Phoenix Metals of zelf)</w:t>
      </w:r>
    </w:p>
    <w:p>
      <w:pPr>
        <w:spacing w:after="60"/>
        <w:ind w:left="283"/>
      </w:pPr>
      <w:r>
        <w:rPr>
          <w:sz w:val="20"/>
        </w:rPr>
        <w:t>☐  Algemene voorwaarden opstellen en depot bij KvK</w:t>
      </w:r>
    </w:p>
    <w:p>
      <w:pPr>
        <w:spacing w:after="60"/>
        <w:ind w:left="283"/>
      </w:pPr>
      <w:r>
        <w:rPr>
          <w:sz w:val="20"/>
        </w:rPr>
        <w:t>☐  Factuur-template ontwerpen</w:t>
      </w:r>
    </w:p>
    <w:p>
      <w:pPr>
        <w:spacing w:after="60"/>
        <w:ind w:left="283"/>
      </w:pPr>
      <w:r>
        <w:rPr>
          <w:sz w:val="20"/>
        </w:rPr>
        <w:t>☐  Btw-spaarrekening openen</w:t>
      </w:r>
    </w:p>
    <w:p>
      <w:pPr>
        <w:pStyle w:val="Heading2"/>
      </w:pPr>
      <w:r>
        <w:t>Week 3: Starten</w:t>
      </w:r>
    </w:p>
    <w:p>
      <w:pPr>
        <w:spacing w:after="60"/>
        <w:ind w:left="283"/>
      </w:pPr>
      <w:r>
        <w:rPr>
          <w:sz w:val="20"/>
        </w:rPr>
        <w:t>☐  Eerste werkdag bij Phoenix Metals</w:t>
      </w:r>
    </w:p>
    <w:p>
      <w:pPr>
        <w:spacing w:after="60"/>
        <w:ind w:left="283"/>
      </w:pPr>
      <w:r>
        <w:rPr>
          <w:sz w:val="20"/>
        </w:rPr>
        <w:t>☐  Contracten ondertekend en bewaard?</w:t>
      </w:r>
    </w:p>
    <w:p>
      <w:pPr>
        <w:spacing w:after="60"/>
        <w:ind w:left="283"/>
      </w:pPr>
      <w:r>
        <w:rPr>
          <w:sz w:val="20"/>
        </w:rPr>
        <w:t>☐  Urenregistratie gestart</w:t>
      </w:r>
    </w:p>
    <w:p>
      <w:pPr>
        <w:spacing w:after="60"/>
        <w:ind w:left="283"/>
      </w:pPr>
      <w:r>
        <w:rPr>
          <w:sz w:val="20"/>
        </w:rPr>
        <w:t>☐  Veiligheidsinstructie Phoenix Metals ontvangen?</w:t>
      </w:r>
    </w:p>
    <w:p>
      <w:pPr>
        <w:spacing w:after="60"/>
        <w:ind w:left="283"/>
      </w:pPr>
      <w:r>
        <w:rPr>
          <w:sz w:val="20"/>
        </w:rPr>
        <w:t>☐  RI&amp;E Phoenix Metals opgevraagd?</w:t>
      </w:r>
    </w:p>
    <w:p>
      <w:pPr>
        <w:pStyle w:val="Heading2"/>
      </w:pPr>
      <w:r>
        <w:t>Week 4 en verder: Routine</w:t>
      </w:r>
    </w:p>
    <w:p>
      <w:pPr>
        <w:spacing w:after="60"/>
        <w:ind w:left="283"/>
      </w:pPr>
      <w:r>
        <w:rPr>
          <w:sz w:val="20"/>
        </w:rPr>
        <w:t>☐  Maandelijks factuur sturen na afloop van de maand</w:t>
      </w:r>
    </w:p>
    <w:p>
      <w:pPr>
        <w:spacing w:after="60"/>
        <w:ind w:left="283"/>
      </w:pPr>
      <w:r>
        <w:rPr>
          <w:sz w:val="20"/>
        </w:rPr>
        <w:t>☐  Kosten bijhouden in boekhoudsoftware</w:t>
      </w:r>
    </w:p>
    <w:p>
      <w:pPr>
        <w:spacing w:after="60"/>
        <w:ind w:left="283"/>
      </w:pPr>
      <w:r>
        <w:rPr>
          <w:sz w:val="20"/>
        </w:rPr>
        <w:t>☐  Btw reserve doorsluisen naar spaarrekening</w:t>
      </w:r>
    </w:p>
    <w:p>
      <w:pPr>
        <w:spacing w:after="60"/>
        <w:ind w:left="283"/>
      </w:pPr>
      <w:r>
        <w:rPr>
          <w:sz w:val="20"/>
        </w:rPr>
        <w:t>☐  Na eerste kwartaal: btw-aangifte indienen</w:t>
      </w:r>
    </w:p>
    <w:p>
      <w:pPr>
        <w:spacing w:after="60"/>
        <w:ind w:left="283"/>
      </w:pPr>
      <w:r>
        <w:rPr>
          <w:sz w:val="20"/>
        </w:rPr>
        <w:t>☐  Eind jaar: inkomstenbelasting aangifte doen (ZZP-winst + loondienst)</w:t>
      </w:r>
    </w:p>
    <w:p>
      <w:pPr>
        <w:pStyle w:val="Heading1"/>
      </w:pPr>
      <w:r>
        <w:t>12. Risico's &amp; Valkuilen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Risico</w:t>
            </w:r>
          </w:p>
        </w:tc>
        <w:tc>
          <w:tcPr>
            <w:tcW w:type="dxa" w:w="2351"/>
          </w:tcPr>
          <w:p>
            <w:r>
              <w:rPr>
                <w:b/>
                <w:color w:val="003366"/>
                <w:sz w:val="20"/>
              </w:rPr>
              <w:t>Impact</w:t>
            </w:r>
          </w:p>
        </w:tc>
        <w:tc>
          <w:tcPr>
            <w:tcW w:type="dxa" w:w="2351"/>
          </w:tcPr>
          <w:p>
            <w:r>
              <w:rPr>
                <w:b/>
                <w:color w:val="003366"/>
                <w:sz w:val="20"/>
              </w:rPr>
              <w:t>Waarschijnlijkheid</w:t>
            </w:r>
          </w:p>
        </w:tc>
        <w:tc>
          <w:tcPr>
            <w:tcW w:type="dxa" w:w="2351"/>
          </w:tcPr>
          <w:p>
            <w:r>
              <w:rPr>
                <w:b/>
                <w:color w:val="003366"/>
                <w:sz w:val="20"/>
              </w:rPr>
              <w:t>Mitigatie</w:t>
            </w:r>
          </w:p>
        </w:tc>
      </w:tr>
      <w:tr>
        <w:tc>
          <w:tcPr>
            <w:tcW w:type="dxa" w:w="2351"/>
          </w:tcPr>
          <w:p>
            <w:r>
              <w:rPr>
                <w:sz w:val="20"/>
              </w:rPr>
              <w:t>Urencriterium niet gehaald</w:t>
            </w:r>
          </w:p>
        </w:tc>
        <w:tc>
          <w:tcPr>
            <w:tcW w:type="dxa" w:w="2351"/>
          </w:tcPr>
          <w:p>
            <w:r>
              <w:rPr>
                <w:sz w:val="20"/>
              </w:rPr>
              <w:t>HOOG (geen fiscale aftrek)</w:t>
            </w:r>
          </w:p>
        </w:tc>
        <w:tc>
          <w:tcPr>
            <w:tcW w:type="dxa" w:w="2351"/>
          </w:tcPr>
          <w:p>
            <w:r>
              <w:rPr>
                <w:sz w:val="20"/>
              </w:rPr>
              <w:t>MIDDEN (haalbaar met overheaduren)</w:t>
            </w:r>
          </w:p>
        </w:tc>
        <w:tc>
          <w:tcPr>
            <w:tcW w:type="dxa" w:w="2351"/>
          </w:tcPr>
          <w:p>
            <w:r>
              <w:rPr>
                <w:sz w:val="20"/>
              </w:rPr>
              <w:t>Overheaduren registreren, langere dagen</w:t>
            </w:r>
          </w:p>
        </w:tc>
      </w:tr>
      <w:tr>
        <w:tc>
          <w:tcPr>
            <w:tcW w:type="dxa" w:w="2351"/>
          </w:tcPr>
          <w:p>
            <w:r>
              <w:rPr>
                <w:sz w:val="20"/>
              </w:rPr>
              <w:t>Wet DBA — twee opdrachtgevers</w:t>
            </w:r>
          </w:p>
        </w:tc>
        <w:tc>
          <w:tcPr>
            <w:tcW w:type="dxa" w:w="2351"/>
          </w:tcPr>
          <w:p>
            <w:r>
              <w:rPr>
                <w:sz w:val="20"/>
              </w:rPr>
              <w:t>MIDDEN</w:t>
            </w:r>
          </w:p>
        </w:tc>
        <w:tc>
          <w:tcPr>
            <w:tcW w:type="dxa" w:w="2351"/>
          </w:tcPr>
          <w:p>
            <w:r>
              <w:rPr>
                <w:sz w:val="20"/>
              </w:rPr>
              <w:t>LAAG</w:t>
            </w:r>
          </w:p>
        </w:tc>
        <w:tc>
          <w:tcPr>
            <w:tcW w:type="dxa" w:w="2351"/>
          </w:tcPr>
          <w:p>
            <w:r>
              <w:rPr>
                <w:sz w:val="20"/>
              </w:rPr>
              <w:t>Modelovereenkomsten per opdrachtgever + ondernemersgedrag</w:t>
            </w:r>
          </w:p>
        </w:tc>
      </w:tr>
      <w:tr>
        <w:tc>
          <w:tcPr>
            <w:tcW w:type="dxa" w:w="2351"/>
          </w:tcPr>
          <w:p>
            <w:r>
              <w:rPr>
                <w:sz w:val="20"/>
              </w:rPr>
              <w:t>Geen belastingreserve</w:t>
            </w:r>
          </w:p>
        </w:tc>
        <w:tc>
          <w:tcPr>
            <w:tcW w:type="dxa" w:w="2351"/>
          </w:tcPr>
          <w:p>
            <w:r>
              <w:rPr>
                <w:sz w:val="20"/>
              </w:rPr>
              <w:t>HOOG (naheffing, boete)</w:t>
            </w:r>
          </w:p>
        </w:tc>
        <w:tc>
          <w:tcPr>
            <w:tcW w:type="dxa" w:w="2351"/>
          </w:tcPr>
          <w:p>
            <w:r>
              <w:rPr>
                <w:sz w:val="20"/>
              </w:rPr>
              <w:t>MIDDEN</w:t>
            </w:r>
          </w:p>
        </w:tc>
        <w:tc>
          <w:tcPr>
            <w:tcW w:type="dxa" w:w="2351"/>
          </w:tcPr>
          <w:p>
            <w:r>
              <w:rPr>
                <w:sz w:val="20"/>
              </w:rPr>
              <w:t>35-40% direct reserven</w:t>
            </w:r>
          </w:p>
        </w:tc>
      </w:tr>
      <w:tr>
        <w:tc>
          <w:tcPr>
            <w:tcW w:type="dxa" w:w="2351"/>
          </w:tcPr>
          <w:p>
            <w:r>
              <w:rPr>
                <w:sz w:val="20"/>
              </w:rPr>
              <w:t>Conflict met Wintershall</w:t>
            </w:r>
          </w:p>
        </w:tc>
        <w:tc>
          <w:tcPr>
            <w:tcW w:type="dxa" w:w="2351"/>
          </w:tcPr>
          <w:p>
            <w:r>
              <w:rPr>
                <w:sz w:val="20"/>
              </w:rPr>
              <w:t>LAAG</w:t>
            </w:r>
          </w:p>
        </w:tc>
        <w:tc>
          <w:tcPr>
            <w:tcW w:type="dxa" w:w="2351"/>
          </w:tcPr>
          <w:p>
            <w:r>
              <w:rPr>
                <w:sz w:val="20"/>
              </w:rPr>
              <w:t>LAAG</w:t>
            </w:r>
          </w:p>
        </w:tc>
        <w:tc>
          <w:tcPr>
            <w:tcW w:type="dxa" w:w="2351"/>
          </w:tcPr>
          <w:p>
            <w:r>
              <w:rPr>
                <w:sz w:val="20"/>
              </w:rPr>
              <w:t>Contractvoorwaarden staan nevenactiviteiten toe (zonder nadelige effecten)</w:t>
            </w:r>
          </w:p>
        </w:tc>
      </w:tr>
      <w:tr>
        <w:tc>
          <w:tcPr>
            <w:tcW w:type="dxa" w:w="2351"/>
          </w:tcPr>
          <w:p>
            <w:r>
              <w:rPr>
                <w:sz w:val="20"/>
              </w:rPr>
              <w:t>Te laag tarief</w:t>
            </w:r>
          </w:p>
        </w:tc>
        <w:tc>
          <w:tcPr>
            <w:tcW w:type="dxa" w:w="2351"/>
          </w:tcPr>
          <w:p>
            <w:r>
              <w:rPr>
                <w:sz w:val="20"/>
              </w:rPr>
              <w:t>MIDDEN</w:t>
            </w:r>
          </w:p>
        </w:tc>
        <w:tc>
          <w:tcPr>
            <w:tcW w:type="dxa" w:w="2351"/>
          </w:tcPr>
          <w:p>
            <w:r>
              <w:rPr>
                <w:sz w:val="20"/>
              </w:rPr>
              <w:t>MIDDEN</w:t>
            </w:r>
          </w:p>
        </w:tc>
        <w:tc>
          <w:tcPr>
            <w:tcW w:type="dxa" w:w="2351"/>
          </w:tcPr>
          <w:p>
            <w:r>
              <w:rPr>
                <w:sz w:val="20"/>
              </w:rPr>
              <w:t>Marktconform tarief hanteren (€95-115/uur)</w:t>
            </w:r>
          </w:p>
        </w:tc>
      </w:tr>
      <w:tr>
        <w:tc>
          <w:tcPr>
            <w:tcW w:type="dxa" w:w="2351"/>
          </w:tcPr>
          <w:p>
            <w:r>
              <w:rPr>
                <w:sz w:val="20"/>
              </w:rPr>
              <w:t>Late betaling</w:t>
            </w:r>
          </w:p>
        </w:tc>
        <w:tc>
          <w:tcPr>
            <w:tcW w:type="dxa" w:w="2351"/>
          </w:tcPr>
          <w:p>
            <w:r>
              <w:rPr>
                <w:sz w:val="20"/>
              </w:rPr>
              <w:t>LAAG</w:t>
            </w:r>
          </w:p>
        </w:tc>
        <w:tc>
          <w:tcPr>
            <w:tcW w:type="dxa" w:w="2351"/>
          </w:tcPr>
          <w:p>
            <w:r>
              <w:rPr>
                <w:sz w:val="20"/>
              </w:rPr>
              <w:t>LAAG</w:t>
            </w:r>
          </w:p>
        </w:tc>
        <w:tc>
          <w:tcPr>
            <w:tcW w:type="dxa" w:w="2351"/>
          </w:tcPr>
          <w:p>
            <w:r>
              <w:rPr>
                <w:sz w:val="20"/>
              </w:rPr>
              <w:t>Betalingsvoorwaarden in contract</w:t>
            </w:r>
          </w:p>
        </w:tc>
      </w:tr>
      <w:tr>
        <w:tc>
          <w:tcPr>
            <w:tcW w:type="dxa" w:w="2351"/>
          </w:tcPr>
          <w:p>
            <w:r>
              <w:rPr>
                <w:sz w:val="20"/>
              </w:rPr>
              <w:t>AVG-overtreding</w:t>
            </w:r>
          </w:p>
        </w:tc>
        <w:tc>
          <w:tcPr>
            <w:tcW w:type="dxa" w:w="2351"/>
          </w:tcPr>
          <w:p>
            <w:r>
              <w:rPr>
                <w:sz w:val="20"/>
              </w:rPr>
              <w:t>HOOG</w:t>
            </w:r>
          </w:p>
        </w:tc>
        <w:tc>
          <w:tcPr>
            <w:tcW w:type="dxa" w:w="2351"/>
          </w:tcPr>
          <w:p>
            <w:r>
              <w:rPr>
                <w:sz w:val="20"/>
              </w:rPr>
              <w:t>LAAG</w:t>
            </w:r>
          </w:p>
        </w:tc>
        <w:tc>
          <w:tcPr>
            <w:tcW w:type="dxa" w:w="2351"/>
          </w:tcPr>
          <w:p>
            <w:r>
              <w:rPr>
                <w:sz w:val="20"/>
              </w:rPr>
              <w:t>Verwerkersovereenkomst + beveiliging</w:t>
            </w:r>
          </w:p>
        </w:tc>
      </w:tr>
    </w:tbl>
    <w:p>
      <w:pPr>
        <w:pStyle w:val="Heading2"/>
      </w:pPr>
      <w:r>
        <w:t>12.1 Belangrijkste Waarschuwingen</w:t>
      </w:r>
    </w:p>
    <w:p>
      <w:r>
        <w:rPr>
          <w:b/>
          <w:color w:val="FF6D00"/>
          <w:sz w:val="20"/>
        </w:rPr>
        <w:t>⚠ ✅ Wintershall contractvoorwaarden: nevenactiviteiten zijn toegestaan zolang ze geen nadelig effect hebben op je werkzaamheden voor Wintershall. Stuur een informatieve email naar HR ter documentatie.</w:t>
      </w:r>
    </w:p>
    <w:p>
      <w:r>
        <w:rPr>
          <w:b/>
          <w:color w:val="FF6D00"/>
          <w:sz w:val="20"/>
        </w:rPr>
        <w:t>⚠ Met twee opdrachtgevers is je Wet DBA-risico aanzienlijk lager. Toch: modelovereenkomsten zijn VERPLICHT bij beide.</w:t>
      </w:r>
    </w:p>
    <w:p>
      <w:r>
        <w:rPr>
          <w:b/>
          <w:color w:val="FF6D00"/>
          <w:sz w:val="20"/>
        </w:rPr>
        <w:t>⚠ Het urencriterium van 1.225 uur is haalbaar als je overheaduren structureel registreert (admin, acquisitie, opleiding, reistijd).</w:t>
      </w:r>
    </w:p>
    <w:p>
      <w:r>
        <w:rPr>
          <w:b/>
          <w:color w:val="FF6D00"/>
          <w:sz w:val="20"/>
        </w:rPr>
        <w:t>⚠ Reserveer ELKE MAAND 35-40% van je ZZP-omzet. Niet doen = naheffing + boete.</w:t>
      </w:r>
    </w:p>
    <w:p>
      <w:r>
        <w:rPr>
          <w:b/>
          <w:color w:val="FF6D00"/>
          <w:sz w:val="20"/>
        </w:rPr>
        <w:t>⚠ Overweeg een boekhouder — de kosten zijn aftrekbaar en voorkomen fouten.</w:t>
      </w:r>
    </w:p>
    <w:p>
      <w:r>
        <w:br w:type="page"/>
      </w:r>
    </w:p>
    <w:p>
      <w:pPr>
        <w:pStyle w:val="Heading1"/>
      </w:pPr>
      <w:r>
        <w:t>Bijlagen</w:t>
      </w:r>
    </w:p>
    <w:p>
      <w:pPr>
        <w:pStyle w:val="Heading2"/>
      </w:pPr>
      <w:r>
        <w:t>Bijlage A: Model Opdrachtbevestigingen</w:t>
      </w:r>
    </w:p>
    <w:p>
      <w:pPr>
        <w:pStyle w:val="Heading3"/>
      </w:pPr>
      <w:r>
        <w:t>Opdrachtbevestiging 1 — Phoenix Metals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Invulling</w:t>
            </w:r>
          </w:p>
        </w:tc>
      </w:tr>
      <w:tr>
        <w:tc>
          <w:tcPr>
            <w:tcW w:type="dxa" w:w="4703"/>
          </w:tcPr>
          <w:p>
            <w:r>
              <w:rPr>
                <w:sz w:val="20"/>
              </w:rPr>
              <w:t>Opdrachtgever</w:t>
            </w:r>
          </w:p>
        </w:tc>
        <w:tc>
          <w:tcPr>
            <w:tcW w:type="dxa" w:w="4703"/>
          </w:tcPr>
          <w:p>
            <w:r>
              <w:rPr>
                <w:sz w:val="20"/>
              </w:rPr>
              <w:t>Phoenix Metals B.V., [KvK-nummer], [adres]</w:t>
            </w:r>
          </w:p>
        </w:tc>
      </w:tr>
      <w:tr>
        <w:tc>
          <w:tcPr>
            <w:tcW w:type="dxa" w:w="4703"/>
          </w:tcPr>
          <w:p>
            <w:r>
              <w:rPr>
                <w:sz w:val="20"/>
              </w:rPr>
              <w:t>Opdrachtnemer</w:t>
            </w:r>
          </w:p>
        </w:tc>
        <w:tc>
          <w:tcPr>
            <w:tcW w:type="dxa" w:w="4703"/>
          </w:tcPr>
          <w:p>
            <w:r>
              <w:rPr>
                <w:sz w:val="20"/>
              </w:rPr>
              <w:t>Jorick van Gemert, [KvK-nummer], Heiloo</w:t>
            </w:r>
          </w:p>
        </w:tc>
      </w:tr>
      <w:tr>
        <w:tc>
          <w:tcPr>
            <w:tcW w:type="dxa" w:w="4703"/>
          </w:tcPr>
          <w:p>
            <w:r>
              <w:rPr>
                <w:sz w:val="20"/>
              </w:rPr>
              <w:t>Opdrachtomschrijving</w:t>
            </w:r>
          </w:p>
        </w:tc>
        <w:tc>
          <w:tcPr>
            <w:tcW w:type="dxa" w:w="4703"/>
          </w:tcPr>
          <w:p>
            <w:r>
              <w:rPr>
                <w:sz w:val="20"/>
              </w:rPr>
              <w:t>HSEQ-management en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r>
        <w:tc>
          <w:tcPr>
            <w:tcW w:type="dxa" w:w="4703"/>
          </w:tcPr>
          <w:p>
            <w:r>
              <w:rPr>
                <w:sz w:val="20"/>
              </w:rPr>
              <w:t>Startdatum</w:t>
            </w:r>
          </w:p>
        </w:tc>
        <w:tc>
          <w:tcPr>
            <w:tcW w:type="dxa" w:w="4703"/>
          </w:tcPr>
          <w:p>
            <w:r>
              <w:rPr>
                <w:sz w:val="20"/>
              </w:rPr>
              <w:t>[Datum]</w:t>
            </w:r>
          </w:p>
        </w:tc>
      </w:tr>
      <w:tr>
        <w:tc>
          <w:tcPr>
            <w:tcW w:type="dxa" w:w="4703"/>
          </w:tcPr>
          <w:p>
            <w:r>
              <w:rPr>
                <w:sz w:val="20"/>
              </w:rPr>
              <w:t>Looptijd</w:t>
            </w:r>
          </w:p>
        </w:tc>
        <w:tc>
          <w:tcPr>
            <w:tcW w:type="dxa" w:w="4703"/>
          </w:tcPr>
          <w:p>
            <w:r>
              <w:rPr>
                <w:sz w:val="20"/>
              </w:rPr>
              <w:t>In eerste instantie [X] maanden</w:t>
            </w:r>
          </w:p>
        </w:tc>
      </w:tr>
      <w:tr>
        <w:tc>
          <w:tcPr>
            <w:tcW w:type="dxa" w:w="4703"/>
          </w:tcPr>
          <w:p>
            <w:r>
              <w:rPr>
                <w:sz w:val="20"/>
              </w:rPr>
              <w:t>Facturatie</w:t>
            </w:r>
          </w:p>
        </w:tc>
        <w:tc>
          <w:tcPr>
            <w:tcW w:type="dxa" w:w="4703"/>
          </w:tcPr>
          <w:p>
            <w:r>
              <w:rPr>
                <w:sz w:val="20"/>
              </w:rPr>
              <w:t>Maandelijks achteraf op basis van gemaakte uren</w:t>
            </w:r>
          </w:p>
        </w:tc>
      </w:tr>
      <w:tr>
        <w:tc>
          <w:tcPr>
            <w:tcW w:type="dxa" w:w="4703"/>
          </w:tcPr>
          <w:p>
            <w:r>
              <w:rPr>
                <w:sz w:val="20"/>
              </w:rPr>
              <w:t>Betalingsvoorwaarden</w:t>
            </w:r>
          </w:p>
        </w:tc>
        <w:tc>
          <w:tcPr>
            <w:tcW w:type="dxa" w:w="4703"/>
          </w:tcPr>
          <w:p>
            <w:r>
              <w:rPr>
                <w:sz w:val="20"/>
              </w:rPr>
              <w:t>Betaling binnen 30 dagen na factuurdatum</w:t>
            </w:r>
          </w:p>
        </w:tc>
      </w:tr>
      <w:tr>
        <w:tc>
          <w:tcPr>
            <w:tcW w:type="dxa" w:w="4703"/>
          </w:tcPr>
          <w:p>
            <w:r>
              <w:rPr>
                <w:sz w:val="20"/>
              </w:rPr>
              <w:t>Modelovereenkomst</w:t>
            </w:r>
          </w:p>
        </w:tc>
        <w:tc>
          <w:tcPr>
            <w:tcW w:type="dxa" w:w="4703"/>
          </w:tcPr>
          <w:p>
            <w:r>
              <w:rPr>
                <w:sz w:val="20"/>
              </w:rPr>
              <w:t>Belastingdienst model [nummer], bijgevoegd</w:t>
            </w:r>
          </w:p>
        </w:tc>
      </w:tr>
      <w:tr>
        <w:tc>
          <w:tcPr>
            <w:tcW w:type="dxa" w:w="4703"/>
          </w:tcPr>
          <w:p>
            <w:r>
              <w:rPr>
                <w:sz w:val="20"/>
              </w:rPr>
              <w:t>NDA</w:t>
            </w:r>
          </w:p>
        </w:tc>
        <w:tc>
          <w:tcPr>
            <w:tcW w:type="dxa" w:w="4703"/>
          </w:tcPr>
          <w:p>
            <w:r>
              <w:rPr>
                <w:sz w:val="20"/>
              </w:rPr>
              <w:t>Ja, bijgevoegd</w:t>
            </w:r>
          </w:p>
        </w:tc>
      </w:tr>
    </w:tbl>
    <w:p/>
    <w:p>
      <w:pPr>
        <w:pStyle w:val="Heading3"/>
      </w:pPr>
      <w:r>
        <w:t>Opdrachtbevestiging 2 — Club of Engineers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Invulling</w:t>
            </w:r>
          </w:p>
        </w:tc>
      </w:tr>
      <w:tr>
        <w:tc>
          <w:tcPr>
            <w:tcW w:type="dxa" w:w="4703"/>
          </w:tcPr>
          <w:p>
            <w:r>
              <w:rPr>
                <w:sz w:val="20"/>
              </w:rPr>
              <w:t>Opdrachtgever</w:t>
            </w:r>
          </w:p>
        </w:tc>
        <w:tc>
          <w:tcPr>
            <w:tcW w:type="dxa" w:w="4703"/>
          </w:tcPr>
          <w:p>
            <w:r>
              <w:rPr>
                <w:sz w:val="20"/>
              </w:rPr>
              <w:t>Club of Engineers, [KvK-nummer], [adres]</w:t>
            </w:r>
          </w:p>
        </w:tc>
      </w:tr>
      <w:tr>
        <w:tc>
          <w:tcPr>
            <w:tcW w:type="dxa" w:w="4703"/>
          </w:tcPr>
          <w:p>
            <w:r>
              <w:rPr>
                <w:sz w:val="20"/>
              </w:rPr>
              <w:t>Opdrachtnemer</w:t>
            </w:r>
          </w:p>
        </w:tc>
        <w:tc>
          <w:tcPr>
            <w:tcW w:type="dxa" w:w="4703"/>
          </w:tcPr>
          <w:p>
            <w:r>
              <w:rPr>
                <w:sz w:val="20"/>
              </w:rPr>
              <w:t>Jorick van Gemert, [KvK-nummer], Heiloo</w:t>
            </w:r>
          </w:p>
        </w:tc>
      </w:tr>
      <w:tr>
        <w:tc>
          <w:tcPr>
            <w:tcW w:type="dxa" w:w="4703"/>
          </w:tcPr>
          <w:p>
            <w:r>
              <w:rPr>
                <w:sz w:val="20"/>
              </w:rPr>
              <w:t>Opdrachtomschrijving</w:t>
            </w:r>
          </w:p>
        </w:tc>
        <w:tc>
          <w:tcPr>
            <w:tcW w:type="dxa" w:w="4703"/>
          </w:tcPr>
          <w:p>
            <w:r>
              <w:rPr>
                <w:sz w:val="20"/>
              </w:rPr>
              <w:t>HSEQ-consultancy / engineering advisering</w:t>
            </w:r>
          </w:p>
        </w:tc>
      </w:tr>
      <w:tr>
        <w:tc>
          <w:tcPr>
            <w:tcW w:type="dxa" w:w="4703"/>
          </w:tcPr>
          <w:p>
            <w:r>
              <w:rPr>
                <w:sz w:val="20"/>
              </w:rPr>
              <w:t>Omvang</w:t>
            </w:r>
          </w:p>
        </w:tc>
        <w:tc>
          <w:tcPr>
            <w:tcW w:type="dxa" w:w="4703"/>
          </w:tcPr>
          <w:p>
            <w:r>
              <w:rPr>
                <w:sz w:val="20"/>
              </w:rPr>
              <w:t>1 dag per week</w:t>
            </w:r>
          </w:p>
        </w:tc>
      </w:tr>
      <w:tr>
        <w:tc>
          <w:tcPr>
            <w:tcW w:type="dxa" w:w="4703"/>
          </w:tcPr>
          <w:p>
            <w:r>
              <w:rPr>
                <w:sz w:val="20"/>
              </w:rPr>
              <w:t>Uurtarief</w:t>
            </w:r>
          </w:p>
        </w:tc>
        <w:tc>
          <w:tcPr>
            <w:tcW w:type="dxa" w:w="4703"/>
          </w:tcPr>
          <w:p>
            <w:r>
              <w:rPr>
                <w:sz w:val="20"/>
              </w:rPr>
              <w:t>€[X] exclusief 21% btw</w:t>
            </w:r>
          </w:p>
        </w:tc>
      </w:tr>
      <w:tr>
        <w:tc>
          <w:tcPr>
            <w:tcW w:type="dxa" w:w="4703"/>
          </w:tcPr>
          <w:p>
            <w:r>
              <w:rPr>
                <w:sz w:val="20"/>
              </w:rPr>
              <w:t>Startdatum</w:t>
            </w:r>
          </w:p>
        </w:tc>
        <w:tc>
          <w:tcPr>
            <w:tcW w:type="dxa" w:w="4703"/>
          </w:tcPr>
          <w:p>
            <w:r>
              <w:rPr>
                <w:sz w:val="20"/>
              </w:rPr>
              <w:t>[Datum]</w:t>
            </w:r>
          </w:p>
        </w:tc>
      </w:tr>
      <w:tr>
        <w:tc>
          <w:tcPr>
            <w:tcW w:type="dxa" w:w="4703"/>
          </w:tcPr>
          <w:p>
            <w:r>
              <w:rPr>
                <w:sz w:val="20"/>
              </w:rPr>
              <w:t>Looptijd</w:t>
            </w:r>
          </w:p>
        </w:tc>
        <w:tc>
          <w:tcPr>
            <w:tcW w:type="dxa" w:w="4703"/>
          </w:tcPr>
          <w:p>
            <w:r>
              <w:rPr>
                <w:sz w:val="20"/>
              </w:rPr>
              <w:t>In eerste instantie [X] maanden</w:t>
            </w:r>
          </w:p>
        </w:tc>
      </w:tr>
      <w:tr>
        <w:tc>
          <w:tcPr>
            <w:tcW w:type="dxa" w:w="4703"/>
          </w:tcPr>
          <w:p>
            <w:r>
              <w:rPr>
                <w:sz w:val="20"/>
              </w:rPr>
              <w:t>Facturatie</w:t>
            </w:r>
          </w:p>
        </w:tc>
        <w:tc>
          <w:tcPr>
            <w:tcW w:type="dxa" w:w="4703"/>
          </w:tcPr>
          <w:p>
            <w:r>
              <w:rPr>
                <w:sz w:val="20"/>
              </w:rPr>
              <w:t>Maandelijks achteraf op basis van gemaakte uren</w:t>
            </w:r>
          </w:p>
        </w:tc>
      </w:tr>
      <w:tr>
        <w:tc>
          <w:tcPr>
            <w:tcW w:type="dxa" w:w="4703"/>
          </w:tcPr>
          <w:p>
            <w:r>
              <w:rPr>
                <w:sz w:val="20"/>
              </w:rPr>
              <w:t>Betalingsvoorwaarden</w:t>
            </w:r>
          </w:p>
        </w:tc>
        <w:tc>
          <w:tcPr>
            <w:tcW w:type="dxa" w:w="4703"/>
          </w:tcPr>
          <w:p>
            <w:r>
              <w:rPr>
                <w:sz w:val="20"/>
              </w:rPr>
              <w:t>Betaling binnen 30 dagen na factuurdatum</w:t>
            </w:r>
          </w:p>
        </w:tc>
      </w:tr>
      <w:tr>
        <w:tc>
          <w:tcPr>
            <w:tcW w:type="dxa" w:w="4703"/>
          </w:tcPr>
          <w:p>
            <w:r>
              <w:rPr>
                <w:sz w:val="20"/>
              </w:rPr>
              <w:t>Modelovereenkomst</w:t>
            </w:r>
          </w:p>
        </w:tc>
        <w:tc>
          <w:tcPr>
            <w:tcW w:type="dxa" w:w="4703"/>
          </w:tcPr>
          <w:p>
            <w:r>
              <w:rPr>
                <w:sz w:val="20"/>
              </w:rPr>
              <w:t>Belastingdienst model [nummer], bijgevoegd</w:t>
            </w:r>
          </w:p>
        </w:tc>
      </w:tr>
    </w:tbl>
    <w:p>
      <w:r>
        <w:br w:type="page"/>
      </w:r>
    </w:p>
    <w:p>
      <w:pPr>
        <w:pStyle w:val="Heading2"/>
      </w:pPr>
      <w:r>
        <w:t>Bijlage B: Checklist Startende Deeltijd ZZP'er</w:t>
      </w:r>
    </w:p>
    <w:p>
      <w:pPr>
        <w:pStyle w:val="Heading3"/>
      </w:pPr>
      <w:r>
        <w:t>KvK &amp; Rechtsvorm</w:t>
      </w:r>
    </w:p>
    <w:p>
      <w:pPr>
        <w:spacing w:after="60"/>
        <w:ind w:left="283"/>
      </w:pPr>
      <w:r>
        <w:rPr>
          <w:sz w:val="20"/>
        </w:rPr>
        <w:t>☐  KvK-inschrijving voltooid (€50)</w:t>
      </w:r>
    </w:p>
    <w:p>
      <w:pPr>
        <w:spacing w:after="60"/>
        <w:ind w:left="283"/>
      </w:pPr>
      <w:r>
        <w:rPr>
          <w:sz w:val="20"/>
        </w:rPr>
        <w:t>☐  Handelsnaam vastgesteld</w:t>
      </w:r>
    </w:p>
    <w:p>
      <w:pPr>
        <w:spacing w:after="60"/>
        <w:ind w:left="283"/>
      </w:pPr>
      <w:r>
        <w:rPr>
          <w:sz w:val="20"/>
        </w:rPr>
        <w:t>☐  KvK-nummer ontvangen</w:t>
      </w:r>
    </w:p>
    <w:p>
      <w:pPr>
        <w:spacing w:after="60"/>
        <w:ind w:left="283"/>
      </w:pPr>
      <w:r>
        <w:rPr>
          <w:sz w:val="20"/>
        </w:rPr>
        <w:t>☐  Btw-nummer ontvangen</w:t>
      </w:r>
    </w:p>
    <w:p>
      <w:pPr>
        <w:spacing w:after="60"/>
        <w:ind w:left="283"/>
      </w:pPr>
      <w:r>
        <w:rPr>
          <w:sz w:val="20"/>
        </w:rPr>
        <w:t>☐  SBI-codes geselecteerd</w:t>
      </w:r>
    </w:p>
    <w:p>
      <w:pPr>
        <w:pStyle w:val="Heading3"/>
      </w:pPr>
      <w:r>
        <w:t>Bank &amp; Financiën</w:t>
      </w:r>
    </w:p>
    <w:p>
      <w:pPr>
        <w:spacing w:after="60"/>
        <w:ind w:left="283"/>
      </w:pPr>
      <w:r>
        <w:rPr>
          <w:sz w:val="20"/>
        </w:rPr>
        <w:t>☐  Zakelijke bankrekening geopend</w:t>
      </w:r>
    </w:p>
    <w:p>
      <w:pPr>
        <w:spacing w:after="60"/>
        <w:ind w:left="283"/>
      </w:pPr>
      <w:r>
        <w:rPr>
          <w:sz w:val="20"/>
        </w:rPr>
        <w:t>☐  Btw-spaarrekening geopend</w:t>
      </w:r>
    </w:p>
    <w:p>
      <w:pPr>
        <w:spacing w:after="60"/>
        <w:ind w:left="283"/>
      </w:pPr>
      <w:r>
        <w:rPr>
          <w:sz w:val="20"/>
        </w:rPr>
        <w:t>☐  Boekhoudsoftware geïnstalleerd</w:t>
      </w:r>
    </w:p>
    <w:p>
      <w:pPr>
        <w:pStyle w:val="Heading3"/>
      </w:pPr>
      <w:r>
        <w:t>Verzekeringen</w:t>
      </w:r>
    </w:p>
    <w:p>
      <w:pPr>
        <w:spacing w:after="60"/>
        <w:ind w:left="283"/>
      </w:pPr>
      <w:r>
        <w:rPr>
          <w:sz w:val="20"/>
        </w:rPr>
        <w:t>☐  AVB afgesloten</w:t>
      </w:r>
    </w:p>
    <w:p>
      <w:pPr>
        <w:spacing w:after="60"/>
        <w:ind w:left="283"/>
      </w:pPr>
      <w:r>
        <w:rPr>
          <w:sz w:val="20"/>
        </w:rPr>
        <w:t>☐  Beroepsaansprakelijkheid afgesloten</w:t>
      </w:r>
    </w:p>
    <w:p>
      <w:pPr>
        <w:spacing w:after="60"/>
        <w:ind w:left="283"/>
      </w:pPr>
      <w:r>
        <w:rPr>
          <w:sz w:val="20"/>
        </w:rPr>
        <w:t>☐  AOV overwogen (optioneel bij loondienst naast ZZP)</w:t>
      </w:r>
    </w:p>
    <w:p>
      <w:pPr>
        <w:pStyle w:val="Heading3"/>
      </w:pPr>
      <w:r>
        <w:t>Contracten</w:t>
      </w:r>
    </w:p>
    <w:p>
      <w:pPr>
        <w:spacing w:after="60"/>
        <w:ind w:left="283"/>
      </w:pPr>
      <w:r>
        <w:rPr>
          <w:sz w:val="20"/>
        </w:rPr>
        <w:t>☐  Modelovereenkomst Belastingdienst getekend — Phoenix Metals</w:t>
      </w:r>
    </w:p>
    <w:p>
      <w:pPr>
        <w:spacing w:after="60"/>
        <w:ind w:left="283"/>
      </w:pPr>
      <w:r>
        <w:rPr>
          <w:sz w:val="20"/>
        </w:rPr>
        <w:t>☐  Modelovereenkomst Belastingdienst getekend — Club of Engineers</w:t>
      </w:r>
    </w:p>
    <w:p>
      <w:pPr>
        <w:spacing w:after="60"/>
        <w:ind w:left="283"/>
      </w:pPr>
      <w:r>
        <w:rPr>
          <w:sz w:val="20"/>
        </w:rPr>
        <w:t>☐  Opdrachtsovereenkomst Phoenix Metals getekend</w:t>
      </w:r>
    </w:p>
    <w:p>
      <w:pPr>
        <w:spacing w:after="60"/>
        <w:ind w:left="283"/>
      </w:pPr>
      <w:r>
        <w:rPr>
          <w:sz w:val="20"/>
        </w:rPr>
        <w:t>☐  Opdrachtsovereenkomst Club of Engineers getekend</w:t>
      </w:r>
    </w:p>
    <w:p>
      <w:pPr>
        <w:spacing w:after="60"/>
        <w:ind w:left="283"/>
      </w:pPr>
      <w:r>
        <w:rPr>
          <w:sz w:val="20"/>
        </w:rPr>
        <w:t>☐  NDA Phoenix Metals getekend (indien van toepassing)</w:t>
      </w:r>
    </w:p>
    <w:p>
      <w:pPr>
        <w:spacing w:after="60"/>
        <w:ind w:left="283"/>
      </w:pPr>
      <w:r>
        <w:rPr>
          <w:sz w:val="20"/>
        </w:rPr>
        <w:t>☐  NDA Club of Engineers getekend (indien van toepassing)</w:t>
      </w:r>
    </w:p>
    <w:p>
      <w:pPr>
        <w:spacing w:after="60"/>
        <w:ind w:left="283"/>
      </w:pPr>
      <w:r>
        <w:rPr>
          <w:sz w:val="20"/>
        </w:rPr>
        <w:t>☐  Algemene voorwaarden opgesteld en gedeponeerd bij KvK</w:t>
      </w:r>
    </w:p>
    <w:p>
      <w:pPr>
        <w:spacing w:after="60"/>
        <w:ind w:left="283"/>
      </w:pPr>
      <w:r>
        <w:rPr>
          <w:sz w:val="20"/>
        </w:rPr>
        <w:t>☐  Factuur-template klaar</w:t>
      </w:r>
    </w:p>
    <w:p>
      <w:pPr>
        <w:pStyle w:val="Heading3"/>
      </w:pPr>
      <w:r>
        <w:t>Wintershall — Akkoord</w:t>
      </w:r>
    </w:p>
    <w:p>
      <w:pPr>
        <w:spacing w:after="60"/>
        <w:ind w:left="283"/>
      </w:pPr>
      <w:r>
        <w:rPr>
          <w:sz w:val="20"/>
        </w:rPr>
        <w:t>☐  ✅ Arbeidsovereenkomst gecheckt: nevenactiviteiten toegestaan</w:t>
      </w:r>
    </w:p>
    <w:p>
      <w:pPr>
        <w:spacing w:after="60"/>
        <w:ind w:left="283"/>
      </w:pPr>
      <w:r>
        <w:rPr>
          <w:sz w:val="20"/>
        </w:rPr>
        <w:t>☐  ✅ Voorwaarde: geen nadelig effect op Wintershall-werkzaamheden</w:t>
      </w:r>
    </w:p>
    <w:p>
      <w:pPr>
        <w:spacing w:after="60"/>
        <w:ind w:left="283"/>
      </w:pPr>
      <w:r>
        <w:rPr>
          <w:sz w:val="20"/>
        </w:rPr>
        <w:t>☐  ☐ Informatieve email naar HR gestuurd (zwart-op-wit bevestiging)</w:t>
      </w:r>
    </w:p>
    <w:p>
      <w:pPr>
        <w:spacing w:after="60"/>
        <w:ind w:left="283"/>
      </w:pPr>
      <w:r>
        <w:rPr>
          <w:sz w:val="20"/>
        </w:rPr>
        <w:t>☐  ☐ Geen overlap Wintershall-dagen met ZZP-dagen</w:t>
      </w:r>
    </w:p>
    <w:p>
      <w:pPr>
        <w:spacing w:after="60"/>
        <w:ind w:left="283"/>
      </w:pPr>
      <w:r>
        <w:rPr>
          <w:sz w:val="20"/>
        </w:rPr>
        <w:t>☐  ☐ Sectorverschil bevestigd: Wintershall (olie/gas) vs. Phoenix Metals / Club of Engineers (geen conflict of interest)</w:t>
      </w:r>
    </w:p>
    <w:p>
      <w:pPr>
        <w:pStyle w:val="Heading3"/>
      </w:pPr>
      <w:r>
        <w:t>Start</w:t>
      </w:r>
    </w:p>
    <w:p>
      <w:pPr>
        <w:spacing w:after="60"/>
        <w:ind w:left="283"/>
      </w:pPr>
      <w:r>
        <w:rPr>
          <w:sz w:val="20"/>
        </w:rPr>
        <w:t>☐  Eerste werkdag Phoenix Metals ingepland</w:t>
      </w:r>
    </w:p>
    <w:p>
      <w:pPr>
        <w:spacing w:after="60"/>
        <w:ind w:left="283"/>
      </w:pPr>
      <w:r>
        <w:rPr>
          <w:sz w:val="20"/>
        </w:rPr>
        <w:t>☐  Eerste werkdag Club of Engineers ingepland</w:t>
      </w:r>
    </w:p>
    <w:p>
      <w:pPr>
        <w:spacing w:after="60"/>
        <w:ind w:left="283"/>
      </w:pPr>
      <w:r>
        <w:rPr>
          <w:sz w:val="20"/>
        </w:rPr>
        <w:t>☐  Urenregistratie gestart (voor beide opdrachten + overhead)</w:t>
      </w:r>
    </w:p>
    <w:p>
      <w:pPr>
        <w:spacing w:after="60"/>
        <w:ind w:left="283"/>
      </w:pPr>
      <w:r>
        <w:rPr>
          <w:sz w:val="20"/>
        </w:rPr>
        <w:t>☐  Veiligheidsinstructie Phoenix Metals ontvangen</w:t>
      </w:r>
    </w:p>
    <w:p>
      <w:pPr>
        <w:spacing w:after="60"/>
        <w:ind w:left="283"/>
      </w:pPr>
      <w:r>
        <w:rPr>
          <w:sz w:val="20"/>
        </w:rPr>
        <w:t>☐  Introductie Club of Engineers ontvangen</w:t>
      </w:r>
    </w:p>
    <w:p>
      <w:r>
        <w:br w:type="page"/>
      </w:r>
    </w:p>
    <w:p>
      <w:pPr>
        <w:pStyle w:val="Heading2"/>
      </w:pPr>
      <w:r>
        <w:t>Bijlage C: Voorbeeld Factuur</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r>
          </w:p>
        </w:tc>
        <w:tc>
          <w:tcPr>
            <w:tcW w:type="dxa" w:w="4703"/>
          </w:tcPr>
          <w:p>
            <w:r>
              <w:rPr>
                <w:b/>
                <w:color w:val="003366"/>
                <w:sz w:val="20"/>
              </w:rPr>
            </w:r>
          </w:p>
        </w:tc>
      </w:tr>
      <w:tr>
        <w:tc>
          <w:tcPr>
            <w:tcW w:type="dxa" w:w="4703"/>
          </w:tcPr>
          <w:p>
            <w:r>
              <w:rPr>
                <w:sz w:val="20"/>
              </w:rPr>
              <w:t>Jorick van Gemert — HSEQ Consultancy</w:t>
            </w:r>
          </w:p>
        </w:tc>
        <w:tc>
          <w:tcPr>
            <w:tcW w:type="dxa" w:w="4703"/>
          </w:tcPr>
          <w:p>
            <w:r>
              <w:rPr>
                <w:sz w:val="20"/>
              </w:rPr>
            </w:r>
          </w:p>
        </w:tc>
      </w:tr>
      <w:tr>
        <w:tc>
          <w:tcPr>
            <w:tcW w:type="dxa" w:w="4703"/>
          </w:tcPr>
          <w:p>
            <w:r>
              <w:rPr>
                <w:sz w:val="20"/>
              </w:rPr>
              <w:t>[Straatnaam 1, 1851 KE Heiloo]</w:t>
            </w:r>
          </w:p>
        </w:tc>
        <w:tc>
          <w:tcPr>
            <w:tcW w:type="dxa" w:w="4703"/>
          </w:tcPr>
          <w:p>
            <w:r>
              <w:rPr>
                <w:sz w:val="20"/>
              </w:rPr>
            </w:r>
          </w:p>
        </w:tc>
      </w:tr>
      <w:tr>
        <w:tc>
          <w:tcPr>
            <w:tcW w:type="dxa" w:w="4703"/>
          </w:tcPr>
          <w:p>
            <w:r>
              <w:rPr>
                <w:sz w:val="20"/>
              </w:rPr>
              <w:t>KvK: [nummer] | BTW: NL[nummer]</w:t>
            </w:r>
          </w:p>
        </w:tc>
        <w:tc>
          <w:tcPr>
            <w:tcW w:type="dxa" w:w="4703"/>
          </w:tcPr>
          <w:p>
            <w:r>
              <w:rPr>
                <w:sz w:val="20"/>
              </w:rPr>
            </w:r>
          </w:p>
        </w:tc>
      </w:tr>
      <w:tr>
        <w:tc>
          <w:tcPr>
            <w:tcW w:type="dxa" w:w="4703"/>
          </w:tcPr>
          <w:p>
            <w:r>
              <w:rPr>
                <w:sz w:val="20"/>
              </w:rPr>
              <w:t>Bank: NL[IBAN] | Tel: [nummer]</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FACTUUR</w:t>
            </w:r>
          </w:p>
        </w:tc>
        <w:tc>
          <w:tcPr>
            <w:tcW w:type="dxa" w:w="4703"/>
          </w:tcPr>
          <w:p>
            <w:r>
              <w:rPr>
                <w:sz w:val="20"/>
              </w:rPr>
            </w:r>
          </w:p>
        </w:tc>
      </w:tr>
      <w:tr>
        <w:tc>
          <w:tcPr>
            <w:tcW w:type="dxa" w:w="4703"/>
          </w:tcPr>
          <w:p>
            <w:r>
              <w:rPr>
                <w:sz w:val="20"/>
              </w:rPr>
              <w:t>Factuurnummer:</w:t>
            </w:r>
          </w:p>
        </w:tc>
        <w:tc>
          <w:tcPr>
            <w:tcW w:type="dxa" w:w="4703"/>
          </w:tcPr>
          <w:p>
            <w:r>
              <w:rPr>
                <w:sz w:val="20"/>
              </w:rPr>
              <w:t>2026-001</w:t>
            </w:r>
          </w:p>
        </w:tc>
      </w:tr>
      <w:tr>
        <w:tc>
          <w:tcPr>
            <w:tcW w:type="dxa" w:w="4703"/>
          </w:tcPr>
          <w:p>
            <w:r>
              <w:rPr>
                <w:sz w:val="20"/>
              </w:rPr>
              <w:t>Factuurdatum:</w:t>
            </w:r>
          </w:p>
        </w:tc>
        <w:tc>
          <w:tcPr>
            <w:tcW w:type="dxa" w:w="4703"/>
          </w:tcPr>
          <w:p>
            <w:r>
              <w:rPr>
                <w:sz w:val="20"/>
              </w:rPr>
              <w:t>[datum]</w:t>
            </w:r>
          </w:p>
        </w:tc>
      </w:tr>
      <w:tr>
        <w:tc>
          <w:tcPr>
            <w:tcW w:type="dxa" w:w="4703"/>
          </w:tcPr>
          <w:p>
            <w:r>
              <w:rPr>
                <w:sz w:val="20"/>
              </w:rPr>
              <w:t>Vervaldatum:</w:t>
            </w:r>
          </w:p>
        </w:tc>
        <w:tc>
          <w:tcPr>
            <w:tcW w:type="dxa" w:w="4703"/>
          </w:tcPr>
          <w:p>
            <w:r>
              <w:rPr>
                <w:sz w:val="20"/>
              </w:rPr>
              <w:t>[datum + 30 dagen]</w:t>
            </w:r>
          </w:p>
        </w:tc>
      </w:tr>
      <w:tr>
        <w:tc>
          <w:tcPr>
            <w:tcW w:type="dxa" w:w="4703"/>
          </w:tcPr>
          <w:p>
            <w:r>
              <w:rPr>
                <w:sz w:val="20"/>
              </w:rPr>
            </w:r>
          </w:p>
        </w:tc>
        <w:tc>
          <w:tcPr>
            <w:tcW w:type="dxa" w:w="4703"/>
          </w:tcPr>
          <w:p>
            <w:r>
              <w:rPr>
                <w:sz w:val="20"/>
              </w:rPr>
            </w:r>
          </w:p>
        </w:tc>
      </w:tr>
      <w:tr>
        <w:tc>
          <w:tcPr>
            <w:tcW w:type="dxa" w:w="4703"/>
          </w:tcPr>
          <w:p>
            <w:r>
              <w:rPr>
                <w:sz w:val="20"/>
              </w:rPr>
              <w:t>Opdrachtgever:</w:t>
            </w:r>
          </w:p>
        </w:tc>
        <w:tc>
          <w:tcPr>
            <w:tcW w:type="dxa" w:w="4703"/>
          </w:tcPr>
          <w:p>
            <w:r>
              <w:rPr>
                <w:sz w:val="20"/>
              </w:rPr>
              <w:t>Phoenix Metals B.V.</w:t>
            </w:r>
          </w:p>
        </w:tc>
      </w:tr>
      <w:tr>
        <w:tc>
          <w:tcPr>
            <w:tcW w:type="dxa" w:w="4703"/>
          </w:tcPr>
          <w:p>
            <w:r>
              <w:rPr>
                <w:sz w:val="20"/>
              </w:rPr>
              <w:t>[Adres Phoenix Metals]</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Omschrijving</w:t>
            </w:r>
          </w:p>
        </w:tc>
        <w:tc>
          <w:tcPr>
            <w:tcW w:type="dxa" w:w="4703"/>
          </w:tcPr>
          <w:p>
            <w:r>
              <w:rPr>
                <w:sz w:val="20"/>
              </w:rPr>
              <w:t>Bedrag</w:t>
            </w:r>
          </w:p>
        </w:tc>
      </w:tr>
      <w:tr>
        <w:tc>
          <w:tcPr>
            <w:tcW w:type="dxa" w:w="4703"/>
          </w:tcPr>
          <w:p>
            <w:r>
              <w:rPr>
                <w:sz w:val="20"/>
              </w:rPr>
              <w:t>HSEQ-management — Mei 2026 (4 dagen × 8 uur × €100)</w:t>
            </w:r>
          </w:p>
        </w:tc>
        <w:tc>
          <w:tcPr>
            <w:tcW w:type="dxa" w:w="4703"/>
          </w:tcPr>
          <w:p>
            <w:r>
              <w:rPr>
                <w:sz w:val="20"/>
              </w:rPr>
              <w:t>€3.200,00</w:t>
            </w:r>
          </w:p>
        </w:tc>
      </w:tr>
      <w:tr>
        <w:tc>
          <w:tcPr>
            <w:tcW w:type="dxa" w:w="4703"/>
          </w:tcPr>
          <w:p>
            <w:r>
              <w:rPr>
                <w:sz w:val="20"/>
              </w:rPr>
              <w:t>HSEQ-consultancy Club of Engineers — Mei 2026 (4 dagen × 8 uur × €100)</w:t>
            </w:r>
          </w:p>
        </w:tc>
        <w:tc>
          <w:tcPr>
            <w:tcW w:type="dxa" w:w="4703"/>
          </w:tcPr>
          <w:p>
            <w:r>
              <w:rPr>
                <w:sz w:val="20"/>
              </w:rPr>
              <w:t>€3.200,00</w:t>
            </w:r>
          </w:p>
        </w:tc>
      </w:tr>
      <w:tr>
        <w:tc>
          <w:tcPr>
            <w:tcW w:type="dxa" w:w="4703"/>
          </w:tcPr>
          <w:p>
            <w:r>
              <w:rPr>
                <w:sz w:val="20"/>
              </w:rPr>
            </w:r>
          </w:p>
        </w:tc>
        <w:tc>
          <w:tcPr>
            <w:tcW w:type="dxa" w:w="4703"/>
          </w:tcPr>
          <w:p>
            <w:r>
              <w:rPr>
                <w:sz w:val="20"/>
              </w:rPr>
            </w:r>
          </w:p>
        </w:tc>
      </w:tr>
      <w:tr>
        <w:tc>
          <w:tcPr>
            <w:tcW w:type="dxa" w:w="4703"/>
          </w:tcPr>
          <w:p>
            <w:r>
              <w:rPr>
                <w:sz w:val="20"/>
              </w:rPr>
              <w:t>Subtotaal exclusief btw</w:t>
            </w:r>
          </w:p>
        </w:tc>
        <w:tc>
          <w:tcPr>
            <w:tcW w:type="dxa" w:w="4703"/>
          </w:tcPr>
          <w:p>
            <w:r>
              <w:rPr>
                <w:sz w:val="20"/>
              </w:rPr>
              <w:t>€6.400,00</w:t>
            </w:r>
          </w:p>
        </w:tc>
      </w:tr>
      <w:tr>
        <w:tc>
          <w:tcPr>
            <w:tcW w:type="dxa" w:w="4703"/>
          </w:tcPr>
          <w:p>
            <w:r>
              <w:rPr>
                <w:sz w:val="20"/>
              </w:rPr>
              <w:t>BTW 21%</w:t>
            </w:r>
          </w:p>
        </w:tc>
        <w:tc>
          <w:tcPr>
            <w:tcW w:type="dxa" w:w="4703"/>
          </w:tcPr>
          <w:p>
            <w:r>
              <w:rPr>
                <w:sz w:val="20"/>
              </w:rPr>
              <w:t>€1.344,00</w:t>
            </w:r>
          </w:p>
        </w:tc>
      </w:tr>
      <w:tr>
        <w:tc>
          <w:tcPr>
            <w:tcW w:type="dxa" w:w="4703"/>
          </w:tcPr>
          <w:p>
            <w:r>
              <w:rPr>
                <w:sz w:val="20"/>
              </w:rPr>
              <w:t>TOTAAL</w:t>
            </w:r>
          </w:p>
        </w:tc>
        <w:tc>
          <w:tcPr>
            <w:tcW w:type="dxa" w:w="4703"/>
          </w:tcPr>
          <w:p>
            <w:r>
              <w:rPr>
                <w:sz w:val="20"/>
              </w:rPr>
              <w:t>€7.744,00</w:t>
            </w:r>
          </w:p>
        </w:tc>
      </w:tr>
      <w:tr>
        <w:tc>
          <w:tcPr>
            <w:tcW w:type="dxa" w:w="4703"/>
          </w:tcPr>
          <w:p>
            <w:r>
              <w:rPr>
                <w:sz w:val="20"/>
              </w:rPr>
            </w:r>
          </w:p>
        </w:tc>
        <w:tc>
          <w:tcPr>
            <w:tcW w:type="dxa" w:w="4703"/>
          </w:tcPr>
          <w:p>
            <w:r>
              <w:rPr>
                <w:sz w:val="20"/>
              </w:rPr>
            </w:r>
          </w:p>
        </w:tc>
      </w:tr>
      <w:tr>
        <w:tc>
          <w:tcPr>
            <w:tcW w:type="dxa" w:w="4703"/>
          </w:tcPr>
          <w:p>
            <w:r>
              <w:rPr>
                <w:sz w:val="20"/>
              </w:rPr>
              <w:t>Betaling:</w:t>
            </w:r>
          </w:p>
        </w:tc>
        <w:tc>
          <w:tcPr>
            <w:tcW w:type="dxa" w:w="4703"/>
          </w:tcPr>
          <w:p>
            <w:r>
              <w:rPr>
                <w:sz w:val="20"/>
              </w:rPr>
              <w:t>Binnen 30 dagen op NL[IBAN] t.n.v. J. van Gemert</w:t>
            </w:r>
          </w:p>
        </w:tc>
      </w:tr>
    </w:tbl>
    <w:p>
      <w:r>
        <w:br w:type="page"/>
      </w:r>
    </w:p>
    <w:p>
      <w:pPr>
        <w:pStyle w:val="Heading2"/>
      </w:pPr>
      <w:r>
        <w:t>Bijlage D: Bronverwijzingen</w:t>
      </w:r>
    </w:p>
    <w:p>
      <w:r>
        <w:rPr>
          <w:sz w:val="18"/>
        </w:rPr>
        <w:t>[1] Belastingdienst — Ondernemers en inkomstenbelasting: belastingdienst.nl</w:t>
      </w:r>
    </w:p>
    <w:p>
      <w:r>
        <w:rPr>
          <w:sz w:val="18"/>
        </w:rPr>
        <w:t>[2] Kamer van Koophandel — Starten als eenmanszaak: kvk.nl</w:t>
      </w:r>
    </w:p>
    <w:p>
      <w:r>
        <w:rPr>
          <w:sz w:val="18"/>
        </w:rPr>
        <w:t>[3] Belastingdienst — Urencriterium en zelfstandigenaftrek: belastingdienst.nl</w:t>
      </w:r>
    </w:p>
    <w:p>
      <w:r>
        <w:rPr>
          <w:sz w:val="18"/>
        </w:rPr>
        <w:t>[4] Belastingdienst — BTW-aangifte en kleineondernemersregeling: belastingdienst.nl</w:t>
      </w:r>
    </w:p>
    <w:p>
      <w:r>
        <w:rPr>
          <w:sz w:val="18"/>
        </w:rPr>
        <w:t>[5] Belastingdienst — Wet DBA en modelovereenkomsten: belastingdienst.nl/modelovereenkomsten</w:t>
      </w:r>
    </w:p>
    <w:p>
      <w:r>
        <w:rPr>
          <w:sz w:val="18"/>
        </w:rPr>
        <w:t>[6] Belastingdienst — Zakelijke kosten aftrekken: belastingdienst.nl</w:t>
      </w:r>
    </w:p>
    <w:p>
      <w:r>
        <w:rPr>
          <w:sz w:val="18"/>
        </w:rPr>
        <w:t>[7] Interim Planet — Tarieven HSEQ interim management 2026: interim-planet.nl</w:t>
      </w:r>
    </w:p>
    <w:p>
      <w:r>
        <w:rPr>
          <w:sz w:val="18"/>
        </w:rPr>
        <w:t>[8] Gemeente Heiloo — Ondernemen: heiloo.nl</w:t>
      </w:r>
    </w:p>
    <w:p>
      <w:r>
        <w:rPr>
          <w:sz w:val="18"/>
        </w:rPr>
        <w:t>[9] Rijksoverheid — Arbowet: rijksoverheid.nl/arbowet</w:t>
      </w:r>
    </w:p>
    <w:p>
      <w:r>
        <w:rPr>
          <w:sz w:val="18"/>
        </w:rPr>
        <w:t>[10] Autoriteit Persoonsgegevens — AVG/GDPR: autoriteitpersoonsgegevens.nl</w:t>
      </w:r>
    </w:p>
    <w:p>
      <w:pPr>
        <w:pStyle w:val="Heading2"/>
      </w:pPr>
      <w:r>
        <w:t>Bijlage E: TierVerify Log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Check</w:t>
            </w:r>
          </w:p>
        </w:tc>
        <w:tc>
          <w:tcPr>
            <w:tcW w:type="dxa" w:w="2351"/>
          </w:tcPr>
          <w:p>
            <w:r>
              <w:rPr>
                <w:b/>
                <w:color w:val="003366"/>
                <w:sz w:val="20"/>
              </w:rPr>
              <w:t>Bron</w:t>
            </w:r>
          </w:p>
        </w:tc>
        <w:tc>
          <w:tcPr>
            <w:tcW w:type="dxa" w:w="2351"/>
          </w:tcPr>
          <w:p>
            <w:r>
              <w:rPr>
                <w:b/>
                <w:color w:val="003366"/>
                <w:sz w:val="20"/>
              </w:rPr>
              <w:t>Status</w:t>
            </w:r>
          </w:p>
        </w:tc>
        <w:tc>
          <w:tcPr>
            <w:tcW w:type="dxa" w:w="2351"/>
          </w:tcPr>
          <w:p>
            <w:r>
              <w:rPr>
                <w:b/>
                <w:color w:val="003366"/>
                <w:sz w:val="20"/>
              </w:rPr>
              <w:t>Opmerking</w:t>
            </w:r>
          </w:p>
        </w:tc>
      </w:tr>
      <w:tr>
        <w:tc>
          <w:tcPr>
            <w:tcW w:type="dxa" w:w="2351"/>
          </w:tcPr>
          <w:p>
            <w:r>
              <w:rPr>
                <w:sz w:val="20"/>
              </w:rPr>
              <w:t>Urencriterium 1.225 uur</w:t>
            </w:r>
          </w:p>
        </w:tc>
        <w:tc>
          <w:tcPr>
            <w:tcW w:type="dxa" w:w="2351"/>
          </w:tcPr>
          <w:p>
            <w:r>
              <w:rPr>
                <w:sz w:val="20"/>
              </w:rPr>
              <w:t>belastingdienst.nl</w:t>
            </w:r>
          </w:p>
        </w:tc>
        <w:tc>
          <w:tcPr>
            <w:tcW w:type="dxa" w:w="2351"/>
          </w:tcPr>
          <w:p>
            <w:r>
              <w:rPr>
                <w:sz w:val="20"/>
              </w:rPr>
              <w:t>✅ Geverifieerd</w:t>
            </w:r>
          </w:p>
        </w:tc>
        <w:tc>
          <w:tcPr>
            <w:tcW w:type="dxa" w:w="2351"/>
          </w:tcPr>
          <w:p>
            <w:r>
              <w:rPr>
                <w:sz w:val="20"/>
              </w:rPr>
              <w:t>1.225 uur/jaar verplicht</w:t>
            </w:r>
          </w:p>
        </w:tc>
      </w:tr>
      <w:tr>
        <w:tc>
          <w:tcPr>
            <w:tcW w:type="dxa" w:w="2351"/>
          </w:tcPr>
          <w:p>
            <w:r>
              <w:rPr>
                <w:sz w:val="20"/>
              </w:rPr>
              <w:t>KvK-inschrijving kosten</w:t>
            </w:r>
          </w:p>
        </w:tc>
        <w:tc>
          <w:tcPr>
            <w:tcW w:type="dxa" w:w="2351"/>
          </w:tcPr>
          <w:p>
            <w:r>
              <w:rPr>
                <w:sz w:val="20"/>
              </w:rPr>
              <w:t>kvk.nl</w:t>
            </w:r>
          </w:p>
        </w:tc>
        <w:tc>
          <w:tcPr>
            <w:tcW w:type="dxa" w:w="2351"/>
          </w:tcPr>
          <w:p>
            <w:r>
              <w:rPr>
                <w:sz w:val="20"/>
              </w:rPr>
              <w:t>✅ Geverifieerd</w:t>
            </w:r>
          </w:p>
        </w:tc>
        <w:tc>
          <w:tcPr>
            <w:tcW w:type="dxa" w:w="2351"/>
          </w:tcPr>
          <w:p>
            <w:r>
              <w:rPr>
                <w:sz w:val="20"/>
              </w:rPr>
              <w:t>€50 standaard</w:t>
            </w:r>
          </w:p>
        </w:tc>
      </w:tr>
      <w:tr>
        <w:tc>
          <w:tcPr>
            <w:tcW w:type="dxa" w:w="2351"/>
          </w:tcPr>
          <w:p>
            <w:r>
              <w:rPr>
                <w:sz w:val="20"/>
              </w:rPr>
              <w:t>BTW-tarief consultancy</w:t>
            </w:r>
          </w:p>
        </w:tc>
        <w:tc>
          <w:tcPr>
            <w:tcW w:type="dxa" w:w="2351"/>
          </w:tcPr>
          <w:p>
            <w:r>
              <w:rPr>
                <w:sz w:val="20"/>
              </w:rPr>
              <w:t>Wet OB 1968</w:t>
            </w:r>
          </w:p>
        </w:tc>
        <w:tc>
          <w:tcPr>
            <w:tcW w:type="dxa" w:w="2351"/>
          </w:tcPr>
          <w:p>
            <w:r>
              <w:rPr>
                <w:sz w:val="20"/>
              </w:rPr>
              <w:t>✅ Geverifieerd</w:t>
            </w:r>
          </w:p>
        </w:tc>
        <w:tc>
          <w:tcPr>
            <w:tcW w:type="dxa" w:w="2351"/>
          </w:tcPr>
          <w:p>
            <w:r>
              <w:rPr>
                <w:sz w:val="20"/>
              </w:rPr>
              <w:t>21% standaard</w:t>
            </w:r>
          </w:p>
        </w:tc>
      </w:tr>
      <w:tr>
        <w:tc>
          <w:tcPr>
            <w:tcW w:type="dxa" w:w="2351"/>
          </w:tcPr>
          <w:p>
            <w:r>
              <w:rPr>
                <w:sz w:val="20"/>
              </w:rPr>
              <w:t>Wet DBA modelovereenkomst</w:t>
            </w:r>
          </w:p>
        </w:tc>
        <w:tc>
          <w:tcPr>
            <w:tcW w:type="dxa" w:w="2351"/>
          </w:tcPr>
          <w:p>
            <w:r>
              <w:rPr>
                <w:sz w:val="20"/>
              </w:rPr>
              <w:t>belastingdienst.nl</w:t>
            </w:r>
          </w:p>
        </w:tc>
        <w:tc>
          <w:tcPr>
            <w:tcW w:type="dxa" w:w="2351"/>
          </w:tcPr>
          <w:p>
            <w:r>
              <w:rPr>
                <w:sz w:val="20"/>
              </w:rPr>
              <w:t>✅ Geverifieerd</w:t>
            </w:r>
          </w:p>
        </w:tc>
        <w:tc>
          <w:tcPr>
            <w:tcW w:type="dxa" w:w="2351"/>
          </w:tcPr>
          <w:p>
            <w:r>
              <w:rPr>
                <w:sz w:val="20"/>
              </w:rPr>
              <w:t>Actueel 2026</w:t>
            </w:r>
          </w:p>
        </w:tc>
      </w:tr>
      <w:tr>
        <w:tc>
          <w:tcPr>
            <w:tcW w:type="dxa" w:w="2351"/>
          </w:tcPr>
          <w:p>
            <w:r>
              <w:rPr>
                <w:sz w:val="20"/>
              </w:rPr>
              <w:t>Box 1 tarieven 2026</w:t>
            </w:r>
          </w:p>
        </w:tc>
        <w:tc>
          <w:tcPr>
            <w:tcW w:type="dxa" w:w="2351"/>
          </w:tcPr>
          <w:p>
            <w:r>
              <w:rPr>
                <w:sz w:val="20"/>
              </w:rPr>
              <w:t>belastingdienst.nl</w:t>
            </w:r>
          </w:p>
        </w:tc>
        <w:tc>
          <w:tcPr>
            <w:tcW w:type="dxa" w:w="2351"/>
          </w:tcPr>
          <w:p>
            <w:r>
              <w:rPr>
                <w:sz w:val="20"/>
              </w:rPr>
              <w:t>⚠ Indicatief</w:t>
            </w:r>
          </w:p>
        </w:tc>
        <w:tc>
          <w:tcPr>
            <w:tcW w:type="dxa" w:w="2351"/>
          </w:tcPr>
          <w:p>
            <w:r>
              <w:rPr>
                <w:sz w:val="20"/>
              </w:rPr>
              <w:t>Schatting op basis van 2025</w:t>
            </w:r>
          </w:p>
        </w:tc>
      </w:tr>
      <w:tr>
        <w:tc>
          <w:tcPr>
            <w:tcW w:type="dxa" w:w="2351"/>
          </w:tcPr>
          <w:p>
            <w:r>
              <w:rPr>
                <w:sz w:val="20"/>
              </w:rPr>
              <w:t>Zelfstandigenaftrek bedrag</w:t>
            </w:r>
          </w:p>
        </w:tc>
        <w:tc>
          <w:tcPr>
            <w:tcW w:type="dxa" w:w="2351"/>
          </w:tcPr>
          <w:p>
            <w:r>
              <w:rPr>
                <w:sz w:val="20"/>
              </w:rPr>
              <w:t>belastingdienst.nl</w:t>
            </w:r>
          </w:p>
        </w:tc>
        <w:tc>
          <w:tcPr>
            <w:tcW w:type="dxa" w:w="2351"/>
          </w:tcPr>
          <w:p>
            <w:r>
              <w:rPr>
                <w:sz w:val="20"/>
              </w:rPr>
              <w:t>⚠ Indicatief</w:t>
            </w:r>
          </w:p>
        </w:tc>
        <w:tc>
          <w:tcPr>
            <w:tcW w:type="dxa" w:w="2351"/>
          </w:tcPr>
          <w:p>
            <w:r>
              <w:rPr>
                <w:sz w:val="20"/>
              </w:rPr>
              <w:t>Exact 2026 bedrag bevestigen</w:t>
            </w:r>
          </w:p>
        </w:tc>
      </w:tr>
      <w:tr>
        <w:tc>
          <w:tcPr>
            <w:tcW w:type="dxa" w:w="2351"/>
          </w:tcPr>
          <w:p>
            <w:r>
              <w:rPr>
                <w:sz w:val="20"/>
              </w:rPr>
              <w:t>KOR drempelbedrag</w:t>
            </w:r>
          </w:p>
        </w:tc>
        <w:tc>
          <w:tcPr>
            <w:tcW w:type="dxa" w:w="2351"/>
          </w:tcPr>
          <w:p>
            <w:r>
              <w:rPr>
                <w:sz w:val="20"/>
              </w:rPr>
              <w:t>belastingdienst.nl</w:t>
            </w:r>
          </w:p>
        </w:tc>
        <w:tc>
          <w:tcPr>
            <w:tcW w:type="dxa" w:w="2351"/>
          </w:tcPr>
          <w:p>
            <w:r>
              <w:rPr>
                <w:sz w:val="20"/>
              </w:rPr>
              <w:t>✅ Geverifieerd</w:t>
            </w:r>
          </w:p>
        </w:tc>
        <w:tc>
          <w:tcPr>
            <w:tcW w:type="dxa" w:w="2351"/>
          </w:tcPr>
          <w:p>
            <w:r>
              <w:rPr>
                <w:sz w:val="20"/>
              </w:rPr>
              <w:t>€20.000</w:t>
            </w:r>
          </w:p>
        </w:tc>
      </w:tr>
      <w:tr>
        <w:tc>
          <w:tcPr>
            <w:tcW w:type="dxa" w:w="2351"/>
          </w:tcPr>
          <w:p>
            <w:r>
              <w:rPr>
                <w:sz w:val="20"/>
              </w:rPr>
              <w:t>Archiveerplicht</w:t>
            </w:r>
          </w:p>
        </w:tc>
        <w:tc>
          <w:tcPr>
            <w:tcW w:type="dxa" w:w="2351"/>
          </w:tcPr>
          <w:p>
            <w:r>
              <w:rPr>
                <w:sz w:val="20"/>
              </w:rPr>
              <w:t>Belastingdienst</w:t>
            </w:r>
          </w:p>
        </w:tc>
        <w:tc>
          <w:tcPr>
            <w:tcW w:type="dxa" w:w="2351"/>
          </w:tcPr>
          <w:p>
            <w:r>
              <w:rPr>
                <w:sz w:val="20"/>
              </w:rPr>
              <w:t>✅ Geverifieerd</w:t>
            </w:r>
          </w:p>
        </w:tc>
        <w:tc>
          <w:tcPr>
            <w:tcW w:type="dxa" w:w="2351"/>
          </w:tcPr>
          <w:p>
            <w:r>
              <w:rPr>
                <w:sz w:val="20"/>
              </w:rPr>
              <w:t>7 jaar</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620000" cy="14544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1"/>
                  <a:stretch>
                    <a:fillRect/>
                  </a:stretch>
                </pic:blipFill>
                <pic:spPr>
                  <a:xfrm>
                    <a:off x="0" y="0"/>
                    <a:ext cx="1620000" cy="14544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