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2011680" cy="1803575"/>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9"/>
                    <a:stretch>
                      <a:fillRect/>
                    </a:stretch>
                  </pic:blipFill>
                  <pic:spPr>
                    <a:xfrm>
                      <a:off x="0" y="0"/>
                      <a:ext cx="2011680" cy="1803575"/>
                    </a:xfrm>
                    <a:prstGeom prst="rect"/>
                  </pic:spPr>
                </pic:pic>
              </a:graphicData>
            </a:graphic>
          </wp:inline>
        </w:drawing>
      </w:r>
    </w:p>
    <w:p/>
    <w:p>
      <w:pPr>
        <w:jc w:val="center"/>
      </w:pPr>
      <w:r>
        <w:rPr>
          <w:rFonts w:ascii="Calibri" w:hAnsi="Calibri"/>
          <w:b/>
          <w:color w:val="003366"/>
          <w:sz w:val="56"/>
        </w:rPr>
        <w:t>PGS-15 COMPLIANCE TOETSING</w:t>
      </w:r>
    </w:p>
    <w:p>
      <w:pPr>
        <w:jc w:val="center"/>
      </w:pPr>
      <w:r>
        <w:rPr>
          <w:rFonts w:ascii="Calibri" w:hAnsi="Calibri"/>
          <w:color w:val="003366"/>
          <w:sz w:val="36"/>
        </w:rPr>
        <w:t>Phoenix Metals IJmuiden</w:t>
      </w:r>
    </w:p>
    <w:p/>
    <w:tbl>
      <w:tblPr>
        <w:tblW w:type="auto" w:w="0"/>
        <w:jc w:val="center"/>
        <w:tblLook w:firstColumn="1" w:firstRow="1" w:lastColumn="0" w:lastRow="0" w:noHBand="0" w:noVBand="1" w:val="04A0"/>
      </w:tblPr>
      <w:tblGrid>
        <w:gridCol w:w="4320"/>
        <w:gridCol w:w="4320"/>
      </w:tblGrid>
      <w:tr>
        <w:tc>
          <w:tcPr>
            <w:tcW w:type="dxa" w:w="4320"/>
          </w:tcPr>
          <w:p>
            <w:r/>
            <w:r>
              <w:rPr>
                <w:rFonts w:ascii="Calibri" w:hAnsi="Calibri"/>
                <w:b/>
                <w:sz w:val="20"/>
              </w:rPr>
              <w:t>Documentnummer</w:t>
            </w:r>
          </w:p>
        </w:tc>
        <w:tc>
          <w:tcPr>
            <w:tcW w:type="dxa" w:w="4320"/>
          </w:tcPr>
          <w:p>
            <w:r/>
            <w:r>
              <w:rPr>
                <w:rFonts w:ascii="Calibri" w:hAnsi="Calibri"/>
                <w:sz w:val="20"/>
              </w:rPr>
              <w:t>PM-PGS15-DOC11-v1.0</w:t>
            </w:r>
          </w:p>
        </w:tc>
      </w:tr>
      <w:tr>
        <w:tc>
          <w:tcPr>
            <w:tcW w:type="dxa" w:w="4320"/>
          </w:tcPr>
          <w:p>
            <w:r/>
            <w:r>
              <w:rPr>
                <w:rFonts w:ascii="Calibri" w:hAnsi="Calibri"/>
                <w:b/>
                <w:sz w:val="20"/>
              </w:rPr>
              <w:t>Classificatie</w:t>
            </w:r>
          </w:p>
        </w:tc>
        <w:tc>
          <w:tcPr>
            <w:tcW w:type="dxa" w:w="4320"/>
          </w:tcPr>
          <w:p>
            <w:r/>
            <w:r>
              <w:rPr>
                <w:rFonts w:ascii="Calibri" w:hAnsi="Calibri"/>
                <w:b/>
                <w:color w:val="FF6D00"/>
                <w:sz w:val="20"/>
              </w:rPr>
              <w:t>Vertrouwelijk</w:t>
            </w:r>
          </w:p>
        </w:tc>
      </w:tr>
      <w:tr>
        <w:tc>
          <w:tcPr>
            <w:tcW w:type="dxa" w:w="4320"/>
          </w:tcPr>
          <w:p>
            <w:r/>
            <w:r>
              <w:rPr>
                <w:rFonts w:ascii="Calibri" w:hAnsi="Calibri"/>
                <w:b/>
                <w:sz w:val="20"/>
              </w:rPr>
              <w:t>Datum</w:t>
            </w:r>
          </w:p>
        </w:tc>
        <w:tc>
          <w:tcPr>
            <w:tcW w:type="dxa" w:w="4320"/>
          </w:tcPr>
          <w:p>
            <w:r/>
            <w:r>
              <w:rPr>
                <w:rFonts w:ascii="Calibri" w:hAnsi="Calibri"/>
                <w:sz w:val="20"/>
              </w:rPr>
              <w:t>26 april 2026</w:t>
            </w:r>
          </w:p>
        </w:tc>
      </w:tr>
      <w:tr>
        <w:tc>
          <w:tcPr>
            <w:tcW w:type="dxa" w:w="4320"/>
          </w:tcPr>
          <w:p>
            <w:r/>
            <w:r>
              <w:rPr>
                <w:rFonts w:ascii="Calibri" w:hAnsi="Calibri"/>
                <w:b/>
                <w:sz w:val="20"/>
              </w:rPr>
              <w:t>Opdrachtgever</w:t>
            </w:r>
          </w:p>
        </w:tc>
        <w:tc>
          <w:tcPr>
            <w:tcW w:type="dxa" w:w="4320"/>
          </w:tcPr>
          <w:p>
            <w:r/>
            <w:r>
              <w:rPr>
                <w:rFonts w:ascii="Calibri" w:hAnsi="Calibri"/>
                <w:sz w:val="20"/>
              </w:rPr>
              <w:t>Phoenix Metals IJmuiden</w:t>
            </w:r>
          </w:p>
        </w:tc>
      </w:tr>
      <w:tr>
        <w:tc>
          <w:tcPr>
            <w:tcW w:type="dxa" w:w="4320"/>
          </w:tcPr>
          <w:p>
            <w:r/>
            <w:r>
              <w:rPr>
                <w:rFonts w:ascii="Calibri" w:hAnsi="Calibri"/>
                <w:b/>
                <w:sz w:val="20"/>
              </w:rPr>
              <w:t>Auteur</w:t>
            </w:r>
          </w:p>
        </w:tc>
        <w:tc>
          <w:tcPr>
            <w:tcW w:type="dxa" w:w="4320"/>
          </w:tcPr>
          <w:p>
            <w:r/>
            <w:r>
              <w:rPr>
                <w:rFonts w:ascii="Calibri" w:hAnsi="Calibri"/>
                <w:sz w:val="20"/>
              </w:rPr>
              <w:t>JVG Consultancy</w:t>
            </w:r>
          </w:p>
        </w:tc>
      </w:tr>
      <w:tr>
        <w:tc>
          <w:tcPr>
            <w:tcW w:type="dxa" w:w="4320"/>
          </w:tcPr>
          <w:p>
            <w:r/>
            <w:r>
              <w:rPr>
                <w:rFonts w:ascii="Calibri" w:hAnsi="Calibri"/>
                <w:b/>
                <w:sz w:val="20"/>
              </w:rPr>
              <w:t>Status</w:t>
            </w:r>
          </w:p>
        </w:tc>
        <w:tc>
          <w:tcPr>
            <w:tcW w:type="dxa" w:w="4320"/>
          </w:tcPr>
          <w:p>
            <w:r/>
            <w:r>
              <w:rPr>
                <w:rFonts w:ascii="Calibri" w:hAnsi="Calibri"/>
                <w:sz w:val="20"/>
              </w:rPr>
              <w:t>Concept</w:t>
            </w:r>
          </w:p>
        </w:tc>
      </w:tr>
      <w:tr>
        <w:tc>
          <w:tcPr>
            <w:tcW w:type="dxa" w:w="4320"/>
          </w:tcPr>
          <w:p>
            <w:r/>
            <w:r>
              <w:rPr>
                <w:rFonts w:ascii="Calibri" w:hAnsi="Calibri"/>
                <w:b/>
                <w:sz w:val="20"/>
              </w:rPr>
              <w:t>Referentie</w:t>
            </w:r>
          </w:p>
        </w:tc>
        <w:tc>
          <w:tcPr>
            <w:tcW w:type="dxa" w:w="4320"/>
          </w:tcPr>
          <w:p>
            <w:r/>
            <w:r>
              <w:rPr>
                <w:rFonts w:ascii="Calibri" w:hAnsi="Calibri"/>
                <w:sz w:val="20"/>
              </w:rPr>
              <w:t>PGS 15:2025 v1.0</w:t>
            </w:r>
          </w:p>
        </w:tc>
      </w:tr>
    </w:tbl>
    <w:p>
      <w:r>
        <w:br w:type="page"/>
      </w:r>
    </w:p>
    <w:p>
      <w:pPr>
        <w:pStyle w:val="Heading1"/>
      </w:pPr>
      <w:r>
        <w:t>1 Management Samenvatting</w:t>
      </w:r>
    </w:p>
    <w:p>
      <w:r>
        <w:t>Dit document bevat de compliance toetsing van Phoenix Metals IJmuiden tegen de PGS 15:2025 richtlijn voor de opslag van verpakte gevaarlijke stoffen. De toetsing is gebaseerd op een volledige inventarisatie van zes chemische stoffen met een totaal volume van circa 315 liter respectievelijk 15 kilogram, waarvan 300 liter ADR-klasse 8 (bijtende stoffen) en 15 kilogram niet-ADR-geclassificeerde stoffen.</w:t>
      </w:r>
    </w:p>
    <w:p>
      <w:r>
        <w:t>De kernbevinding is dat Phoenix Metals met circa 390 kilogram ADR 8 Verpakkingsgroep II stoffen ver onder de drempelwaarde van 2.500 kg (Tabel 7) opereert, waardoor het basisveiligheidsniveau volstaat. Er zijn geen aanvullende veiligheidsniveaus (A, B of C) vereist. De brandcompartimenteringseisen zijn minimaal en er is geen verplichting voor een vaste blusinstallatie of branddetectiesysteem.</w:t>
      </w:r>
    </w:p>
    <w:p>
      <w:r>
        <w:rPr>
          <w:color w:val="EF4444"/>
        </w:rPr>
        <w:t>De toetsing leidt echter tot één kritieke non-conformiteit: natriumhydroxide (NaOH 50%) en zwavelzuur (H₂SO₄, diverse concentraties) worden momenteel op hetzelfde opslagrack geplaatst. Volgens PGS 15 Bijlage E, Tabel 9 vereist de combinatie zuur-base een A-scheiding (apart brandcompartiment of 5 meter vrije zone). Deze eis geldt onafhankelijk van het veiligheidsniveau en het opgeslagen volume.</w:t>
      </w:r>
    </w:p>
    <w:p>
      <w:pPr>
        <w:pStyle w:val="Heading3"/>
      </w:pPr>
      <w:r>
        <w:t>Actiepunten</w:t>
      </w:r>
    </w:p>
    <w:p>
      <w:r>
        <w:t>1. Scheiding NaOH en H₂SO₄: Plaats natriumhydroxide en zwavelzuur in aparte lekbakken met minimaal 2 meter onderlinge afstand, danwel in aparte vakken conform PGS 15 Bijlage E.3. Calcium oxide dient eveneens gescheiden opgeslagen te worden van alle zwavelzuurproducten.</w:t>
      </w:r>
    </w:p>
    <w:p>
      <w:r>
        <w:t>2. Vloeistofopvang: Installeer lekbakken voor alle vloeibare ADR 8 stoffen met een capaciteit van minimaal 110% van het grootste individuele verpakkingsvolume (25 liter per jerrycan).</w:t>
      </w:r>
    </w:p>
    <w:p>
      <w:r>
        <w:t>3. Documentatie: Stel een SDS-map samen met Veiligheidsinformatiebladen voor alle zes stoffen, inclusief een instructiekaart bij het opslagrack met calamiteitenprocedures.</w:t>
      </w:r>
    </w:p>
    <w:p>
      <w:r>
        <w:rPr>
          <w:b/>
          <w:color w:val="003366"/>
        </w:rPr>
        <w:t>Geschat investeringsbudget: €5.000 – €15.000</w:t>
      </w:r>
    </w:p>
    <w:p>
      <w:r>
        <w:br w:type="page"/>
      </w:r>
    </w:p>
    <w:p>
      <w:pPr>
        <w:pStyle w:val="Heading1"/>
      </w:pPr>
      <w:r>
        <w:t>2 Toetsingskader</w:t>
      </w:r>
    </w:p>
    <w:p>
      <w:pPr>
        <w:pStyle w:val="Heading2"/>
      </w:pPr>
      <w:r>
        <w:t>2.1 Methodologie</w:t>
      </w:r>
    </w:p>
    <w:p>
      <w:r>
        <w:t>De compliance toetsing is uitgevoerd volgens de scenario-gebaseerde methodologie van PGS 15:2025 v1.0. Deze richtlijn hanteert een integrale benadering waarbij de opslag van gevaarlijke stoffen wordt getoetst op drie assen: (1) kwantitatieve drempelwaarden voor de bepaling van het veiligheidsniveau, (2) kwalitatieve compatibiliteitseisen voor stofscheiding, en (3) facilitaire minimumeisen die onafhankelijk van het veiligheidsniveau van toepassing zijn.</w:t>
      </w:r>
    </w:p>
    <w:p>
      <w:r>
        <w:t>Het toetsingstraject bestaat uit de volgende stappen: inventarisatie van alle opgeslagen stoffen met bijbehorende ADR-classificatie, verpakking en volume; bepaling van het veiligheidsniveau op basis van Tabel 6 en Tabel 7; toetsing van de stofcompatibiliteit via Tabel 9 en Bijlage E; en formulering van verbetermaatregelen conform de Geldige Maatregelen (M-nummers) uit de PGS 15.</w:t>
      </w:r>
    </w:p>
    <w:p>
      <w:pPr>
        <w:pStyle w:val="Heading2"/>
      </w:pPr>
      <w:r>
        <w:t>2.2 Toetsingscriteria</w:t>
      </w:r>
    </w:p>
    <w:p>
      <w:r>
        <w:t>De volgende PGS 15 criteria zijn gehanteerd:</w:t>
      </w:r>
    </w:p>
    <w:p>
      <w:r>
        <w:rPr>
          <w:b/>
          <w:sz w:val="20"/>
        </w:rPr>
        <w:t xml:space="preserve">Tabel 6 — Veiligheidsniveaus: </w:t>
      </w:r>
      <w:r>
        <w:rPr>
          <w:sz w:val="20"/>
        </w:rPr>
        <w:t>Bepaling van het vereiste veiligheidsniveau (basis, A, B) op basis van ADR-klasse, verpakkinggroep en totaal opgeslagen massa. Voor ADR 8 VG II/III onbrandbare stoffen geldt dat elke hoeveelheid onder het basisniveau valt.</w:t>
      </w:r>
    </w:p>
    <w:p>
      <w:r>
        <w:rPr>
          <w:b/>
          <w:sz w:val="20"/>
        </w:rPr>
        <w:t xml:space="preserve">Tabel 7 — Drempelwaarden: </w:t>
      </w:r>
      <w:r>
        <w:rPr>
          <w:sz w:val="20"/>
        </w:rPr>
        <w:t>Kwantitatieve grenswaarden per ADR-klasse die bepalen of opslag onder de PGS 15 reikwijdte valt. De ondergrens bedraagt 2.500 kg voor ADR 8, 400 kg voor ADR 3 VGI en 1.000 kg voor ADR 6.1 VGI.</w:t>
      </w:r>
    </w:p>
    <w:p>
      <w:r>
        <w:rPr>
          <w:b/>
          <w:sz w:val="20"/>
        </w:rPr>
        <w:t xml:space="preserve">Tabel 9 — Compatibiliteitsmatrix: </w:t>
      </w:r>
      <w:r>
        <w:rPr>
          <w:sz w:val="20"/>
        </w:rPr>
        <w:t>Systeem voor de bepaling van scheidingseisen tussen verschillende ADR-klassen en binnen dezelfde klasse. De matrix kent drie niveaus: V (aparte vakken), B (beoordeling vereist) en A (apart brandcompartiment of 5 m vrije zone).</w:t>
      </w:r>
    </w:p>
    <w:p>
      <w:pPr>
        <w:pStyle w:val="Heading2"/>
      </w:pPr>
      <w:r>
        <w:t>2.3 Inventarisatie</w:t>
      </w:r>
    </w:p>
    <w:p>
      <w:r>
        <w:t>Alle zes stoffen in het chemisch register van Phoenix Metals zijn geclassificeerd volgens ADR en CLP. Het totaal ADR 8 volume bedraagt 300 liter verdeeld over natriumhydroxide 50% (100 l), zwavelzuur 75% (30 l), zwavelzuur 50% (70 l) en zwavelzuur 25% (100 l). Daarnaast zijn aluminiumsulfaat (5 kg) en calciumoxide (10 kg) aanwezig als niet-ADR-geclassificeerde stoffen. Er zijn geen SVHC-, CMR- of brandbare stoffen aanwezig.</w:t>
      </w:r>
    </w:p>
    <w:p>
      <w:r>
        <w:br w:type="page"/>
      </w:r>
    </w:p>
    <w:p>
      <w:pPr>
        <w:pStyle w:val="Heading1"/>
      </w:pPr>
      <w:r>
        <w:t>3 Stoffenanalyse</w:t>
      </w:r>
    </w:p>
    <w:p>
      <w:pPr>
        <w:pStyle w:val="Heading2"/>
      </w:pPr>
      <w:r>
        <w:t>3.1 Stoffenregister</w:t>
      </w:r>
    </w:p>
    <w:p>
      <w:r>
        <w:t>De volgende tabel geeft een compleet overzicht van alle opgeslagen stoffen met bijbehorende classificatie- en opslagparameters.</w:t>
      </w:r>
    </w:p>
    <w:tbl>
      <w:tblPr>
        <w:tblW w:type="auto" w:w="0"/>
        <w:jc w:val="center"/>
        <w:tblLook w:firstColumn="1" w:firstRow="1" w:lastColumn="0" w:lastRow="0" w:noHBand="0" w:noVBand="1" w:val="04A0"/>
        <w:tblBorders>
          <w:top w:val="single" w:sz="4" w:space="0" w:color="003366"/>
          <w:left w:val="single" w:sz="4" w:space="0" w:color="003366"/>
          <w:bottom w:val="single" w:sz="4" w:space="0" w:color="003366"/>
          <w:right w:val="single" w:sz="4" w:space="0" w:color="003366"/>
          <w:insideH w:val="single" w:sz="4" w:space="0" w:color="E5E7EB"/>
          <w:insideV w:val="single" w:sz="4" w:space="0" w:color="E5E7EB"/>
        </w:tblBorders>
      </w:tblPr>
      <w:tblGrid>
        <w:gridCol w:w="1080"/>
        <w:gridCol w:w="1080"/>
        <w:gridCol w:w="1080"/>
        <w:gridCol w:w="1080"/>
        <w:gridCol w:w="1080"/>
        <w:gridCol w:w="1080"/>
        <w:gridCol w:w="1080"/>
        <w:gridCol w:w="1080"/>
      </w:tblGrid>
      <w:tr>
        <w:tc>
          <w:tcPr>
            <w:tcW w:type="dxa" w:w="1080"/>
            <w:shd w:fill="003366"/>
          </w:tcPr>
          <w:p>
            <w:pPr>
              <w:jc w:val="center"/>
            </w:pPr>
            <w:r/>
            <w:r>
              <w:rPr>
                <w:rFonts w:ascii="Calibri" w:hAnsi="Calibri"/>
                <w:b/>
                <w:color w:val="FFFFFF"/>
                <w:sz w:val="20"/>
              </w:rPr>
              <w:t>Stof</w:t>
            </w:r>
          </w:p>
        </w:tc>
        <w:tc>
          <w:tcPr>
            <w:tcW w:type="dxa" w:w="1080"/>
            <w:shd w:fill="003366"/>
          </w:tcPr>
          <w:p>
            <w:pPr>
              <w:jc w:val="center"/>
            </w:pPr>
            <w:r/>
            <w:r>
              <w:rPr>
                <w:rFonts w:ascii="Calibri" w:hAnsi="Calibri"/>
                <w:b/>
                <w:color w:val="FFFFFF"/>
                <w:sz w:val="20"/>
              </w:rPr>
              <w:t>CAS-nr.</w:t>
            </w:r>
          </w:p>
        </w:tc>
        <w:tc>
          <w:tcPr>
            <w:tcW w:type="dxa" w:w="1080"/>
            <w:shd w:fill="003366"/>
          </w:tcPr>
          <w:p>
            <w:pPr>
              <w:jc w:val="center"/>
            </w:pPr>
            <w:r/>
            <w:r>
              <w:rPr>
                <w:rFonts w:ascii="Calibri" w:hAnsi="Calibri"/>
                <w:b/>
                <w:color w:val="FFFFFF"/>
                <w:sz w:val="20"/>
              </w:rPr>
              <w:t>ADR</w:t>
            </w:r>
          </w:p>
        </w:tc>
        <w:tc>
          <w:tcPr>
            <w:tcW w:type="dxa" w:w="1080"/>
            <w:shd w:fill="003366"/>
          </w:tcPr>
          <w:p>
            <w:pPr>
              <w:jc w:val="center"/>
            </w:pPr>
            <w:r/>
            <w:r>
              <w:rPr>
                <w:rFonts w:ascii="Calibri" w:hAnsi="Calibri"/>
                <w:b/>
                <w:color w:val="FFFFFF"/>
                <w:sz w:val="20"/>
              </w:rPr>
              <w:t>PG</w:t>
            </w:r>
          </w:p>
        </w:tc>
        <w:tc>
          <w:tcPr>
            <w:tcW w:type="dxa" w:w="1080"/>
            <w:shd w:fill="003366"/>
          </w:tcPr>
          <w:p>
            <w:pPr>
              <w:jc w:val="center"/>
            </w:pPr>
            <w:r/>
            <w:r>
              <w:rPr>
                <w:rFonts w:ascii="Calibri" w:hAnsi="Calibri"/>
                <w:b/>
                <w:color w:val="FFFFFF"/>
                <w:sz w:val="20"/>
              </w:rPr>
              <w:t>Volume</w:t>
            </w:r>
          </w:p>
        </w:tc>
        <w:tc>
          <w:tcPr>
            <w:tcW w:type="dxa" w:w="1080"/>
            <w:shd w:fill="003366"/>
          </w:tcPr>
          <w:p>
            <w:pPr>
              <w:jc w:val="center"/>
            </w:pPr>
            <w:r/>
            <w:r>
              <w:rPr>
                <w:rFonts w:ascii="Calibri" w:hAnsi="Calibri"/>
                <w:b/>
                <w:color w:val="FFFFFF"/>
                <w:sz w:val="20"/>
              </w:rPr>
              <w:t>Verpakking</w:t>
            </w:r>
          </w:p>
        </w:tc>
        <w:tc>
          <w:tcPr>
            <w:tcW w:type="dxa" w:w="1080"/>
            <w:shd w:fill="003366"/>
          </w:tcPr>
          <w:p>
            <w:pPr>
              <w:jc w:val="center"/>
            </w:pPr>
            <w:r/>
            <w:r>
              <w:rPr>
                <w:rFonts w:ascii="Calibri" w:hAnsi="Calibri"/>
                <w:b/>
                <w:color w:val="FFFFFF"/>
                <w:sz w:val="20"/>
              </w:rPr>
              <w:t>Locatie</w:t>
            </w:r>
          </w:p>
        </w:tc>
        <w:tc>
          <w:tcPr>
            <w:tcW w:type="dxa" w:w="1080"/>
            <w:shd w:fill="003366"/>
          </w:tcPr>
          <w:p>
            <w:pPr>
              <w:jc w:val="center"/>
            </w:pPr>
            <w:r/>
            <w:r>
              <w:rPr>
                <w:rFonts w:ascii="Calibri" w:hAnsi="Calibri"/>
                <w:b/>
                <w:color w:val="FFFFFF"/>
                <w:sz w:val="20"/>
              </w:rPr>
              <w:t>Status</w:t>
            </w:r>
          </w:p>
        </w:tc>
      </w:tr>
      <w:tr>
        <w:tc>
          <w:tcPr>
            <w:tcW w:type="dxa" w:w="1080"/>
          </w:tcPr>
          <w:p>
            <w:r/>
            <w:r>
              <w:rPr>
                <w:rFonts w:ascii="Calibri" w:hAnsi="Calibri"/>
                <w:sz w:val="18"/>
              </w:rPr>
              <w:t>Natriumhydroxide 50%</w:t>
            </w:r>
          </w:p>
        </w:tc>
        <w:tc>
          <w:tcPr>
            <w:tcW w:type="dxa" w:w="1080"/>
          </w:tcPr>
          <w:p>
            <w:r/>
            <w:r>
              <w:rPr>
                <w:rFonts w:ascii="Calibri" w:hAnsi="Calibri"/>
                <w:sz w:val="18"/>
              </w:rPr>
              <w:t>1310-73-2</w:t>
            </w:r>
          </w:p>
        </w:tc>
        <w:tc>
          <w:tcPr>
            <w:tcW w:type="dxa" w:w="1080"/>
          </w:tcPr>
          <w:p>
            <w:r/>
            <w:r>
              <w:rPr>
                <w:rFonts w:ascii="Calibri" w:hAnsi="Calibri"/>
                <w:sz w:val="18"/>
              </w:rPr>
              <w:t>8</w:t>
            </w:r>
          </w:p>
        </w:tc>
        <w:tc>
          <w:tcPr>
            <w:tcW w:type="dxa" w:w="1080"/>
          </w:tcPr>
          <w:p>
            <w:r/>
            <w:r>
              <w:rPr>
                <w:rFonts w:ascii="Calibri" w:hAnsi="Calibri"/>
                <w:sz w:val="18"/>
              </w:rPr>
              <w:t>II</w:t>
            </w:r>
          </w:p>
        </w:tc>
        <w:tc>
          <w:tcPr>
            <w:tcW w:type="dxa" w:w="1080"/>
          </w:tcPr>
          <w:p>
            <w:r/>
            <w:r>
              <w:rPr>
                <w:rFonts w:ascii="Calibri" w:hAnsi="Calibri"/>
                <w:sz w:val="18"/>
              </w:rPr>
              <w:t>100 l</w:t>
            </w:r>
          </w:p>
        </w:tc>
        <w:tc>
          <w:tcPr>
            <w:tcW w:type="dxa" w:w="1080"/>
          </w:tcPr>
          <w:p>
            <w:r/>
            <w:r>
              <w:rPr>
                <w:rFonts w:ascii="Calibri" w:hAnsi="Calibri"/>
                <w:sz w:val="18"/>
              </w:rPr>
              <w:t>Jerrycan (4×25 l)</w:t>
            </w:r>
          </w:p>
        </w:tc>
        <w:tc>
          <w:tcPr>
            <w:tcW w:type="dxa" w:w="1080"/>
          </w:tcPr>
          <w:p>
            <w:r/>
            <w:r>
              <w:rPr>
                <w:rFonts w:ascii="Calibri" w:hAnsi="Calibri"/>
                <w:sz w:val="18"/>
              </w:rPr>
              <w:t>Rack lab</w:t>
            </w:r>
          </w:p>
        </w:tc>
        <w:tc>
          <w:tcPr>
            <w:tcW w:type="dxa" w:w="1080"/>
          </w:tcPr>
          <w:p>
            <w:r/>
            <w:r>
              <w:rPr>
                <w:rFonts w:ascii="Calibri" w:hAnsi="Calibri"/>
                <w:sz w:val="18"/>
              </w:rPr>
              <w:t>ADR 8, base</w:t>
            </w:r>
          </w:p>
        </w:tc>
      </w:tr>
      <w:tr>
        <w:tc>
          <w:tcPr>
            <w:tcW w:type="dxa" w:w="1080"/>
          </w:tcPr>
          <w:p>
            <w:r/>
            <w:r>
              <w:rPr>
                <w:rFonts w:ascii="Calibri" w:hAnsi="Calibri"/>
                <w:sz w:val="18"/>
              </w:rPr>
              <w:t>Zwavelzuur 75%</w:t>
            </w:r>
          </w:p>
        </w:tc>
        <w:tc>
          <w:tcPr>
            <w:tcW w:type="dxa" w:w="1080"/>
          </w:tcPr>
          <w:p>
            <w:r/>
            <w:r>
              <w:rPr>
                <w:rFonts w:ascii="Calibri" w:hAnsi="Calibri"/>
                <w:sz w:val="18"/>
              </w:rPr>
              <w:t>7664-93-9</w:t>
            </w:r>
          </w:p>
        </w:tc>
        <w:tc>
          <w:tcPr>
            <w:tcW w:type="dxa" w:w="1080"/>
          </w:tcPr>
          <w:p>
            <w:r/>
            <w:r>
              <w:rPr>
                <w:rFonts w:ascii="Calibri" w:hAnsi="Calibri"/>
                <w:sz w:val="18"/>
              </w:rPr>
              <w:t>8</w:t>
            </w:r>
          </w:p>
        </w:tc>
        <w:tc>
          <w:tcPr>
            <w:tcW w:type="dxa" w:w="1080"/>
          </w:tcPr>
          <w:p>
            <w:r/>
            <w:r>
              <w:rPr>
                <w:rFonts w:ascii="Calibri" w:hAnsi="Calibri"/>
                <w:sz w:val="18"/>
              </w:rPr>
              <w:t>II</w:t>
            </w:r>
          </w:p>
        </w:tc>
        <w:tc>
          <w:tcPr>
            <w:tcW w:type="dxa" w:w="1080"/>
          </w:tcPr>
          <w:p>
            <w:r/>
            <w:r>
              <w:rPr>
                <w:rFonts w:ascii="Calibri" w:hAnsi="Calibri"/>
                <w:sz w:val="18"/>
              </w:rPr>
              <w:t>30 l</w:t>
            </w:r>
          </w:p>
        </w:tc>
        <w:tc>
          <w:tcPr>
            <w:tcW w:type="dxa" w:w="1080"/>
          </w:tcPr>
          <w:p>
            <w:r/>
            <w:r>
              <w:rPr>
                <w:rFonts w:ascii="Calibri" w:hAnsi="Calibri"/>
                <w:sz w:val="18"/>
              </w:rPr>
              <w:t>Jerrycan (3×10 l)</w:t>
            </w:r>
          </w:p>
        </w:tc>
        <w:tc>
          <w:tcPr>
            <w:tcW w:type="dxa" w:w="1080"/>
          </w:tcPr>
          <w:p>
            <w:r/>
            <w:r>
              <w:rPr>
                <w:rFonts w:ascii="Calibri" w:hAnsi="Calibri"/>
                <w:sz w:val="18"/>
              </w:rPr>
              <w:t>Rack lab</w:t>
            </w:r>
          </w:p>
        </w:tc>
        <w:tc>
          <w:tcPr>
            <w:tcW w:type="dxa" w:w="1080"/>
          </w:tcPr>
          <w:p>
            <w:r/>
            <w:r>
              <w:rPr>
                <w:rFonts w:ascii="Calibri" w:hAnsi="Calibri"/>
                <w:sz w:val="18"/>
              </w:rPr>
              <w:t>ADR 8, zuur</w:t>
            </w:r>
          </w:p>
        </w:tc>
      </w:tr>
      <w:tr>
        <w:tc>
          <w:tcPr>
            <w:tcW w:type="dxa" w:w="1080"/>
          </w:tcPr>
          <w:p>
            <w:r/>
            <w:r>
              <w:rPr>
                <w:rFonts w:ascii="Calibri" w:hAnsi="Calibri"/>
                <w:sz w:val="18"/>
              </w:rPr>
              <w:t>Zwavelzuur 50%</w:t>
            </w:r>
          </w:p>
        </w:tc>
        <w:tc>
          <w:tcPr>
            <w:tcW w:type="dxa" w:w="1080"/>
          </w:tcPr>
          <w:p>
            <w:r/>
            <w:r>
              <w:rPr>
                <w:rFonts w:ascii="Calibri" w:hAnsi="Calibri"/>
                <w:sz w:val="18"/>
              </w:rPr>
              <w:t>7664-93-9</w:t>
            </w:r>
          </w:p>
        </w:tc>
        <w:tc>
          <w:tcPr>
            <w:tcW w:type="dxa" w:w="1080"/>
          </w:tcPr>
          <w:p>
            <w:r/>
            <w:r>
              <w:rPr>
                <w:rFonts w:ascii="Calibri" w:hAnsi="Calibri"/>
                <w:sz w:val="18"/>
              </w:rPr>
              <w:t>8</w:t>
            </w:r>
          </w:p>
        </w:tc>
        <w:tc>
          <w:tcPr>
            <w:tcW w:type="dxa" w:w="1080"/>
          </w:tcPr>
          <w:p>
            <w:r/>
            <w:r>
              <w:rPr>
                <w:rFonts w:ascii="Calibri" w:hAnsi="Calibri"/>
                <w:sz w:val="18"/>
              </w:rPr>
              <w:t>II</w:t>
            </w:r>
          </w:p>
        </w:tc>
        <w:tc>
          <w:tcPr>
            <w:tcW w:type="dxa" w:w="1080"/>
          </w:tcPr>
          <w:p>
            <w:r/>
            <w:r>
              <w:rPr>
                <w:rFonts w:ascii="Calibri" w:hAnsi="Calibri"/>
                <w:sz w:val="18"/>
              </w:rPr>
              <w:t>70 l</w:t>
            </w:r>
          </w:p>
        </w:tc>
        <w:tc>
          <w:tcPr>
            <w:tcW w:type="dxa" w:w="1080"/>
          </w:tcPr>
          <w:p>
            <w:r/>
            <w:r>
              <w:rPr>
                <w:rFonts w:ascii="Calibri" w:hAnsi="Calibri"/>
                <w:sz w:val="18"/>
              </w:rPr>
              <w:t>Jerrycan (7×10 l)</w:t>
            </w:r>
          </w:p>
        </w:tc>
        <w:tc>
          <w:tcPr>
            <w:tcW w:type="dxa" w:w="1080"/>
          </w:tcPr>
          <w:p>
            <w:r/>
            <w:r>
              <w:rPr>
                <w:rFonts w:ascii="Calibri" w:hAnsi="Calibri"/>
                <w:sz w:val="18"/>
              </w:rPr>
              <w:t>Rack lab</w:t>
            </w:r>
          </w:p>
        </w:tc>
        <w:tc>
          <w:tcPr>
            <w:tcW w:type="dxa" w:w="1080"/>
          </w:tcPr>
          <w:p>
            <w:r/>
            <w:r>
              <w:rPr>
                <w:rFonts w:ascii="Calibri" w:hAnsi="Calibri"/>
                <w:sz w:val="18"/>
              </w:rPr>
              <w:t>ADR 8, zuur</w:t>
            </w:r>
          </w:p>
        </w:tc>
      </w:tr>
      <w:tr>
        <w:tc>
          <w:tcPr>
            <w:tcW w:type="dxa" w:w="1080"/>
          </w:tcPr>
          <w:p>
            <w:r/>
            <w:r>
              <w:rPr>
                <w:rFonts w:ascii="Calibri" w:hAnsi="Calibri"/>
                <w:sz w:val="18"/>
              </w:rPr>
              <w:t>Zwavelzuur 25%</w:t>
            </w:r>
          </w:p>
        </w:tc>
        <w:tc>
          <w:tcPr>
            <w:tcW w:type="dxa" w:w="1080"/>
          </w:tcPr>
          <w:p>
            <w:r/>
            <w:r>
              <w:rPr>
                <w:rFonts w:ascii="Calibri" w:hAnsi="Calibri"/>
                <w:sz w:val="18"/>
              </w:rPr>
              <w:t>7664-93-9</w:t>
            </w:r>
          </w:p>
        </w:tc>
        <w:tc>
          <w:tcPr>
            <w:tcW w:type="dxa" w:w="1080"/>
          </w:tcPr>
          <w:p>
            <w:r/>
            <w:r>
              <w:rPr>
                <w:rFonts w:ascii="Calibri" w:hAnsi="Calibri"/>
                <w:sz w:val="18"/>
              </w:rPr>
              <w:t>8</w:t>
            </w:r>
          </w:p>
        </w:tc>
        <w:tc>
          <w:tcPr>
            <w:tcW w:type="dxa" w:w="1080"/>
          </w:tcPr>
          <w:p>
            <w:r/>
            <w:r>
              <w:rPr>
                <w:rFonts w:ascii="Calibri" w:hAnsi="Calibri"/>
                <w:sz w:val="18"/>
              </w:rPr>
              <w:t>II</w:t>
            </w:r>
          </w:p>
        </w:tc>
        <w:tc>
          <w:tcPr>
            <w:tcW w:type="dxa" w:w="1080"/>
          </w:tcPr>
          <w:p>
            <w:r/>
            <w:r>
              <w:rPr>
                <w:rFonts w:ascii="Calibri" w:hAnsi="Calibri"/>
                <w:sz w:val="18"/>
              </w:rPr>
              <w:t>100 l</w:t>
            </w:r>
          </w:p>
        </w:tc>
        <w:tc>
          <w:tcPr>
            <w:tcW w:type="dxa" w:w="1080"/>
          </w:tcPr>
          <w:p>
            <w:r/>
            <w:r>
              <w:rPr>
                <w:rFonts w:ascii="Calibri" w:hAnsi="Calibri"/>
                <w:sz w:val="18"/>
              </w:rPr>
              <w:t>Jerrycan (4×25 l)</w:t>
            </w:r>
          </w:p>
        </w:tc>
        <w:tc>
          <w:tcPr>
            <w:tcW w:type="dxa" w:w="1080"/>
          </w:tcPr>
          <w:p>
            <w:r/>
            <w:r>
              <w:rPr>
                <w:rFonts w:ascii="Calibri" w:hAnsi="Calibri"/>
                <w:sz w:val="18"/>
              </w:rPr>
              <w:t>Rack lab</w:t>
            </w:r>
          </w:p>
        </w:tc>
        <w:tc>
          <w:tcPr>
            <w:tcW w:type="dxa" w:w="1080"/>
          </w:tcPr>
          <w:p>
            <w:r/>
            <w:r>
              <w:rPr>
                <w:rFonts w:ascii="Calibri" w:hAnsi="Calibri"/>
                <w:sz w:val="18"/>
              </w:rPr>
              <w:t>ADR 8, zuur</w:t>
            </w:r>
          </w:p>
        </w:tc>
      </w:tr>
      <w:tr>
        <w:tc>
          <w:tcPr>
            <w:tcW w:type="dxa" w:w="1080"/>
          </w:tcPr>
          <w:p>
            <w:r/>
            <w:r>
              <w:rPr>
                <w:rFonts w:ascii="Calibri" w:hAnsi="Calibri"/>
                <w:sz w:val="18"/>
              </w:rPr>
              <w:t>Aluminiumsulfaat</w:t>
            </w:r>
          </w:p>
        </w:tc>
        <w:tc>
          <w:tcPr>
            <w:tcW w:type="dxa" w:w="1080"/>
          </w:tcPr>
          <w:p>
            <w:r/>
            <w:r>
              <w:rPr>
                <w:rFonts w:ascii="Calibri" w:hAnsi="Calibri"/>
                <w:sz w:val="18"/>
              </w:rPr>
              <w:t>7784-31-8</w:t>
            </w:r>
          </w:p>
        </w:tc>
        <w:tc>
          <w:tcPr>
            <w:tcW w:type="dxa" w:w="1080"/>
          </w:tcPr>
          <w:p>
            <w:r/>
            <w:r>
              <w:rPr>
                <w:rFonts w:ascii="Calibri" w:hAnsi="Calibri"/>
                <w:sz w:val="18"/>
              </w:rPr>
              <w:t>N/A</w:t>
            </w:r>
          </w:p>
        </w:tc>
        <w:tc>
          <w:tcPr>
            <w:tcW w:type="dxa" w:w="1080"/>
          </w:tcPr>
          <w:p>
            <w:r/>
            <w:r>
              <w:rPr>
                <w:rFonts w:ascii="Calibri" w:hAnsi="Calibri"/>
                <w:sz w:val="18"/>
              </w:rPr>
              <w:t>N/A</w:t>
            </w:r>
          </w:p>
        </w:tc>
        <w:tc>
          <w:tcPr>
            <w:tcW w:type="dxa" w:w="1080"/>
          </w:tcPr>
          <w:p>
            <w:r/>
            <w:r>
              <w:rPr>
                <w:rFonts w:ascii="Calibri" w:hAnsi="Calibri"/>
                <w:sz w:val="18"/>
              </w:rPr>
              <w:t>5 kg</w:t>
            </w:r>
          </w:p>
        </w:tc>
        <w:tc>
          <w:tcPr>
            <w:tcW w:type="dxa" w:w="1080"/>
          </w:tcPr>
          <w:p>
            <w:r/>
            <w:r>
              <w:rPr>
                <w:rFonts w:ascii="Calibri" w:hAnsi="Calibri"/>
                <w:sz w:val="18"/>
              </w:rPr>
              <w:t>Canister (2×2.5 kg)</w:t>
            </w:r>
          </w:p>
        </w:tc>
        <w:tc>
          <w:tcPr>
            <w:tcW w:type="dxa" w:w="1080"/>
          </w:tcPr>
          <w:p>
            <w:r/>
            <w:r>
              <w:rPr>
                <w:rFonts w:ascii="Calibri" w:hAnsi="Calibri"/>
                <w:sz w:val="18"/>
              </w:rPr>
              <w:t>Rack lab</w:t>
            </w:r>
          </w:p>
        </w:tc>
        <w:tc>
          <w:tcPr>
            <w:tcW w:type="dxa" w:w="1080"/>
          </w:tcPr>
          <w:p>
            <w:r/>
            <w:r>
              <w:rPr>
                <w:rFonts w:ascii="Calibri" w:hAnsi="Calibri"/>
                <w:sz w:val="18"/>
              </w:rPr>
              <w:t>Niet-ADR</w:t>
            </w:r>
          </w:p>
        </w:tc>
      </w:tr>
      <w:tr>
        <w:tc>
          <w:tcPr>
            <w:tcW w:type="dxa" w:w="1080"/>
          </w:tcPr>
          <w:p>
            <w:r/>
            <w:r>
              <w:rPr>
                <w:rFonts w:ascii="Calibri" w:hAnsi="Calibri"/>
                <w:sz w:val="18"/>
              </w:rPr>
              <w:t>Calciumoxide</w:t>
            </w:r>
          </w:p>
        </w:tc>
        <w:tc>
          <w:tcPr>
            <w:tcW w:type="dxa" w:w="1080"/>
          </w:tcPr>
          <w:p>
            <w:r/>
            <w:r>
              <w:rPr>
                <w:rFonts w:ascii="Calibri" w:hAnsi="Calibri"/>
                <w:sz w:val="18"/>
              </w:rPr>
              <w:t>1305-78-8</w:t>
            </w:r>
          </w:p>
        </w:tc>
        <w:tc>
          <w:tcPr>
            <w:tcW w:type="dxa" w:w="1080"/>
          </w:tcPr>
          <w:p>
            <w:r/>
            <w:r>
              <w:rPr>
                <w:rFonts w:ascii="Calibri" w:hAnsi="Calibri"/>
                <w:sz w:val="18"/>
              </w:rPr>
              <w:t>N/A</w:t>
            </w:r>
          </w:p>
        </w:tc>
        <w:tc>
          <w:tcPr>
            <w:tcW w:type="dxa" w:w="1080"/>
          </w:tcPr>
          <w:p>
            <w:r/>
            <w:r>
              <w:rPr>
                <w:rFonts w:ascii="Calibri" w:hAnsi="Calibri"/>
                <w:sz w:val="18"/>
              </w:rPr>
              <w:t>N/A</w:t>
            </w:r>
          </w:p>
        </w:tc>
        <w:tc>
          <w:tcPr>
            <w:tcW w:type="dxa" w:w="1080"/>
          </w:tcPr>
          <w:p>
            <w:r/>
            <w:r>
              <w:rPr>
                <w:rFonts w:ascii="Calibri" w:hAnsi="Calibri"/>
                <w:sz w:val="18"/>
              </w:rPr>
              <w:t>10 kg</w:t>
            </w:r>
          </w:p>
        </w:tc>
        <w:tc>
          <w:tcPr>
            <w:tcW w:type="dxa" w:w="1080"/>
          </w:tcPr>
          <w:p>
            <w:r/>
            <w:r>
              <w:rPr>
                <w:rFonts w:ascii="Calibri" w:hAnsi="Calibri"/>
                <w:sz w:val="18"/>
              </w:rPr>
              <w:t>Canister (2×5 kg)</w:t>
            </w:r>
          </w:p>
        </w:tc>
        <w:tc>
          <w:tcPr>
            <w:tcW w:type="dxa" w:w="1080"/>
          </w:tcPr>
          <w:p>
            <w:r/>
            <w:r>
              <w:rPr>
                <w:rFonts w:ascii="Calibri" w:hAnsi="Calibri"/>
                <w:sz w:val="18"/>
              </w:rPr>
              <w:t>Rack lab</w:t>
            </w:r>
          </w:p>
        </w:tc>
        <w:tc>
          <w:tcPr>
            <w:tcW w:type="dxa" w:w="1080"/>
          </w:tcPr>
          <w:p>
            <w:r/>
            <w:r>
              <w:rPr>
                <w:rFonts w:ascii="Calibri" w:hAnsi="Calibri"/>
                <w:sz w:val="18"/>
              </w:rPr>
              <w:t>Niet-ADR</w:t>
            </w:r>
          </w:p>
        </w:tc>
      </w:tr>
    </w:tbl>
    <w:p/>
    <w:p>
      <w:pPr>
        <w:pStyle w:val="Heading2"/>
      </w:pPr>
      <w:r>
        <w:t>3.2 Risicoprofielen</w:t>
      </w:r>
    </w:p>
    <w:p>
      <w:r>
        <w:t>Natriumhydroxide 50% (CAS 1310-73-2) is een sterk basische vloeistof met ADR-klasse 8 Verpakkingsgroep II. De stof veroorzaakt ernstige huid- en oogletsels en reageert exotherm met zuren. Bij contact met water kan warmteontwikkeling optreden. Het volume van 100 liter (4 jerrycans van 25 liter) maakt dit de grootste individuele ADR 8-voorraad.</w:t>
      </w:r>
    </w:p>
    <w:p>
      <w:r>
        <w:t>Zwavelzuur (CAS 7664-93-9) is in alle concentraties (25%, 50%, 75%) geclassificeerd als ADR-klasse 8 Verpakkingsgroep II. Het totaal volume van 200 liter is verdeeld over 14 jerrycans. Zwavelzuur is een sterk zuur dat exotherm reageert met basen, waaronder natriumhydroxide en calciumoxide. Bij hogere concentraties (75%) neemt het corrosieve en reactieve karakter toe.</w:t>
      </w:r>
    </w:p>
    <w:p>
      <w:r>
        <w:t>Aluminiumsulfaat octadecahydraat (CAS 7784-31-8) en calciumoxide (CAS 1305-78-8) zijn niet-ADR-geclassificeerd. Aluminiumsulfaat is een zout met beperkt gevaarprofiel. Calciumoxide is een sterk basisch oxide dat exotherm reageert met zuren en water. Beide stoffen zijn in kleine hoeveelheden aanwezig (5 kg respectievelijk 10 kg).</w:t>
      </w:r>
    </w:p>
    <w:p>
      <w:pPr>
        <w:pStyle w:val="Heading2"/>
      </w:pPr>
      <w:r>
        <w:t>3.3 Aggregatieanalyse</w:t>
      </w:r>
    </w:p>
    <w:p>
      <w:r>
        <w:t>De aggregatie over ADR-klassen toont dat uitsluitend ADR-klasse 8 vertegenwoordigd is met een totaal van 300 liter (circa 390 kg bij een geschat soortelijk gewicht van 1,1–1,3 kg/l). Er zijn geen ADR-klassen 3, 5.1, 6.1 of 9 aanwezig. De niet-ADR stoffen (15 kg totaal) vallen formeel buiten de PGS 15 reikwijdte maar worden in de compatibiliteitsanalyse betrokken vanwege mogelijke reacties met ADR 8 stoffen.</w:t>
      </w:r>
    </w:p>
    <w:p>
      <w:r>
        <w:br w:type="page"/>
      </w:r>
    </w:p>
    <w:p>
      <w:pPr>
        <w:pStyle w:val="Heading1"/>
      </w:pPr>
      <w:r>
        <w:t>4 Veiligheidsniveau Bepaling</w:t>
      </w:r>
    </w:p>
    <w:p>
      <w:pPr>
        <w:pStyle w:val="Heading2"/>
      </w:pPr>
      <w:r>
        <w:t>4.1 Classificatie volgens Tabel 6</w:t>
      </w:r>
    </w:p>
    <w:p>
      <w:r>
        <w:t>Op basis van Tabel 6 van PGS 15:2025 worden de veiligheidsniveaus bepaald per ADR-klasse en verpakkinggroep. Voor Phoenix Metals is de relevante categorie ADR-klasse 8 Verpakkingsgroep II/III, onbrandbaar. De stoffen (natriumhydroxide en zwavelzuur) zijn bijtend maar niet brandbaar en niet brandonderhoudend.</w:t>
      </w:r>
    </w:p>
    <w:tbl>
      <w:tblPr>
        <w:tblW w:type="auto" w:w="0"/>
        <w:jc w:val="center"/>
        <w:tblLook w:firstColumn="1" w:firstRow="1" w:lastColumn="0" w:lastRow="0" w:noHBand="0" w:noVBand="1" w:val="04A0"/>
        <w:tblBorders>
          <w:top w:val="single" w:sz="4" w:space="0" w:color="003366"/>
          <w:left w:val="single" w:sz="4" w:space="0" w:color="003366"/>
          <w:bottom w:val="single" w:sz="4" w:space="0" w:color="003366"/>
          <w:right w:val="single" w:sz="4" w:space="0" w:color="003366"/>
          <w:insideH w:val="single" w:sz="4" w:space="0" w:color="E5E7EB"/>
          <w:insideV w:val="single" w:sz="4" w:space="0" w:color="E5E7EB"/>
        </w:tblBorders>
      </w:tblPr>
      <w:tblGrid>
        <w:gridCol w:w="2160"/>
        <w:gridCol w:w="2160"/>
        <w:gridCol w:w="2160"/>
        <w:gridCol w:w="2160"/>
      </w:tblGrid>
      <w:tr>
        <w:tc>
          <w:tcPr>
            <w:tcW w:type="dxa" w:w="2160"/>
            <w:shd w:fill="003366"/>
          </w:tcPr>
          <w:p>
            <w:pPr>
              <w:jc w:val="center"/>
            </w:pPr>
            <w:r/>
            <w:r>
              <w:rPr>
                <w:rFonts w:ascii="Calibri" w:hAnsi="Calibri"/>
                <w:b/>
                <w:color w:val="FFFFFF"/>
                <w:sz w:val="20"/>
              </w:rPr>
              <w:t>Parameter</w:t>
            </w:r>
          </w:p>
        </w:tc>
        <w:tc>
          <w:tcPr>
            <w:tcW w:type="dxa" w:w="2160"/>
            <w:shd w:fill="003366"/>
          </w:tcPr>
          <w:p>
            <w:pPr>
              <w:jc w:val="center"/>
            </w:pPr>
            <w:r/>
            <w:r>
              <w:rPr>
                <w:rFonts w:ascii="Calibri" w:hAnsi="Calibri"/>
                <w:b/>
                <w:color w:val="FFFFFF"/>
                <w:sz w:val="20"/>
              </w:rPr>
              <w:t>Waarde</w:t>
            </w:r>
          </w:p>
        </w:tc>
        <w:tc>
          <w:tcPr>
            <w:tcW w:type="dxa" w:w="2160"/>
            <w:shd w:fill="003366"/>
          </w:tcPr>
          <w:p>
            <w:pPr>
              <w:jc w:val="center"/>
            </w:pPr>
            <w:r/>
            <w:r>
              <w:rPr>
                <w:rFonts w:ascii="Calibri" w:hAnsi="Calibri"/>
                <w:b/>
                <w:color w:val="FFFFFF"/>
                <w:sz w:val="20"/>
              </w:rPr>
              <w:t>Bron</w:t>
            </w:r>
          </w:p>
        </w:tc>
        <w:tc>
          <w:tcPr>
            <w:tcW w:type="dxa" w:w="2160"/>
            <w:shd w:fill="003366"/>
          </w:tcPr>
          <w:p>
            <w:pPr>
              <w:jc w:val="center"/>
            </w:pPr>
            <w:r/>
            <w:r>
              <w:rPr>
                <w:rFonts w:ascii="Calibri" w:hAnsi="Calibri"/>
                <w:b/>
                <w:color w:val="FFFFFF"/>
                <w:sz w:val="20"/>
              </w:rPr>
              <w:t>Toelichting</w:t>
            </w:r>
          </w:p>
        </w:tc>
      </w:tr>
      <w:tr>
        <w:tc>
          <w:tcPr>
            <w:tcW w:type="dxa" w:w="2160"/>
          </w:tcPr>
          <w:p>
            <w:r/>
            <w:r>
              <w:rPr>
                <w:rFonts w:ascii="Calibri" w:hAnsi="Calibri"/>
                <w:sz w:val="18"/>
              </w:rPr>
              <w:t>ADR-klasse</w:t>
            </w:r>
          </w:p>
        </w:tc>
        <w:tc>
          <w:tcPr>
            <w:tcW w:type="dxa" w:w="2160"/>
          </w:tcPr>
          <w:p>
            <w:r/>
            <w:r>
              <w:rPr>
                <w:rFonts w:ascii="Calibri" w:hAnsi="Calibri"/>
                <w:sz w:val="18"/>
              </w:rPr>
              <w:t>8 (bijtend)</w:t>
            </w:r>
          </w:p>
        </w:tc>
        <w:tc>
          <w:tcPr>
            <w:tcW w:type="dxa" w:w="2160"/>
          </w:tcPr>
          <w:p>
            <w:r/>
            <w:r>
              <w:rPr>
                <w:rFonts w:ascii="Calibri" w:hAnsi="Calibri"/>
                <w:sz w:val="18"/>
              </w:rPr>
              <w:t>Tabel 6</w:t>
            </w:r>
          </w:p>
        </w:tc>
        <w:tc>
          <w:tcPr>
            <w:tcW w:type="dxa" w:w="2160"/>
          </w:tcPr>
          <w:p>
            <w:r/>
            <w:r>
              <w:rPr>
                <w:rFonts w:ascii="Calibri" w:hAnsi="Calibri"/>
                <w:sz w:val="18"/>
              </w:rPr>
              <w:t>Alle vier de ADR-stoffen</w:t>
            </w:r>
          </w:p>
        </w:tc>
      </w:tr>
      <w:tr>
        <w:tc>
          <w:tcPr>
            <w:tcW w:type="dxa" w:w="2160"/>
          </w:tcPr>
          <w:p>
            <w:r/>
            <w:r>
              <w:rPr>
                <w:rFonts w:ascii="Calibri" w:hAnsi="Calibri"/>
                <w:sz w:val="18"/>
              </w:rPr>
              <w:t>Verpakkinggroep</w:t>
            </w:r>
          </w:p>
        </w:tc>
        <w:tc>
          <w:tcPr>
            <w:tcW w:type="dxa" w:w="2160"/>
          </w:tcPr>
          <w:p>
            <w:r/>
            <w:r>
              <w:rPr>
                <w:rFonts w:ascii="Calibri" w:hAnsi="Calibri"/>
                <w:sz w:val="18"/>
              </w:rPr>
              <w:t>II</w:t>
            </w:r>
          </w:p>
        </w:tc>
        <w:tc>
          <w:tcPr>
            <w:tcW w:type="dxa" w:w="2160"/>
          </w:tcPr>
          <w:p>
            <w:r/>
            <w:r>
              <w:rPr>
                <w:rFonts w:ascii="Calibri" w:hAnsi="Calibri"/>
                <w:sz w:val="18"/>
              </w:rPr>
              <w:t>CLP/ADR</w:t>
            </w:r>
          </w:p>
        </w:tc>
        <w:tc>
          <w:tcPr>
            <w:tcW w:type="dxa" w:w="2160"/>
          </w:tcPr>
          <w:p>
            <w:r/>
            <w:r>
              <w:rPr>
                <w:rFonts w:ascii="Calibri" w:hAnsi="Calibri"/>
                <w:sz w:val="18"/>
              </w:rPr>
              <w:t>Gemiddeld gevaar</w:t>
            </w:r>
          </w:p>
        </w:tc>
      </w:tr>
      <w:tr>
        <w:tc>
          <w:tcPr>
            <w:tcW w:type="dxa" w:w="2160"/>
          </w:tcPr>
          <w:p>
            <w:r/>
            <w:r>
              <w:rPr>
                <w:rFonts w:ascii="Calibri" w:hAnsi="Calibri"/>
                <w:sz w:val="18"/>
              </w:rPr>
              <w:t>Brandbaarheid</w:t>
            </w:r>
          </w:p>
        </w:tc>
        <w:tc>
          <w:tcPr>
            <w:tcW w:type="dxa" w:w="2160"/>
          </w:tcPr>
          <w:p>
            <w:r/>
            <w:r>
              <w:rPr>
                <w:rFonts w:ascii="Calibri" w:hAnsi="Calibri"/>
                <w:sz w:val="18"/>
              </w:rPr>
              <w:t>Onbrandbaar</w:t>
            </w:r>
          </w:p>
        </w:tc>
        <w:tc>
          <w:tcPr>
            <w:tcW w:type="dxa" w:w="2160"/>
          </w:tcPr>
          <w:p>
            <w:r/>
            <w:r>
              <w:rPr>
                <w:rFonts w:ascii="Calibri" w:hAnsi="Calibri"/>
                <w:sz w:val="18"/>
              </w:rPr>
              <w:t>Tabel 6</w:t>
            </w:r>
          </w:p>
        </w:tc>
        <w:tc>
          <w:tcPr>
            <w:tcW w:type="dxa" w:w="2160"/>
          </w:tcPr>
          <w:p>
            <w:r/>
            <w:r>
              <w:rPr>
                <w:rFonts w:ascii="Calibri" w:hAnsi="Calibri"/>
                <w:sz w:val="18"/>
              </w:rPr>
              <w:t>NaOH en H₂SO₄ zijn niet brandbaar</w:t>
            </w:r>
          </w:p>
        </w:tc>
      </w:tr>
      <w:tr>
        <w:tc>
          <w:tcPr>
            <w:tcW w:type="dxa" w:w="2160"/>
          </w:tcPr>
          <w:p>
            <w:r/>
            <w:r>
              <w:rPr>
                <w:rFonts w:ascii="Calibri" w:hAnsi="Calibri"/>
                <w:sz w:val="18"/>
              </w:rPr>
              <w:t>VN A-grens</w:t>
            </w:r>
          </w:p>
        </w:tc>
        <w:tc>
          <w:tcPr>
            <w:tcW w:type="dxa" w:w="2160"/>
          </w:tcPr>
          <w:p>
            <w:r/>
            <w:r>
              <w:rPr>
                <w:rFonts w:ascii="Calibri" w:hAnsi="Calibri"/>
                <w:sz w:val="18"/>
              </w:rPr>
              <w:t>&gt;20.000 kg</w:t>
            </w:r>
          </w:p>
        </w:tc>
        <w:tc>
          <w:tcPr>
            <w:tcW w:type="dxa" w:w="2160"/>
          </w:tcPr>
          <w:p>
            <w:r/>
            <w:r>
              <w:rPr>
                <w:rFonts w:ascii="Calibri" w:hAnsi="Calibri"/>
                <w:sz w:val="18"/>
              </w:rPr>
              <w:t>Tabel 6</w:t>
            </w:r>
          </w:p>
        </w:tc>
        <w:tc>
          <w:tcPr>
            <w:tcW w:type="dxa" w:w="2160"/>
          </w:tcPr>
          <w:p>
            <w:r/>
            <w:r>
              <w:rPr>
                <w:rFonts w:ascii="Calibri" w:hAnsi="Calibri"/>
                <w:sz w:val="18"/>
              </w:rPr>
              <w:t>Veiligheidsniveau A (D12)</w:t>
            </w:r>
          </w:p>
        </w:tc>
      </w:tr>
      <w:tr>
        <w:tc>
          <w:tcPr>
            <w:tcW w:type="dxa" w:w="2160"/>
          </w:tcPr>
          <w:p>
            <w:r/>
            <w:r>
              <w:rPr>
                <w:rFonts w:ascii="Calibri" w:hAnsi="Calibri"/>
                <w:sz w:val="18"/>
              </w:rPr>
              <w:t>VN B-grens</w:t>
            </w:r>
          </w:p>
        </w:tc>
        <w:tc>
          <w:tcPr>
            <w:tcW w:type="dxa" w:w="2160"/>
          </w:tcPr>
          <w:p>
            <w:r/>
            <w:r>
              <w:rPr>
                <w:rFonts w:ascii="Calibri" w:hAnsi="Calibri"/>
                <w:sz w:val="18"/>
              </w:rPr>
              <w:t>10.000–20.000 kg</w:t>
            </w:r>
          </w:p>
        </w:tc>
        <w:tc>
          <w:tcPr>
            <w:tcW w:type="dxa" w:w="2160"/>
          </w:tcPr>
          <w:p>
            <w:r/>
            <w:r>
              <w:rPr>
                <w:rFonts w:ascii="Calibri" w:hAnsi="Calibri"/>
                <w:sz w:val="18"/>
              </w:rPr>
              <w:t>Tabel 6</w:t>
            </w:r>
          </w:p>
        </w:tc>
        <w:tc>
          <w:tcPr>
            <w:tcW w:type="dxa" w:w="2160"/>
          </w:tcPr>
          <w:p>
            <w:r/>
            <w:r>
              <w:rPr>
                <w:rFonts w:ascii="Calibri" w:hAnsi="Calibri"/>
                <w:sz w:val="18"/>
              </w:rPr>
              <w:t>Veiligheidsniveau B (60 min Wbdbo)</w:t>
            </w:r>
          </w:p>
        </w:tc>
      </w:tr>
      <w:tr>
        <w:tc>
          <w:tcPr>
            <w:tcW w:type="dxa" w:w="2160"/>
          </w:tcPr>
          <w:p>
            <w:r/>
            <w:r>
              <w:rPr>
                <w:rFonts w:ascii="Calibri" w:hAnsi="Calibri"/>
                <w:sz w:val="18"/>
              </w:rPr>
              <w:t>VN basis</w:t>
            </w:r>
          </w:p>
        </w:tc>
        <w:tc>
          <w:tcPr>
            <w:tcW w:type="dxa" w:w="2160"/>
          </w:tcPr>
          <w:p>
            <w:r/>
            <w:r>
              <w:rPr>
                <w:rFonts w:ascii="Calibri" w:hAnsi="Calibri"/>
                <w:sz w:val="18"/>
              </w:rPr>
              <w:t>&lt;10.000 kg</w:t>
            </w:r>
          </w:p>
        </w:tc>
        <w:tc>
          <w:tcPr>
            <w:tcW w:type="dxa" w:w="2160"/>
          </w:tcPr>
          <w:p>
            <w:r/>
            <w:r>
              <w:rPr>
                <w:rFonts w:ascii="Calibri" w:hAnsi="Calibri"/>
                <w:sz w:val="18"/>
              </w:rPr>
              <w:t>Tabel 6</w:t>
            </w:r>
          </w:p>
        </w:tc>
        <w:tc>
          <w:tcPr>
            <w:tcW w:type="dxa" w:w="2160"/>
          </w:tcPr>
          <w:p>
            <w:r/>
            <w:r>
              <w:rPr>
                <w:rFonts w:ascii="Calibri" w:hAnsi="Calibri"/>
                <w:sz w:val="18"/>
              </w:rPr>
              <w:t>Basisniveau volstaat</w:t>
            </w:r>
          </w:p>
        </w:tc>
      </w:tr>
      <w:tr>
        <w:tc>
          <w:tcPr>
            <w:tcW w:type="dxa" w:w="2160"/>
          </w:tcPr>
          <w:p>
            <w:r/>
            <w:r>
              <w:rPr>
                <w:rFonts w:ascii="Calibri" w:hAnsi="Calibri"/>
                <w:sz w:val="18"/>
              </w:rPr>
              <w:t>Ondergrens Tabel 2</w:t>
            </w:r>
          </w:p>
        </w:tc>
        <w:tc>
          <w:tcPr>
            <w:tcW w:type="dxa" w:w="2160"/>
          </w:tcPr>
          <w:p>
            <w:r/>
            <w:r>
              <w:rPr>
                <w:rFonts w:ascii="Calibri" w:hAnsi="Calibri"/>
                <w:sz w:val="18"/>
              </w:rPr>
              <w:t>2.500 kg</w:t>
            </w:r>
          </w:p>
        </w:tc>
        <w:tc>
          <w:tcPr>
            <w:tcW w:type="dxa" w:w="2160"/>
          </w:tcPr>
          <w:p>
            <w:r/>
            <w:r>
              <w:rPr>
                <w:rFonts w:ascii="Calibri" w:hAnsi="Calibri"/>
                <w:sz w:val="18"/>
              </w:rPr>
              <w:t>Tabel 7</w:t>
            </w:r>
          </w:p>
        </w:tc>
        <w:tc>
          <w:tcPr>
            <w:tcW w:type="dxa" w:w="2160"/>
          </w:tcPr>
          <w:p>
            <w:r/>
            <w:r>
              <w:rPr>
                <w:rFonts w:ascii="Calibri" w:hAnsi="Calibri"/>
                <w:sz w:val="18"/>
              </w:rPr>
              <w:t>PGS 15 volledig van toepassing</w:t>
            </w:r>
          </w:p>
        </w:tc>
      </w:tr>
    </w:tbl>
    <w:p/>
    <w:p>
      <w:pPr>
        <w:pStyle w:val="Heading2"/>
      </w:pPr>
      <w:r>
        <w:t>4.2 Toepassing M3 Stroomschema</w:t>
      </w:r>
    </w:p>
    <w:p>
      <w:r>
        <w:t>Het M3-stroomschema uit PGS 15 leidt de bepaling van het veiligheidsniveau systematisch af. De eerste stap is de inventarisatie van stoffen per ADR-klasse. Phoenix Metals beschikt over circa 390 kg ADR 8 VG II onbrandbare stoffen. Vervolgens wordt gecontroleerd of de hoeveelheid de ondergrens van Tabel 2 overschrijdt. Met 390 kg wordt de ondergrens van 2.500 kg (Tabel 7) weliswaar niet overschreden, maar PGS 15 is niettemin van toepassing omdat gevaarlijke stoffen in verpakte vorm worden opgeslagen.</w:t>
      </w:r>
    </w:p>
    <w:p>
      <w:r>
        <w:t>De volgende stap is de toetsing aan Tabel 6. Voor ADR 8 VG II/III onbrandbare stoffen geldt dat elke hoeveelheid binnen het basisveiligheidsniveau valt. Er is geen sprake van brandgevaar, waardoor de drempelwaarden voor brandwerendheid (60 min Wbdbo) en vaste blusinstallaties niet van toepassing zijn.</w:t>
      </w:r>
    </w:p>
    <w:p>
      <w:pPr>
        <w:pStyle w:val="Heading2"/>
      </w:pPr>
      <w:r>
        <w:t>4.3 Conclusie veiligheidsniveau</w:t>
      </w:r>
    </w:p>
    <w:p>
      <w:r>
        <w:rPr>
          <w:b/>
        </w:rPr>
        <w:t>Phoenix Metals IJmuiden opereert op het basisveiligheidsniveau. Met circa 390 kg ADR 8 VG II onbrandbare stoffen wordt geen van de verhoogde drempelwaarden (VN-A: &gt;20 ton, VN-B: 10–20 ton) benaderd. De facilitaire eisen beperken zich tot de basismaatregelen: opslag in daarvoor bestemde voorziening, vloeistofopvang (M30), ventilatie (M30), stoffenscheiding (M35) en fysieke bescherming (M77/M78).</w:t>
      </w:r>
    </w:p>
    <w:p>
      <w:r>
        <w:t>De belangrijkste consequentie van het basisveiligheidsniveau is dat brandwerende constructies, blussystemen en branddetectiesystemen niet verplicht zijn. Echter, de stoffenscheidingseis (M35, Tabel 9) geldt onafhankelijk van het veiligheidsniveau en vormt de kritieke non-conformiteit, beschreven in hoofdstuk 5.</w:t>
      </w:r>
    </w:p>
    <w:p>
      <w:r>
        <w:br w:type="page"/>
      </w:r>
    </w:p>
    <w:p>
      <w:pPr>
        <w:pStyle w:val="Heading1"/>
      </w:pPr>
      <w:r>
        <w:t>5 Compatibiliteitsanalyse</w:t>
      </w:r>
    </w:p>
    <w:p>
      <w:pPr>
        <w:pStyle w:val="Heading2"/>
      </w:pPr>
      <w:r>
        <w:t>5.1 Tabel 9 Compatibiliteitsmatrix</w:t>
      </w:r>
    </w:p>
    <w:p>
      <w:r>
        <w:t>PGS 15 Bijlage E, Tabel 9 definieert de scheidingseisen tussen stoffen van verschillende ADR-klassen en binnen dezelfde ADR-klasse. De matrix kent drie scheidingniveaus: V (aparte vakken binnen hetzelfde brandcompartiment), B (beoordeling vereist — gescheiden opslag tenzij VIB aantoont dat geen reactie optreedt) en A (apart brandcompartiment, 5 m vrije zone, of equivalent).</w:t>
      </w:r>
    </w:p>
    <w:p>
      <w:r>
        <w:t>Voor ADR-klasse 8 (bijtend) geeft de matrix het volgende aan: ADR 8 ↔ ADR 3 (brandbaar) = B (beoordelen), ADR 8 ↔ ADR 5.1 (oxiderend) = B (beoordelen), ADR 8 ↔ ADR 6.1 (giftig) = B (beoordelen), en kritiek: ADR 8 ↔ ADR 8 = A (apart brandcompartiment). De interne A-scheiding binnen ADR-klasse 8 is gebaseerd op het risico van exotherme reacties tussen zuren en basen.</w:t>
      </w:r>
    </w:p>
    <w:p>
      <w:pPr>
        <w:pStyle w:val="Heading2"/>
      </w:pPr>
      <w:r>
        <w:t>5.2 Phoenix Metals Specifieke Matrix</w:t>
      </w:r>
    </w:p>
    <w:tbl>
      <w:tblPr>
        <w:tblW w:type="auto" w:w="0"/>
        <w:jc w:val="center"/>
        <w:tblLook w:firstColumn="1" w:firstRow="1" w:lastColumn="0" w:lastRow="0" w:noHBand="0" w:noVBand="1" w:val="04A0"/>
        <w:tblBorders>
          <w:top w:val="single" w:sz="4" w:space="0" w:color="003366"/>
          <w:left w:val="single" w:sz="4" w:space="0" w:color="003366"/>
          <w:bottom w:val="single" w:sz="4" w:space="0" w:color="003366"/>
          <w:right w:val="single" w:sz="4" w:space="0" w:color="003366"/>
          <w:insideH w:val="single" w:sz="4" w:space="0" w:color="E5E7EB"/>
          <w:insideV w:val="single" w:sz="4" w:space="0" w:color="E5E7EB"/>
        </w:tblBorders>
      </w:tblPr>
      <w:tblGrid>
        <w:gridCol w:w="2160"/>
        <w:gridCol w:w="2160"/>
        <w:gridCol w:w="2160"/>
        <w:gridCol w:w="2160"/>
      </w:tblGrid>
      <w:tr>
        <w:tc>
          <w:tcPr>
            <w:tcW w:type="dxa" w:w="2160"/>
            <w:shd w:fill="003366"/>
          </w:tcPr>
          <w:p>
            <w:pPr>
              <w:jc w:val="center"/>
            </w:pPr>
            <w:r/>
            <w:r>
              <w:rPr>
                <w:rFonts w:ascii="Calibri" w:hAnsi="Calibri"/>
                <w:b/>
                <w:color w:val="FFFFFF"/>
                <w:sz w:val="20"/>
              </w:rPr>
              <w:t>Stofcombinatie</w:t>
            </w:r>
          </w:p>
        </w:tc>
        <w:tc>
          <w:tcPr>
            <w:tcW w:type="dxa" w:w="2160"/>
            <w:shd w:fill="003366"/>
          </w:tcPr>
          <w:p>
            <w:pPr>
              <w:jc w:val="center"/>
            </w:pPr>
            <w:r/>
            <w:r>
              <w:rPr>
                <w:rFonts w:ascii="Calibri" w:hAnsi="Calibri"/>
                <w:b/>
                <w:color w:val="FFFFFF"/>
                <w:sz w:val="20"/>
              </w:rPr>
              <w:t>Scheiding</w:t>
            </w:r>
          </w:p>
        </w:tc>
        <w:tc>
          <w:tcPr>
            <w:tcW w:type="dxa" w:w="2160"/>
            <w:shd w:fill="003366"/>
          </w:tcPr>
          <w:p>
            <w:pPr>
              <w:jc w:val="center"/>
            </w:pPr>
            <w:r/>
            <w:r>
              <w:rPr>
                <w:rFonts w:ascii="Calibri" w:hAnsi="Calibri"/>
                <w:b/>
                <w:color w:val="FFFFFF"/>
                <w:sz w:val="20"/>
              </w:rPr>
              <w:t>Niveau</w:t>
            </w:r>
          </w:p>
        </w:tc>
        <w:tc>
          <w:tcPr>
            <w:tcW w:type="dxa" w:w="2160"/>
            <w:shd w:fill="003366"/>
          </w:tcPr>
          <w:p>
            <w:pPr>
              <w:jc w:val="center"/>
            </w:pPr>
            <w:r/>
            <w:r>
              <w:rPr>
                <w:rFonts w:ascii="Calibri" w:hAnsi="Calibri"/>
                <w:b/>
                <w:color w:val="FFFFFF"/>
                <w:sz w:val="20"/>
              </w:rPr>
              <w:t>Toelichting</w:t>
            </w:r>
          </w:p>
        </w:tc>
      </w:tr>
      <w:tr>
        <w:tc>
          <w:tcPr>
            <w:tcW w:type="dxa" w:w="2160"/>
          </w:tcPr>
          <w:p>
            <w:r/>
            <w:r>
              <w:rPr>
                <w:rFonts w:ascii="Calibri" w:hAnsi="Calibri"/>
                <w:sz w:val="18"/>
              </w:rPr>
              <w:t>NaOH 50% ↔ H₂SO₄ (alle)</w:t>
            </w:r>
          </w:p>
        </w:tc>
        <w:tc>
          <w:tcPr>
            <w:tcW w:type="dxa" w:w="2160"/>
          </w:tcPr>
          <w:p>
            <w:r/>
            <w:r>
              <w:rPr>
                <w:rFonts w:ascii="Calibri" w:hAnsi="Calibri"/>
                <w:sz w:val="18"/>
              </w:rPr>
              <w:t>✅ Vereist</w:t>
            </w:r>
          </w:p>
        </w:tc>
        <w:tc>
          <w:tcPr>
            <w:tcW w:type="dxa" w:w="2160"/>
          </w:tcPr>
          <w:p>
            <w:r/>
            <w:r>
              <w:rPr>
                <w:rFonts w:ascii="Calibri" w:hAnsi="Calibri"/>
                <w:sz w:val="18"/>
              </w:rPr>
              <w:t>A</w:t>
            </w:r>
          </w:p>
        </w:tc>
        <w:tc>
          <w:tcPr>
            <w:tcW w:type="dxa" w:w="2160"/>
          </w:tcPr>
          <w:p>
            <w:r/>
            <w:r>
              <w:rPr>
                <w:rFonts w:ascii="Calibri" w:hAnsi="Calibri"/>
                <w:sz w:val="18"/>
              </w:rPr>
              <w:t>Zuur + base, exotherm. ADR 8↔8 = A</w:t>
            </w:r>
          </w:p>
        </w:tc>
      </w:tr>
      <w:tr>
        <w:tc>
          <w:tcPr>
            <w:tcW w:type="dxa" w:w="2160"/>
          </w:tcPr>
          <w:p>
            <w:r/>
            <w:r>
              <w:rPr>
                <w:rFonts w:ascii="Calibri" w:hAnsi="Calibri"/>
                <w:sz w:val="18"/>
              </w:rPr>
              <w:t>NaOH 50% ↔ Aluminiumsulfaat</w:t>
            </w:r>
          </w:p>
        </w:tc>
        <w:tc>
          <w:tcPr>
            <w:tcW w:type="dxa" w:w="2160"/>
          </w:tcPr>
          <w:p>
            <w:r/>
            <w:r>
              <w:rPr>
                <w:rFonts w:ascii="Calibri" w:hAnsi="Calibri"/>
                <w:sz w:val="18"/>
              </w:rPr>
              <w:t>✅ Vereist</w:t>
            </w:r>
          </w:p>
        </w:tc>
        <w:tc>
          <w:tcPr>
            <w:tcW w:type="dxa" w:w="2160"/>
          </w:tcPr>
          <w:p>
            <w:r/>
            <w:r>
              <w:rPr>
                <w:rFonts w:ascii="Calibri" w:hAnsi="Calibri"/>
                <w:sz w:val="18"/>
              </w:rPr>
              <w:t>B</w:t>
            </w:r>
          </w:p>
        </w:tc>
        <w:tc>
          <w:tcPr>
            <w:tcW w:type="dxa" w:w="2160"/>
          </w:tcPr>
          <w:p>
            <w:r/>
            <w:r>
              <w:rPr>
                <w:rFonts w:ascii="Calibri" w:hAnsi="Calibri"/>
                <w:sz w:val="18"/>
              </w:rPr>
              <w:t>Base + zout, VIB-consultatie nodig</w:t>
            </w:r>
          </w:p>
        </w:tc>
      </w:tr>
      <w:tr>
        <w:tc>
          <w:tcPr>
            <w:tcW w:type="dxa" w:w="2160"/>
          </w:tcPr>
          <w:p>
            <w:r/>
            <w:r>
              <w:rPr>
                <w:rFonts w:ascii="Calibri" w:hAnsi="Calibri"/>
                <w:sz w:val="18"/>
              </w:rPr>
              <w:t>NaOH 50% ↔ Calciumoxide</w:t>
            </w:r>
          </w:p>
        </w:tc>
        <w:tc>
          <w:tcPr>
            <w:tcW w:type="dxa" w:w="2160"/>
          </w:tcPr>
          <w:p>
            <w:r/>
            <w:r>
              <w:rPr>
                <w:rFonts w:ascii="Calibri" w:hAnsi="Calibri"/>
                <w:sz w:val="18"/>
              </w:rPr>
              <w:t>✅ Vereist</w:t>
            </w:r>
          </w:p>
        </w:tc>
        <w:tc>
          <w:tcPr>
            <w:tcW w:type="dxa" w:w="2160"/>
          </w:tcPr>
          <w:p>
            <w:r/>
            <w:r>
              <w:rPr>
                <w:rFonts w:ascii="Calibri" w:hAnsi="Calibri"/>
                <w:sz w:val="18"/>
              </w:rPr>
              <w:t>B</w:t>
            </w:r>
          </w:p>
        </w:tc>
        <w:tc>
          <w:tcPr>
            <w:tcW w:type="dxa" w:w="2160"/>
          </w:tcPr>
          <w:p>
            <w:r/>
            <w:r>
              <w:rPr>
                <w:rFonts w:ascii="Calibri" w:hAnsi="Calibri"/>
                <w:sz w:val="18"/>
              </w:rPr>
              <w:t>Beide basisch, beoordeling vereist</w:t>
            </w:r>
          </w:p>
        </w:tc>
      </w:tr>
      <w:tr>
        <w:tc>
          <w:tcPr>
            <w:tcW w:type="dxa" w:w="2160"/>
          </w:tcPr>
          <w:p>
            <w:r/>
            <w:r>
              <w:rPr>
                <w:rFonts w:ascii="Calibri" w:hAnsi="Calibri"/>
                <w:sz w:val="18"/>
              </w:rPr>
              <w:t>H₂SO₄ ↔ H₂SO₄ (verschillend %)</w:t>
            </w:r>
          </w:p>
        </w:tc>
        <w:tc>
          <w:tcPr>
            <w:tcW w:type="dxa" w:w="2160"/>
          </w:tcPr>
          <w:p>
            <w:r/>
            <w:r>
              <w:rPr>
                <w:rFonts w:ascii="Calibri" w:hAnsi="Calibri"/>
                <w:sz w:val="18"/>
              </w:rPr>
              <w:t>❌ Niet vereist</w:t>
            </w:r>
          </w:p>
        </w:tc>
        <w:tc>
          <w:tcPr>
            <w:tcW w:type="dxa" w:w="2160"/>
          </w:tcPr>
          <w:p>
            <w:r/>
            <w:r>
              <w:rPr>
                <w:rFonts w:ascii="Calibri" w:hAnsi="Calibri"/>
                <w:sz w:val="18"/>
              </w:rPr>
              <w:t>—</w:t>
            </w:r>
          </w:p>
        </w:tc>
        <w:tc>
          <w:tcPr>
            <w:tcW w:type="dxa" w:w="2160"/>
          </w:tcPr>
          <w:p>
            <w:r/>
            <w:r>
              <w:rPr>
                <w:rFonts w:ascii="Calibri" w:hAnsi="Calibri"/>
                <w:sz w:val="18"/>
              </w:rPr>
              <w:t>Zelfde stof, zelfde gevarenklasse</w:t>
            </w:r>
          </w:p>
        </w:tc>
      </w:tr>
      <w:tr>
        <w:tc>
          <w:tcPr>
            <w:tcW w:type="dxa" w:w="2160"/>
          </w:tcPr>
          <w:p>
            <w:r/>
            <w:r>
              <w:rPr>
                <w:rFonts w:ascii="Calibri" w:hAnsi="Calibri"/>
                <w:sz w:val="18"/>
              </w:rPr>
              <w:t>H₂SO₄ ↔ Aluminiumsulfaat</w:t>
            </w:r>
          </w:p>
        </w:tc>
        <w:tc>
          <w:tcPr>
            <w:tcW w:type="dxa" w:w="2160"/>
          </w:tcPr>
          <w:p>
            <w:r/>
            <w:r>
              <w:rPr>
                <w:rFonts w:ascii="Calibri" w:hAnsi="Calibri"/>
                <w:sz w:val="18"/>
              </w:rPr>
              <w:t>⚠️ Beoordelen</w:t>
            </w:r>
          </w:p>
        </w:tc>
        <w:tc>
          <w:tcPr>
            <w:tcW w:type="dxa" w:w="2160"/>
          </w:tcPr>
          <w:p>
            <w:r/>
            <w:r>
              <w:rPr>
                <w:rFonts w:ascii="Calibri" w:hAnsi="Calibri"/>
                <w:sz w:val="18"/>
              </w:rPr>
              <w:t>B</w:t>
            </w:r>
          </w:p>
        </w:tc>
        <w:tc>
          <w:tcPr>
            <w:tcW w:type="dxa" w:w="2160"/>
          </w:tcPr>
          <w:p>
            <w:r/>
            <w:r>
              <w:rPr>
                <w:rFonts w:ascii="Calibri" w:hAnsi="Calibri"/>
                <w:sz w:val="18"/>
              </w:rPr>
              <w:t>Zuur + zout, potentiële reactie</w:t>
            </w:r>
          </w:p>
        </w:tc>
      </w:tr>
      <w:tr>
        <w:tc>
          <w:tcPr>
            <w:tcW w:type="dxa" w:w="2160"/>
          </w:tcPr>
          <w:p>
            <w:r/>
            <w:r>
              <w:rPr>
                <w:rFonts w:ascii="Calibri" w:hAnsi="Calibri"/>
                <w:sz w:val="18"/>
              </w:rPr>
              <w:t>H₂SO₄ ↔ Calciumoxide</w:t>
            </w:r>
          </w:p>
        </w:tc>
        <w:tc>
          <w:tcPr>
            <w:tcW w:type="dxa" w:w="2160"/>
          </w:tcPr>
          <w:p>
            <w:r/>
            <w:r>
              <w:rPr>
                <w:rFonts w:ascii="Calibri" w:hAnsi="Calibri"/>
                <w:sz w:val="18"/>
              </w:rPr>
              <w:t>✅ Vereist</w:t>
            </w:r>
          </w:p>
        </w:tc>
        <w:tc>
          <w:tcPr>
            <w:tcW w:type="dxa" w:w="2160"/>
          </w:tcPr>
          <w:p>
            <w:r/>
            <w:r>
              <w:rPr>
                <w:rFonts w:ascii="Calibri" w:hAnsi="Calibri"/>
                <w:sz w:val="18"/>
              </w:rPr>
              <w:t>A</w:t>
            </w:r>
          </w:p>
        </w:tc>
        <w:tc>
          <w:tcPr>
            <w:tcW w:type="dxa" w:w="2160"/>
          </w:tcPr>
          <w:p>
            <w:r/>
            <w:r>
              <w:rPr>
                <w:rFonts w:ascii="Calibri" w:hAnsi="Calibri"/>
                <w:sz w:val="18"/>
              </w:rPr>
              <w:t>Zuur + base (CaO sterk basisch)</w:t>
            </w:r>
          </w:p>
        </w:tc>
      </w:tr>
    </w:tbl>
    <w:p/>
    <w:p>
      <w:pPr>
        <w:pStyle w:val="Heading2"/>
      </w:pPr>
      <w:r>
        <w:t>5.3 A-scheiding Natriumhydroxide versus Zwavelzuur</w:t>
      </w:r>
    </w:p>
    <w:p>
      <w:r>
        <w:t>De combinatie natriumhydroxide 50% (base) en zwavelzuur (zuur, alle concentraties) vereist de strengste scheiding: A-niveau. Dit betekent dat deze stoffen niet in hetzelfde vak mogen worden opgeslagen. De toegestane scheidingsopties zijn: (1) apart brandcompartiment, (2) apart deel van een brandcompartiment met drie zijden muur en minimaal 30 minuten brandwerendheid, (3) 5 meter vrije zone, of (4) aparte vakken indien de opslaghoopte maximaal 1,80 m bedraagt en UN-goedgekeurde verpakking wordt gebruikt.</w:t>
      </w:r>
    </w:p>
    <w:p>
      <w:pPr>
        <w:pStyle w:val="Heading2"/>
      </w:pPr>
      <w:r>
        <w:t>5.4 E.3 Uitzondering</w:t>
      </w:r>
    </w:p>
    <w:p>
      <w:r>
        <w:t>PGS 15 Bijlage E, paragraaf E.3 biedt een uitzondering voor opslag onder 10.000 kg. In dat geval kan de A-scheiding binnen een vak worden gerealiseerd via: (a) minimaal 2 meter vrije afstand tussen de stofgroepen, (b) een buffer van 2 meter met een goedgekeurde combinatiestof, of (c) aparte lekbakken. Phoenix Metals voldoet aan de voorwaarde van &lt;10.000 kg (circa 390 kg), waardoor de E.3-uitzondering van toepassing is.</w:t>
      </w:r>
    </w:p>
    <w:p>
      <w:pPr>
        <w:pStyle w:val="Heading2"/>
      </w:pPr>
      <w:r>
        <w:t>5.5 Conclusie compatibiliteit</w:t>
      </w:r>
    </w:p>
    <w:p>
      <w:r>
        <w:rPr>
          <w:b/>
          <w:color w:val="EF4444"/>
        </w:rPr>
        <w:t>NIET-COMPLIANT. De huidige opslagconfiguratie waarbij natriumhydroxide 50% en zwavelzuur op hetzelfde rack zijn geplaatst, voldoet niet aan de A-scheidingseis uit Tabel 9. Eveneens dient calciumoxide gescheiden te worden van alle zwavelzuurproducten. De E.3-uitzondering biedt een praktisch oplossingspad: separate lekbakken met minimaal 2 meter onderlinge afstand tussen de zuur- en basegroepen.</w:t>
      </w:r>
    </w:p>
    <w:p>
      <w:r>
        <w:t>Aanbevolen wordt om de opslag direct te herindelen: natriumhydroxide in een gemarkeerd vak met eigen lekbak, zwavelzuur in een afzonderlijk gemarkeerd vak met lekbakken, en calciumoxide apart van beide groepen. De afstand tussen de NaOH-groep en de H₂SO₄-groep bedraagt minimaal 2 meter conform E.3.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3366"/>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b/>
      <w:color w:val="003366"/>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