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Pr>
        <w:jc w:val="center"/>
      </w:pPr>
      <w:r>
        <w:rPr>
          <w:b/>
          <w:color w:val="003366"/>
          <w:sz w:val="56"/>
        </w:rPr>
        <w:t>PGS 15 KENNISDOSSIER</w:t>
      </w:r>
    </w:p>
    <w:p>
      <w:pPr>
        <w:jc w:val="center"/>
      </w:pPr>
      <w:r>
        <w:rPr>
          <w:b/>
          <w:color w:val="003366"/>
          <w:sz w:val="40"/>
        </w:rPr>
        <w:t>Opslag Gevaarlijke Stoffen</w:t>
      </w:r>
    </w:p>
    <w:p>
      <w:pPr>
        <w:jc w:val="center"/>
      </w:pPr>
      <w:r>
        <w:rPr>
          <w:b/>
          <w:color w:val="006699"/>
          <w:sz w:val="36"/>
        </w:rPr>
        <w:t>Phoenix Metals B.V.</w:t>
      </w:r>
    </w:p>
    <w:p>
      <w:pPr>
        <w:jc w:val="center"/>
      </w:pPr>
      <w:r>
        <w:rPr>
          <w:sz w:val="28"/>
        </w:rPr>
        <w:t>PlantOne, Rotterdam Europoort</w:t>
      </w:r>
    </w:p>
    <w:p/>
    <w:p>
      <w:pPr>
        <w:jc w:val="center"/>
      </w:pPr>
      <w:r>
        <w:rPr>
          <w:b/>
          <w:sz w:val="24"/>
        </w:rPr>
        <w:t>Versie 6.1 — 7 mei 2026</w:t>
      </w:r>
    </w:p>
    <w:p/>
    <w:p>
      <w:pPr>
        <w:jc w:val="center"/>
      </w:pPr>
      <w:r>
        <w:rPr>
          <w:i/>
          <w:sz w:val="20"/>
        </w:rPr>
        <w:t>Gebaseerd op PGS 15:2025, versie 1.0 (januari 2025)</w:t>
      </w:r>
    </w:p>
    <w:p>
      <w:pPr>
        <w:jc w:val="center"/>
      </w:pPr>
      <w:r>
        <w:rPr>
          <w:color w:val="C00000"/>
          <w:sz w:val="20"/>
        </w:rPr>
        <w:t>Documentclassificatie: Vertrouwelijk — Intern gebruik</w:t>
      </w:r>
    </w:p>
    <w:p>
      <w:r/>
    </w:p>
    <w:p>
      <w:pPr>
        <w:pStyle w:val="Heading1"/>
      </w:pPr>
      <w:r>
        <w:t>Documentbeheer</w:t>
      </w:r>
    </w:p>
    <w:tbl>
      <w:tblPr>
        <w:tblStyle w:val="LightGrid-Accent1"/>
        <w:tblW w:type="auto" w:w="0"/>
        <w:jc w:val="center"/>
        <w:tblLook w:firstColumn="1" w:firstRow="1" w:lastColumn="0" w:lastRow="0" w:noHBand="0" w:noVBand="1" w:val="04A0"/>
      </w:tblPr>
      <w:tblGrid>
        <w:gridCol w:w="4320"/>
        <w:gridCol w:w="4320"/>
      </w:tblGrid>
      <w:tr>
        <w:tc>
          <w:tcPr>
            <w:tcW w:type="dxa" w:w="4320"/>
          </w:tcPr>
          <w:p>
            <w:r>
              <w:rPr>
                <w:b/>
                <w:sz w:val="18"/>
              </w:rPr>
              <w:t>Parameter</w:t>
            </w:r>
          </w:p>
        </w:tc>
        <w:tc>
          <w:tcPr>
            <w:tcW w:type="dxa" w:w="4320"/>
          </w:tcPr>
          <w:p>
            <w:r>
              <w:rPr>
                <w:b/>
                <w:sz w:val="18"/>
              </w:rPr>
              <w:t>Waarde</w:t>
            </w:r>
          </w:p>
        </w:tc>
      </w:tr>
      <w:tr>
        <w:tc>
          <w:tcPr>
            <w:tcW w:type="dxa" w:w="4320"/>
          </w:tcPr>
          <w:p>
            <w:r>
              <w:rPr>
                <w:sz w:val="18"/>
              </w:rPr>
              <w:t>Documenttitel</w:t>
            </w:r>
          </w:p>
        </w:tc>
        <w:tc>
          <w:tcPr>
            <w:tcW w:type="dxa" w:w="4320"/>
          </w:tcPr>
          <w:p>
            <w:r>
              <w:rPr>
                <w:sz w:val="18"/>
              </w:rPr>
              <w:t>PGS 15 Kennisdossier Opslag Gevaarlijke Stoffen — Phoenix Metals</w:t>
            </w:r>
          </w:p>
        </w:tc>
      </w:tr>
      <w:tr>
        <w:tc>
          <w:tcPr>
            <w:tcW w:type="dxa" w:w="4320"/>
          </w:tcPr>
          <w:p>
            <w:r>
              <w:rPr>
                <w:sz w:val="18"/>
              </w:rPr>
              <w:t>Documentcode</w:t>
            </w:r>
          </w:p>
        </w:tc>
        <w:tc>
          <w:tcPr>
            <w:tcW w:type="dxa" w:w="4320"/>
          </w:tcPr>
          <w:p>
            <w:r>
              <w:rPr>
                <w:sz w:val="18"/>
              </w:rPr>
              <w:t>D1</w:t>
            </w:r>
          </w:p>
        </w:tc>
      </w:tr>
      <w:tr>
        <w:tc>
          <w:tcPr>
            <w:tcW w:type="dxa" w:w="4320"/>
          </w:tcPr>
          <w:p>
            <w:r>
              <w:rPr>
                <w:sz w:val="18"/>
              </w:rPr>
              <w:t>Versie</w:t>
            </w:r>
          </w:p>
        </w:tc>
        <w:tc>
          <w:tcPr>
            <w:tcW w:type="dxa" w:w="4320"/>
          </w:tcPr>
          <w:p>
            <w:r>
              <w:rPr>
                <w:sz w:val="18"/>
              </w:rPr>
              <w:t>6.1</w:t>
            </w:r>
          </w:p>
        </w:tc>
      </w:tr>
      <w:tr>
        <w:tc>
          <w:tcPr>
            <w:tcW w:type="dxa" w:w="4320"/>
          </w:tcPr>
          <w:p>
            <w:r>
              <w:rPr>
                <w:sz w:val="18"/>
              </w:rPr>
              <w:t>Datum</w:t>
            </w:r>
          </w:p>
        </w:tc>
        <w:tc>
          <w:tcPr>
            <w:tcW w:type="dxa" w:w="4320"/>
          </w:tcPr>
          <w:p>
            <w:r>
              <w:rPr>
                <w:sz w:val="18"/>
              </w:rPr>
              <w:t>7 mei 2026</w:t>
            </w:r>
          </w:p>
        </w:tc>
      </w:tr>
      <w:tr>
        <w:tc>
          <w:tcPr>
            <w:tcW w:type="dxa" w:w="4320"/>
          </w:tcPr>
          <w:p>
            <w:r>
              <w:rPr>
                <w:sz w:val="18"/>
              </w:rPr>
              <w:t>Auteur</w:t>
            </w:r>
          </w:p>
        </w:tc>
        <w:tc>
          <w:tcPr>
            <w:tcW w:type="dxa" w:w="4320"/>
          </w:tcPr>
          <w:p>
            <w:r>
              <w:rPr>
                <w:sz w:val="18"/>
              </w:rPr>
              <w:t>J. van Gemert (HSEQ Consultant)</w:t>
            </w:r>
          </w:p>
        </w:tc>
      </w:tr>
      <w:tr>
        <w:tc>
          <w:tcPr>
            <w:tcW w:type="dxa" w:w="4320"/>
          </w:tcPr>
          <w:p>
            <w:r>
              <w:rPr>
                <w:sz w:val="18"/>
              </w:rPr>
              <w:t>Bedrijfsnaam</w:t>
            </w:r>
          </w:p>
        </w:tc>
        <w:tc>
          <w:tcPr>
            <w:tcW w:type="dxa" w:w="4320"/>
          </w:tcPr>
          <w:p>
            <w:r>
              <w:rPr>
                <w:sz w:val="18"/>
              </w:rPr>
              <w:t>Phoenix Metals B.V.</w:t>
            </w:r>
          </w:p>
        </w:tc>
      </w:tr>
      <w:tr>
        <w:tc>
          <w:tcPr>
            <w:tcW w:type="dxa" w:w="4320"/>
          </w:tcPr>
          <w:p>
            <w:r>
              <w:rPr>
                <w:sz w:val="18"/>
              </w:rPr>
              <w:t>Locatie</w:t>
            </w:r>
          </w:p>
        </w:tc>
        <w:tc>
          <w:tcPr>
            <w:tcW w:type="dxa" w:w="4320"/>
          </w:tcPr>
          <w:p>
            <w:r>
              <w:rPr>
                <w:sz w:val="18"/>
              </w:rPr>
              <w:t>PlantOne, Rotterdam Europoort</w:t>
            </w:r>
          </w:p>
        </w:tc>
      </w:tr>
      <w:tr>
        <w:tc>
          <w:tcPr>
            <w:tcW w:type="dxa" w:w="4320"/>
          </w:tcPr>
          <w:p>
            <w:r>
              <w:rPr>
                <w:sz w:val="18"/>
              </w:rPr>
              <w:t>Status</w:t>
            </w:r>
          </w:p>
        </w:tc>
        <w:tc>
          <w:tcPr>
            <w:tcW w:type="dxa" w:w="4320"/>
          </w:tcPr>
          <w:p>
            <w:r>
              <w:rPr>
                <w:sz w:val="18"/>
              </w:rPr>
              <w:t>Definitief — PGS 15:2025 norm-gecorrigeerd</w:t>
            </w:r>
          </w:p>
        </w:tc>
      </w:tr>
      <w:tr>
        <w:tc>
          <w:tcPr>
            <w:tcW w:type="dxa" w:w="4320"/>
          </w:tcPr>
          <w:p>
            <w:r>
              <w:rPr>
                <w:sz w:val="18"/>
              </w:rPr>
              <w:t>Classificatie</w:t>
            </w:r>
          </w:p>
        </w:tc>
        <w:tc>
          <w:tcPr>
            <w:tcW w:type="dxa" w:w="4320"/>
          </w:tcPr>
          <w:p>
            <w:r>
              <w:rPr>
                <w:sz w:val="18"/>
              </w:rPr>
              <w:t>Vertrouwelijk — Intern</w:t>
            </w:r>
          </w:p>
        </w:tc>
      </w:tr>
    </w:tbl>
    <w:p/>
    <w:p>
      <w:pPr>
        <w:pStyle w:val="Heading2"/>
      </w:pPr>
      <w:r>
        <w:t>Versiehistorie</w:t>
      </w:r>
    </w:p>
    <w:tbl>
      <w:tblPr>
        <w:tblStyle w:val="LightGrid-Accent1"/>
        <w:tblW w:type="auto" w:w="0"/>
        <w:jc w:val="center"/>
        <w:tblLook w:firstColumn="1" w:firstRow="1" w:lastColumn="0" w:lastRow="0" w:noHBand="0" w:noVBand="1" w:val="04A0"/>
      </w:tblPr>
      <w:tblGrid>
        <w:gridCol w:w="2160"/>
        <w:gridCol w:w="2160"/>
        <w:gridCol w:w="2160"/>
        <w:gridCol w:w="2160"/>
      </w:tblGrid>
      <w:tr>
        <w:tc>
          <w:tcPr>
            <w:tcW w:type="dxa" w:w="2160"/>
          </w:tcPr>
          <w:p>
            <w:r>
              <w:rPr>
                <w:b/>
                <w:sz w:val="18"/>
              </w:rPr>
              <w:t>Versie</w:t>
            </w:r>
          </w:p>
        </w:tc>
        <w:tc>
          <w:tcPr>
            <w:tcW w:type="dxa" w:w="2160"/>
          </w:tcPr>
          <w:p>
            <w:r>
              <w:rPr>
                <w:b/>
                <w:sz w:val="18"/>
              </w:rPr>
              <w:t>Datum</w:t>
            </w:r>
          </w:p>
        </w:tc>
        <w:tc>
          <w:tcPr>
            <w:tcW w:type="dxa" w:w="2160"/>
          </w:tcPr>
          <w:p>
            <w:r>
              <w:rPr>
                <w:b/>
                <w:sz w:val="18"/>
              </w:rPr>
              <w:t>Wijziging</w:t>
            </w:r>
          </w:p>
        </w:tc>
        <w:tc>
          <w:tcPr>
            <w:tcW w:type="dxa" w:w="2160"/>
          </w:tcPr>
          <w:p>
            <w:r>
              <w:rPr>
                <w:b/>
                <w:sz w:val="18"/>
              </w:rPr>
              <w:t>Auteur</w:t>
            </w:r>
          </w:p>
        </w:tc>
      </w:tr>
      <w:tr>
        <w:tc>
          <w:tcPr>
            <w:tcW w:type="dxa" w:w="2160"/>
          </w:tcPr>
          <w:p>
            <w:r>
              <w:rPr>
                <w:sz w:val="18"/>
              </w:rPr>
              <w:t>1.0</w:t>
            </w:r>
          </w:p>
        </w:tc>
        <w:tc>
          <w:tcPr>
            <w:tcW w:type="dxa" w:w="2160"/>
          </w:tcPr>
          <w:p>
            <w:r>
              <w:rPr>
                <w:sz w:val="18"/>
              </w:rPr>
              <w:t>12-04-2026</w:t>
            </w:r>
          </w:p>
        </w:tc>
        <w:tc>
          <w:tcPr>
            <w:tcW w:type="dxa" w:w="2160"/>
          </w:tcPr>
          <w:p>
            <w:r>
              <w:rPr>
                <w:sz w:val="18"/>
              </w:rPr>
              <w:t>Initiële opzet Kennisdossier</w:t>
            </w:r>
          </w:p>
        </w:tc>
        <w:tc>
          <w:tcPr>
            <w:tcW w:type="dxa" w:w="2160"/>
          </w:tcPr>
          <w:p>
            <w:r>
              <w:rPr>
                <w:sz w:val="18"/>
              </w:rPr>
              <w:t>JvG</w:t>
            </w:r>
          </w:p>
        </w:tc>
      </w:tr>
      <w:tr>
        <w:tc>
          <w:tcPr>
            <w:tcW w:type="dxa" w:w="2160"/>
          </w:tcPr>
          <w:p>
            <w:r>
              <w:rPr>
                <w:sz w:val="18"/>
              </w:rPr>
              <w:t>2.0</w:t>
            </w:r>
          </w:p>
        </w:tc>
        <w:tc>
          <w:tcPr>
            <w:tcW w:type="dxa" w:w="2160"/>
          </w:tcPr>
          <w:p>
            <w:r>
              <w:rPr>
                <w:sz w:val="18"/>
              </w:rPr>
              <w:t>14-04-2026</w:t>
            </w:r>
          </w:p>
        </w:tc>
        <w:tc>
          <w:tcPr>
            <w:tcW w:type="dxa" w:w="2160"/>
          </w:tcPr>
          <w:p>
            <w:r>
              <w:rPr>
                <w:sz w:val="18"/>
              </w:rPr>
              <w:t>Uitbreiding H2-H4, PGS 15:2025 verfijning</w:t>
            </w:r>
          </w:p>
        </w:tc>
        <w:tc>
          <w:tcPr>
            <w:tcW w:type="dxa" w:w="2160"/>
          </w:tcPr>
          <w:p>
            <w:r>
              <w:rPr>
                <w:sz w:val="18"/>
              </w:rPr>
              <w:t>JvG</w:t>
            </w:r>
          </w:p>
        </w:tc>
      </w:tr>
      <w:tr>
        <w:tc>
          <w:tcPr>
            <w:tcW w:type="dxa" w:w="2160"/>
          </w:tcPr>
          <w:p>
            <w:r>
              <w:rPr>
                <w:sz w:val="18"/>
              </w:rPr>
              <w:t>3.0</w:t>
            </w:r>
          </w:p>
        </w:tc>
        <w:tc>
          <w:tcPr>
            <w:tcW w:type="dxa" w:w="2160"/>
          </w:tcPr>
          <w:p>
            <w:r>
              <w:rPr>
                <w:sz w:val="18"/>
              </w:rPr>
              <w:t>16-04-2026</w:t>
            </w:r>
          </w:p>
        </w:tc>
        <w:tc>
          <w:tcPr>
            <w:tcW w:type="dxa" w:w="2160"/>
          </w:tcPr>
          <w:p>
            <w:r>
              <w:rPr>
                <w:sz w:val="18"/>
              </w:rPr>
              <w:t>Herziening t.b.v. auditgereedheid</w:t>
            </w:r>
          </w:p>
        </w:tc>
        <w:tc>
          <w:tcPr>
            <w:tcW w:type="dxa" w:w="2160"/>
          </w:tcPr>
          <w:p>
            <w:r>
              <w:rPr>
                <w:sz w:val="18"/>
              </w:rPr>
              <w:t>JvG</w:t>
            </w:r>
          </w:p>
        </w:tc>
      </w:tr>
      <w:tr>
        <w:tc>
          <w:tcPr>
            <w:tcW w:type="dxa" w:w="2160"/>
          </w:tcPr>
          <w:p>
            <w:r>
              <w:rPr>
                <w:sz w:val="18"/>
              </w:rPr>
              <w:t>4.0</w:t>
            </w:r>
          </w:p>
        </w:tc>
        <w:tc>
          <w:tcPr>
            <w:tcW w:type="dxa" w:w="2160"/>
          </w:tcPr>
          <w:p>
            <w:r>
              <w:rPr>
                <w:sz w:val="18"/>
              </w:rPr>
              <w:t>19-04-2026</w:t>
            </w:r>
          </w:p>
        </w:tc>
        <w:tc>
          <w:tcPr>
            <w:tcW w:type="dxa" w:w="2160"/>
          </w:tcPr>
          <w:p>
            <w:r>
              <w:rPr>
                <w:sz w:val="18"/>
              </w:rPr>
              <w:t>Volledige herschrijving op basis van brondocumentanalyse</w:t>
            </w:r>
          </w:p>
        </w:tc>
        <w:tc>
          <w:tcPr>
            <w:tcW w:type="dxa" w:w="2160"/>
          </w:tcPr>
          <w:p>
            <w:r>
              <w:rPr>
                <w:sz w:val="18"/>
              </w:rPr>
              <w:t>JvG</w:t>
            </w:r>
          </w:p>
        </w:tc>
      </w:tr>
      <w:tr>
        <w:tc>
          <w:tcPr>
            <w:tcW w:type="dxa" w:w="2160"/>
          </w:tcPr>
          <w:p>
            <w:r>
              <w:rPr>
                <w:sz w:val="18"/>
              </w:rPr>
              <w:t>6.1</w:t>
            </w:r>
          </w:p>
        </w:tc>
        <w:tc>
          <w:tcPr>
            <w:tcW w:type="dxa" w:w="2160"/>
          </w:tcPr>
          <w:p>
            <w:r>
              <w:rPr>
                <w:sz w:val="18"/>
              </w:rPr>
              <w:t>06-05-2026</w:t>
            </w:r>
          </w:p>
        </w:tc>
        <w:tc>
          <w:tcPr>
            <w:tcW w:type="dxa" w:w="2160"/>
          </w:tcPr>
          <w:p>
            <w:r>
              <w:rPr>
                <w:sz w:val="18"/>
              </w:rPr>
              <w:t>Update naar 18 stoffen (slag chemicals pilot plant); correcties NaVO₃ H341, NaAlO₂ H290+ADR PG II, elektrolyt H411; ADR 5.1/6.1/8; CMR V₂O₅</w:t>
            </w:r>
          </w:p>
        </w:tc>
        <w:tc>
          <w:tcPr>
            <w:tcW w:type="dxa" w:w="2160"/>
          </w:tcPr>
          <w:p>
            <w:r>
              <w:rPr>
                <w:sz w:val="18"/>
              </w:rPr>
              <w:t>JvG</w:t>
            </w:r>
          </w:p>
        </w:tc>
      </w:tr>
    </w:tbl>
    <w:p>
      <w:r/>
    </w:p>
    <w:p>
      <w:pPr>
        <w:pStyle w:val="Heading1"/>
      </w:pPr>
      <w:r>
        <w:t>Managementsamenvatting</w:t>
      </w:r>
    </w:p>
    <w:p>
      <w:r>
        <w:t>Dit kennisdossier beschrijft de toepassing van PGS 15:2025 (versie 1.0, januari 2025) op de opslag van gevaarlijke stoffen bij Phoenix Metals B.V., gevestigd op de PlantOne-locatie in Rotterdam Europoort. Phoenix Metals ontwikkelt een hydrometallurgisch proces voor de extractie van vanadium uit Steelmaking Slag (reststroom uit ruwe-olieraffinage). Het bedrijf bevindt zich in de demo-fase met een maximale as-verwerking van 60 kg in een campagne van maximaal drie maanden.</w:t>
      </w:r>
    </w:p>
    <w:p>
      <w:r>
        <w:t>De opgeslagen stoffen omvatten 5 input chemicals (zwavelzuur 25%, waterstofperoxide 30%, natriumpersulfaat, zoutzuur 20%, steelmaking slag), 5 intermediairen (natriummetavanadaat, trinatriumorthovanadaat, calciumsulfaat/silica, natriumsulfaat, filter cake) en 10 eindproducten (V₂O₅, vanadium-elektrolyt, NaAlO₂-oplossing, Ca(OH)₂, MnO₂, Na₃PO₄, Fe₂O₃, silica, Mg(OH)₂, NaVO₃-oplossing). ADR-klassen: 5.1, 6.1 en 8 [1][3].</w:t>
      </w:r>
    </w:p>
    <w:p>
      <w:pPr>
        <w:pStyle w:val="Heading2"/>
      </w:pPr>
      <w:r>
        <w:t>Kernbevindingen</w:t>
      </w:r>
    </w:p>
    <w:p>
      <w:pPr>
        <w:pStyle w:val="ListBullet"/>
      </w:pPr>
      <w:r>
        <w:rPr>
          <w:b/>
        </w:rPr>
        <w:t>Veiligheidsniveau: Basisveiligheidsniveau volstaat voor de demo-fase. De 8 ADR-stoffen vallen in klassen 5.1 (H₂O₂ 30%, Na₂S₂O₈), 6.1 (NaVO₃, V₂O₅) en 8 (H₂SO₄ 25%, HCl 20%, NaAlO₂, V-elektrolyt). Alle hoeveelheden &lt;2.500 kg per klasse.</w:t>
      </w:r>
    </w:p>
    <w:p>
      <w:pPr>
        <w:pStyle w:val="ListBullet"/>
      </w:pPr>
      <w:r>
        <w:rPr>
          <w:b/>
        </w:rPr>
        <w:t>Scheidingseis: Zuren (H₂SO₄, HCl) en basen (NaAlO₂) zijn onverenigbaar. Oxiderende stoffen (H₂O₂, Na₂S₂O₈) gescheiden van brandbaren. V₂O₅/NaVO₃ gescheiden van voedsel.</w:t>
      </w:r>
    </w:p>
    <w:p>
      <w:pPr>
        <w:pStyle w:val="ListBullet"/>
      </w:pPr>
      <w:r>
        <w:rPr>
          <w:b/>
        </w:rPr>
        <w:t>Wbdbo: Geen Wbdbo-eis bij dedicated opslag van onbrandbare ADR-stoffen (klassen 5.1, 6.1, 8) in de demo-fase.</w:t>
      </w:r>
    </w:p>
    <w:p>
      <w:pPr>
        <w:pStyle w:val="ListBullet"/>
      </w:pPr>
      <w:r>
        <w:rPr>
          <w:b/>
        </w:rPr>
        <w:t>Opvangcapaciteit: 110% grootste verpakking óf 10% totaal. Voor H411-stoffen (V₂O₅, NaVO₃, elektrolyt) extra aandacht voor milieuzorg.</w:t>
      </w:r>
    </w:p>
    <w:p>
      <w:pPr>
        <w:pStyle w:val="ListBullet"/>
      </w:pPr>
      <w:r>
        <w:rPr>
          <w:b/>
        </w:rPr>
        <w:t xml:space="preserve">BRZO 2020: </w:t>
      </w:r>
      <w:r>
        <w:t>Niet van toepassing op de demo-fase. De opgeslagen hoeveelheden liggen ver onder de drempelwaarden uit Bijlage I van het BRZO 2020.</w:t>
      </w:r>
    </w:p>
    <w:p>
      <w:pPr>
        <w:pStyle w:val="ListBullet"/>
      </w:pPr>
      <w:r>
        <w:rPr>
          <w:b/>
        </w:rPr>
        <w:t>CMR: V₂O₅ = Carc. 1B (H350), Muta. 2 (H341), Repr. 2 (H361fd); NaVO₃ = Muta. 2, Repr. 2; elektrolyt = Repr. 2. Milieugevaar: H411-stoffen (V₂O₅, NaVO₃, elektrolyt) vereisen milieuzorgmaatregelen.</w:t>
      </w:r>
    </w:p>
    <w:p>
      <w:r/>
    </w:p>
    <w:p>
      <w:pPr>
        <w:pStyle w:val="Heading1"/>
      </w:pPr>
      <w:r>
        <w:t>1. PGS 15:2025 — Basis</w:t>
      </w:r>
    </w:p>
    <w:p>
      <w:pPr>
        <w:pStyle w:val="Heading2"/>
      </w:pPr>
      <w:r>
        <w:t>1.1 Wat is PGS 15</w:t>
      </w:r>
    </w:p>
    <w:p>
      <w:r>
        <w:t>PGS 15 is de Publicatiereeks Gevaarlijke Stoffen-richtlijn voor de opslag van verpakte gevaarlijke stoffen. De richtlijn is op 1 januari 2025 volledig herzien (PGS 15:2025, versie 1.0) en vervangt de eerdere versie uit 2005. PGS 15 geeft voorschriften voor de inrichting, exploitatie en beheer van opslagvoorzieningen voor gevaarlijke stoffen in verpakking (vaten, IBC's, jerrycans, gasflessen en dergelijke).</w:t>
      </w:r>
    </w:p>
    <w:p>
      <w:r>
        <w:t>De herziene PGS 15:2025 introduceert een nieuw classificatiesysteem met vier veiligheidsniveaus (basis, A, B, C), gebaseerd op stofeigenschappen en opgeslagen hoeveelheden. Daarnaast zijn de maatregelen herziet en waar mogelijk geharmoniseerd met het Bouwbesluit (Bbl) en de Omgevingswet.</w:t>
      </w:r>
    </w:p>
    <w:p>
      <w:pPr>
        <w:pStyle w:val="Heading2"/>
      </w:pPr>
      <w:r>
        <w:t>1.2 Waarom relevant voor Phoenix Metals</w:t>
      </w:r>
    </w:p>
    <w:p>
      <w:r>
        <w:t>Phoenix Metals slaat gevaarlijke stoffen op (H₂SO₄, HCl, H₂O₂, natriumpersulfaat, natriumaluminaat, vanadiumverbindingen) in ADR-klassen 5.1, 6.1 en 8 die vallen binnen het toepassingsgebied van PGS 15.</w:t>
      </w:r>
    </w:p>
    <w:p>
      <w:pPr>
        <w:pStyle w:val="Heading2"/>
      </w:pPr>
      <w:r>
        <w:t>1.3 Overgangsregeling</w:t>
      </w:r>
    </w:p>
    <w:p>
      <w:r>
        <w:t>PGS 15:2025 kent een overgangsregeling voor bestaande opslagvoorzieningen die onder de oude PGS 15 (2005) waren ingericht. Voor Phoenix Metals, als nieuwe inrichting, geldt PGS 15:2025 onverkort vanaf de ingebruikname. Er is geen sprake van een overgangssituatie.</w:t>
      </w:r>
    </w:p>
    <w:p>
      <w:pPr>
        <w:pStyle w:val="Heading2"/>
      </w:pPr>
      <w:r>
        <w:t>1.4 Relatie met andere regelgeving</w:t>
      </w:r>
    </w:p>
    <w:tbl>
      <w:tblPr>
        <w:tblStyle w:val="LightGrid-Accent1"/>
        <w:tblW w:type="auto" w:w="0"/>
        <w:jc w:val="center"/>
        <w:tblLook w:firstColumn="1" w:firstRow="1" w:lastColumn="0" w:lastRow="0" w:noHBand="0" w:noVBand="1" w:val="04A0"/>
      </w:tblPr>
      <w:tblGrid>
        <w:gridCol w:w="4320"/>
        <w:gridCol w:w="4320"/>
      </w:tblGrid>
      <w:tr>
        <w:tc>
          <w:tcPr>
            <w:tcW w:type="dxa" w:w="4320"/>
          </w:tcPr>
          <w:p>
            <w:r>
              <w:rPr>
                <w:b/>
                <w:sz w:val="18"/>
              </w:rPr>
              <w:t>Regelgeving</w:t>
            </w:r>
          </w:p>
        </w:tc>
        <w:tc>
          <w:tcPr>
            <w:tcW w:type="dxa" w:w="4320"/>
          </w:tcPr>
          <w:p>
            <w:r>
              <w:rPr>
                <w:b/>
                <w:sz w:val="18"/>
              </w:rPr>
              <w:t>Relatie met PGS 15</w:t>
            </w:r>
          </w:p>
        </w:tc>
      </w:tr>
      <w:tr>
        <w:tc>
          <w:tcPr>
            <w:tcW w:type="dxa" w:w="4320"/>
          </w:tcPr>
          <w:p>
            <w:r>
              <w:rPr>
                <w:sz w:val="18"/>
              </w:rPr>
              <w:t>Omgevingswet / Bal</w:t>
            </w:r>
          </w:p>
        </w:tc>
        <w:tc>
          <w:tcPr>
            <w:tcW w:type="dxa" w:w="4320"/>
          </w:tcPr>
          <w:p>
            <w:r>
              <w:rPr>
                <w:sz w:val="18"/>
              </w:rPr>
              <w:t>PGS 15 is aangewezen als standaardgood practice (art. 4.1012 Bal). Vergunningverleners toetsen op PGS 15.</w:t>
            </w:r>
          </w:p>
        </w:tc>
      </w:tr>
      <w:tr>
        <w:tc>
          <w:tcPr>
            <w:tcW w:type="dxa" w:w="4320"/>
          </w:tcPr>
          <w:p>
            <w:r>
              <w:rPr>
                <w:sz w:val="18"/>
              </w:rPr>
              <w:t>BRZO 2020</w:t>
            </w:r>
          </w:p>
        </w:tc>
        <w:tc>
          <w:tcPr>
            <w:tcW w:type="dxa" w:w="4320"/>
          </w:tcPr>
          <w:p>
            <w:r>
              <w:rPr>
                <w:sz w:val="18"/>
              </w:rPr>
              <w:t>PGS 15-maatregelen zijn onderdeel van het veiligheidsbeheerssysteem bij BRZO-bedrijven. Voor Phoenix Metals demo-fase: BRZO niet van toepassing.</w:t>
            </w:r>
          </w:p>
        </w:tc>
      </w:tr>
      <w:tr>
        <w:tc>
          <w:tcPr>
            <w:tcW w:type="dxa" w:w="4320"/>
          </w:tcPr>
          <w:p>
            <w:r>
              <w:rPr>
                <w:sz w:val="18"/>
              </w:rPr>
              <w:t>Arbeidsomstandighedenwet</w:t>
            </w:r>
          </w:p>
        </w:tc>
        <w:tc>
          <w:tcPr>
            <w:tcW w:type="dxa" w:w="4320"/>
          </w:tcPr>
          <w:p>
            <w:r>
              <w:rPr>
                <w:sz w:val="18"/>
              </w:rPr>
              <w:t>PGS 15 voorziet in arbeidsveiligheidsmaatregelen (PBM's, ventilatie, instructie). Aanvullend: Arbobesluit hoofdstuk 4 (gevaarlijke stoffen).</w:t>
            </w:r>
          </w:p>
        </w:tc>
      </w:tr>
      <w:tr>
        <w:tc>
          <w:tcPr>
            <w:tcW w:type="dxa" w:w="4320"/>
          </w:tcPr>
          <w:p>
            <w:r>
              <w:rPr>
                <w:sz w:val="18"/>
              </w:rPr>
              <w:t>Wet milieubeheer / Wm</w:t>
            </w:r>
          </w:p>
        </w:tc>
        <w:tc>
          <w:tcPr>
            <w:tcW w:type="dxa" w:w="4320"/>
          </w:tcPr>
          <w:p>
            <w:r>
              <w:rPr>
                <w:sz w:val="18"/>
              </w:rPr>
              <w:t>Opvang van lekkage en bluswater voorkomt bodem- en waterverontreiniging. Verankerd in PGS 15 M29-M32.</w:t>
            </w:r>
          </w:p>
        </w:tc>
      </w:tr>
      <w:tr>
        <w:tc>
          <w:tcPr>
            <w:tcW w:type="dxa" w:w="4320"/>
          </w:tcPr>
          <w:p>
            <w:r>
              <w:rPr>
                <w:sz w:val="18"/>
              </w:rPr>
              <w:t>CLP-verordening (EG 1272/2008)</w:t>
            </w:r>
          </w:p>
        </w:tc>
        <w:tc>
          <w:tcPr>
            <w:tcW w:type="dxa" w:w="4320"/>
          </w:tcPr>
          <w:p>
            <w:r>
              <w:rPr>
                <w:sz w:val="18"/>
              </w:rPr>
              <w:t>Indeling en etikettering van stoffen. PGS 15 gebruikt CLP-classificatie als input voor veiligheidsniveau-bepaling.</w:t>
            </w:r>
          </w:p>
        </w:tc>
      </w:tr>
      <w:tr>
        <w:tc>
          <w:tcPr>
            <w:tcW w:type="dxa" w:w="4320"/>
          </w:tcPr>
          <w:p>
            <w:r>
              <w:rPr>
                <w:sz w:val="18"/>
              </w:rPr>
              <w:t>REACH (EG 1907/2006)</w:t>
            </w:r>
          </w:p>
        </w:tc>
        <w:tc>
          <w:tcPr>
            <w:tcW w:type="dxa" w:w="4320"/>
          </w:tcPr>
          <w:p>
            <w:r>
              <w:rPr>
                <w:sz w:val="18"/>
              </w:rPr>
              <w:t>Verplichting tot beschikbaarheid van veiligheidsinformatiebladen (VIB/SDS). PGS 15 eist actuele VIB's (M137).</w:t>
            </w:r>
          </w:p>
        </w:tc>
      </w:tr>
      <w:tr>
        <w:tc>
          <w:tcPr>
            <w:tcW w:type="dxa" w:w="4320"/>
          </w:tcPr>
          <w:p>
            <w:r>
              <w:rPr>
                <w:sz w:val="18"/>
              </w:rPr>
              <w:t>Besluit basisveiligheidsnormen stralingsbescherming</w:t>
            </w:r>
          </w:p>
        </w:tc>
        <w:tc>
          <w:tcPr>
            <w:tcW w:type="dxa" w:w="4320"/>
          </w:tcPr>
          <w:p>
            <w:r>
              <w:rPr>
                <w:sz w:val="18"/>
              </w:rPr>
              <w:t>Relevant indien NORM in slag — controle noodzakelijk bij opschaling</w:t>
            </w:r>
          </w:p>
        </w:tc>
      </w:tr>
    </w:tbl>
    <w:p>
      <w:pPr>
        <w:pStyle w:val="Heading2"/>
      </w:pPr>
      <w:r>
        <w:t>1.5 Toepasselijkheid op Phoenix Metals</w:t>
      </w:r>
    </w:p>
    <w:p>
      <w:r>
        <w:t>PGS 15:2025 is van toepassing op Phoenix Metals omdat:</w:t>
      </w:r>
    </w:p>
    <w:p>
      <w:pPr>
        <w:pStyle w:val="ListBullet"/>
      </w:pPr>
      <w:r>
        <w:t>Het bedrijf meer dan de ondergrens aan gevaarlijke stoffen opslaat (ADR-klassen 5.1, 6.1, 8; ondergrens 250 kg per klasse).</w:t>
      </w:r>
    </w:p>
    <w:p>
      <w:pPr>
        <w:pStyle w:val="ListBullet"/>
      </w:pPr>
      <w:r>
        <w:t>De stoffen zijn ingedeeld in ADR-klassen 5.1 (oxiderend), 6.1 (toxisch) en 8 (bijtend).</w:t>
      </w:r>
    </w:p>
    <w:p>
      <w:pPr>
        <w:pStyle w:val="ListBullet"/>
      </w:pPr>
      <w:r>
        <w:t>Opslag vindt plaats in een opslagvoorziening (rack lab) binnen een bedrijfsterrein.</w:t>
      </w:r>
    </w:p>
    <w:p>
      <w:r>
        <w:t>De totale opgeslagen hoeveelheid in de demo-fase bedraagt circa 200 L vloeistof en 60 kg steelmaking slag. Hiermee blijft Phoenix Metals ruim onder de grenswaarden voor verhoogde veiligheidsniveaus (2.500 kg per ADR-klasse).</w:t>
      </w:r>
    </w:p>
    <w:p>
      <w:r/>
    </w:p>
    <w:p>
      <w:pPr>
        <w:pStyle w:val="Heading1"/>
      </w:pPr>
      <w:r>
        <w:t>2. Opslagstoffen Inventarisatie</w:t>
      </w:r>
    </w:p>
    <w:p>
      <w:pPr>
        <w:pStyle w:val="Heading2"/>
      </w:pPr>
      <w:r>
        <w:t>2.1 Feedstock-chemicaliën</w:t>
      </w:r>
    </w:p>
    <w:tbl>
      <w:tblPr>
        <w:tblStyle w:val="LightGrid-Accent1"/>
        <w:tblW w:type="auto" w:w="0"/>
        <w:jc w:val="center"/>
        <w:tblLook w:firstColumn="1" w:firstRow="1" w:lastColumn="0" w:lastRow="0" w:noHBand="0" w:noVBand="1" w:val="04A0"/>
      </w:tblPr>
      <w:tblGrid>
        <w:gridCol w:w="960"/>
        <w:gridCol w:w="960"/>
        <w:gridCol w:w="960"/>
        <w:gridCol w:w="960"/>
        <w:gridCol w:w="960"/>
        <w:gridCol w:w="960"/>
        <w:gridCol w:w="960"/>
        <w:gridCol w:w="960"/>
        <w:gridCol w:w="960"/>
      </w:tblGrid>
      <w:tr>
        <w:tc>
          <w:tcPr>
            <w:tcW w:type="dxa" w:w="960"/>
          </w:tcPr>
          <w:p>
            <w:r>
              <w:rPr>
                <w:b/>
                <w:sz w:val="18"/>
              </w:rPr>
              <w:t>#</w:t>
            </w:r>
          </w:p>
        </w:tc>
        <w:tc>
          <w:tcPr>
            <w:tcW w:type="dxa" w:w="960"/>
          </w:tcPr>
          <w:p>
            <w:r>
              <w:rPr>
                <w:b/>
                <w:sz w:val="18"/>
              </w:rPr>
              <w:t>Stof</w:t>
            </w:r>
          </w:p>
        </w:tc>
        <w:tc>
          <w:tcPr>
            <w:tcW w:type="dxa" w:w="960"/>
          </w:tcPr>
          <w:p>
            <w:r>
              <w:rPr>
                <w:b/>
                <w:sz w:val="18"/>
              </w:rPr>
              <w:t>CAS-nr.</w:t>
            </w:r>
          </w:p>
        </w:tc>
        <w:tc>
          <w:tcPr>
            <w:tcW w:type="dxa" w:w="960"/>
          </w:tcPr>
          <w:p>
            <w:r>
              <w:rPr>
                <w:b/>
                <w:sz w:val="18"/>
              </w:rPr>
              <w:t>ADR-klasse</w:t>
            </w:r>
          </w:p>
        </w:tc>
        <w:tc>
          <w:tcPr>
            <w:tcW w:type="dxa" w:w="960"/>
          </w:tcPr>
          <w:p>
            <w:r>
              <w:rPr>
                <w:b/>
                <w:sz w:val="18"/>
              </w:rPr>
              <w:t>UN-nr.</w:t>
            </w:r>
          </w:p>
        </w:tc>
        <w:tc>
          <w:tcPr>
            <w:tcW w:type="dxa" w:w="960"/>
          </w:tcPr>
          <w:p>
            <w:r>
              <w:rPr>
                <w:b/>
                <w:sz w:val="18"/>
              </w:rPr>
              <w:t>VG</w:t>
            </w:r>
          </w:p>
        </w:tc>
        <w:tc>
          <w:tcPr>
            <w:tcW w:type="dxa" w:w="960"/>
          </w:tcPr>
          <w:p>
            <w:r>
              <w:rPr>
                <w:b/>
                <w:sz w:val="18"/>
              </w:rPr>
              <w:t>Hoeveelheid</w:t>
            </w:r>
          </w:p>
        </w:tc>
        <w:tc>
          <w:tcPr>
            <w:tcW w:type="dxa" w:w="960"/>
          </w:tcPr>
          <w:p>
            <w:r>
              <w:rPr>
                <w:b/>
                <w:sz w:val="18"/>
              </w:rPr>
              <w:t>Verpakking</w:t>
            </w:r>
          </w:p>
        </w:tc>
        <w:tc>
          <w:tcPr>
            <w:tcW w:type="dxa" w:w="960"/>
          </w:tcPr>
          <w:p>
            <w:r>
              <w:rPr>
                <w:b/>
                <w:sz w:val="18"/>
              </w:rPr>
              <w:t>Locatie</w:t>
            </w:r>
          </w:p>
        </w:tc>
      </w:tr>
      <w:tr>
        <w:tc>
          <w:tcPr>
            <w:tcW w:type="dxa" w:w="960"/>
          </w:tcPr>
          <w:p>
            <w:r>
              <w:rPr>
                <w:b/>
                <w:sz w:val="18"/>
              </w:rPr>
              <w:t>1</w:t>
            </w:r>
          </w:p>
        </w:tc>
        <w:tc>
          <w:tcPr>
            <w:tcW w:type="dxa" w:w="960"/>
          </w:tcPr>
          <w:p>
            <w:r>
              <w:rPr>
                <w:b/>
                <w:sz w:val="18"/>
              </w:rPr>
              <w:t>Steelmaking slag (poeder)</w:t>
            </w:r>
          </w:p>
        </w:tc>
        <w:tc>
          <w:tcPr>
            <w:tcW w:type="dxa" w:w="960"/>
          </w:tcPr>
          <w:p>
            <w:r>
              <w:rPr>
                <w:b/>
                <w:sz w:val="18"/>
              </w:rPr>
              <w:t>65996-71-6</w:t>
            </w:r>
          </w:p>
        </w:tc>
        <w:tc>
          <w:tcPr>
            <w:tcW w:type="dxa" w:w="960"/>
          </w:tcPr>
          <w:p>
            <w:r>
              <w:rPr>
                <w:b/>
                <w:sz w:val="18"/>
              </w:rPr>
              <w:t>N/A</w:t>
            </w:r>
          </w:p>
        </w:tc>
        <w:tc>
          <w:tcPr>
            <w:tcW w:type="dxa" w:w="960"/>
          </w:tcPr>
          <w:p>
            <w:r>
              <w:rPr>
                <w:b/>
                <w:sz w:val="18"/>
              </w:rPr>
              <w:t>—</w:t>
            </w:r>
          </w:p>
        </w:tc>
        <w:tc>
          <w:tcPr>
            <w:tcW w:type="dxa" w:w="960"/>
          </w:tcPr>
          <w:p>
            <w:r>
              <w:rPr>
                <w:b/>
                <w:sz w:val="18"/>
              </w:rPr>
              <w:t>—</w:t>
            </w:r>
          </w:p>
        </w:tc>
        <w:tc>
          <w:tcPr>
            <w:tcW w:type="dxa" w:w="960"/>
          </w:tcPr>
          <w:p>
            <w:r>
              <w:rPr>
                <w:b/>
                <w:sz w:val="18"/>
              </w:rPr>
              <w:t>≤60 kg</w:t>
            </w:r>
          </w:p>
        </w:tc>
        <w:tc>
          <w:tcPr>
            <w:tcW w:type="dxa" w:w="960"/>
          </w:tcPr>
          <w:p>
            <w:r>
              <w:rPr>
                <w:b/>
                <w:sz w:val="18"/>
              </w:rPr>
              <w:t>Big bag</w:t>
            </w:r>
          </w:p>
        </w:tc>
        <w:tc>
          <w:tcPr>
            <w:tcW w:type="dxa" w:w="960"/>
          </w:tcPr>
          <w:p>
            <w:r>
              <w:rPr>
                <w:b/>
                <w:sz w:val="18"/>
              </w:rPr>
              <w:t>Rack lab</w:t>
            </w:r>
          </w:p>
        </w:tc>
      </w:tr>
      <w:tr>
        <w:tc>
          <w:tcPr>
            <w:tcW w:type="dxa" w:w="960"/>
          </w:tcPr>
          <w:p>
            <w:r>
              <w:rPr>
                <w:b/>
                <w:sz w:val="18"/>
              </w:rPr>
              <w:t>2</w:t>
            </w:r>
          </w:p>
        </w:tc>
        <w:tc>
          <w:tcPr>
            <w:tcW w:type="dxa" w:w="960"/>
          </w:tcPr>
          <w:p>
            <w:r>
              <w:rPr>
                <w:b/>
                <w:sz w:val="18"/>
              </w:rPr>
              <w:t>Zwavelzuur 25% (3M)</w:t>
            </w:r>
          </w:p>
        </w:tc>
        <w:tc>
          <w:tcPr>
            <w:tcW w:type="dxa" w:w="960"/>
          </w:tcPr>
          <w:p>
            <w:r>
              <w:rPr>
                <w:b/>
                <w:sz w:val="18"/>
              </w:rPr>
              <w:t>7664-93-9</w:t>
            </w:r>
          </w:p>
        </w:tc>
        <w:tc>
          <w:tcPr>
            <w:tcW w:type="dxa" w:w="960"/>
          </w:tcPr>
          <w:p>
            <w:r>
              <w:rPr>
                <w:b/>
                <w:sz w:val="18"/>
              </w:rPr>
              <w:t>8</w:t>
            </w:r>
          </w:p>
        </w:tc>
        <w:tc>
          <w:tcPr>
            <w:tcW w:type="dxa" w:w="960"/>
          </w:tcPr>
          <w:p>
            <w:r>
              <w:rPr>
                <w:b/>
                <w:sz w:val="18"/>
              </w:rPr>
              <w:t>2796</w:t>
            </w:r>
          </w:p>
        </w:tc>
        <w:tc>
          <w:tcPr>
            <w:tcW w:type="dxa" w:w="960"/>
          </w:tcPr>
          <w:p>
            <w:r>
              <w:rPr>
                <w:b/>
                <w:sz w:val="18"/>
              </w:rPr>
              <w:t>II</w:t>
            </w:r>
          </w:p>
        </w:tc>
        <w:tc>
          <w:tcPr>
            <w:tcW w:type="dxa" w:w="960"/>
          </w:tcPr>
          <w:p>
            <w:r>
              <w:rPr>
                <w:b/>
                <w:sz w:val="18"/>
              </w:rPr>
              <w:t>4×25L = 100L</w:t>
            </w:r>
          </w:p>
        </w:tc>
        <w:tc>
          <w:tcPr>
            <w:tcW w:type="dxa" w:w="960"/>
          </w:tcPr>
          <w:p>
            <w:r>
              <w:rPr>
                <w:b/>
                <w:sz w:val="18"/>
              </w:rPr>
              <w:t>Jerrycan</w:t>
            </w:r>
          </w:p>
        </w:tc>
        <w:tc>
          <w:tcPr>
            <w:tcW w:type="dxa" w:w="960"/>
          </w:tcPr>
          <w:p>
            <w:r>
              <w:rPr>
                <w:b/>
                <w:sz w:val="18"/>
              </w:rPr>
              <w:t>Rack lab</w:t>
            </w:r>
          </w:p>
        </w:tc>
      </w:tr>
      <w:tr>
        <w:tc>
          <w:tcPr>
            <w:tcW w:type="dxa" w:w="960"/>
          </w:tcPr>
          <w:p>
            <w:r>
              <w:rPr>
                <w:b/>
                <w:sz w:val="18"/>
              </w:rPr>
              <w:t>3</w:t>
            </w:r>
          </w:p>
        </w:tc>
        <w:tc>
          <w:tcPr>
            <w:tcW w:type="dxa" w:w="960"/>
          </w:tcPr>
          <w:p>
            <w:r>
              <w:rPr>
                <w:b/>
                <w:sz w:val="18"/>
              </w:rPr>
              <w:t>Waterstofperoxide 30%</w:t>
            </w:r>
          </w:p>
        </w:tc>
        <w:tc>
          <w:tcPr>
            <w:tcW w:type="dxa" w:w="960"/>
          </w:tcPr>
          <w:p>
            <w:r>
              <w:rPr>
                <w:b/>
                <w:sz w:val="18"/>
              </w:rPr>
              <w:t>7722-84-1</w:t>
            </w:r>
          </w:p>
        </w:tc>
        <w:tc>
          <w:tcPr>
            <w:tcW w:type="dxa" w:w="960"/>
          </w:tcPr>
          <w:p>
            <w:r>
              <w:rPr>
                <w:b/>
                <w:sz w:val="18"/>
              </w:rPr>
              <w:t>5.1(8)</w:t>
            </w:r>
          </w:p>
        </w:tc>
        <w:tc>
          <w:tcPr>
            <w:tcW w:type="dxa" w:w="960"/>
          </w:tcPr>
          <w:p>
            <w:r>
              <w:rPr>
                <w:b/>
                <w:sz w:val="18"/>
              </w:rPr>
              <w:t>2014</w:t>
            </w:r>
          </w:p>
        </w:tc>
        <w:tc>
          <w:tcPr>
            <w:tcW w:type="dxa" w:w="960"/>
          </w:tcPr>
          <w:p>
            <w:r>
              <w:rPr>
                <w:b/>
                <w:sz w:val="18"/>
              </w:rPr>
              <w:t>II</w:t>
            </w:r>
          </w:p>
        </w:tc>
        <w:tc>
          <w:tcPr>
            <w:tcW w:type="dxa" w:w="960"/>
          </w:tcPr>
          <w:p>
            <w:r>
              <w:rPr>
                <w:b/>
                <w:sz w:val="18"/>
              </w:rPr>
              <w:t>4×10L = 40L</w:t>
            </w:r>
          </w:p>
        </w:tc>
        <w:tc>
          <w:tcPr>
            <w:tcW w:type="dxa" w:w="960"/>
          </w:tcPr>
          <w:p>
            <w:r>
              <w:rPr>
                <w:b/>
                <w:sz w:val="18"/>
              </w:rPr>
              <w:t>Jerrycan</w:t>
            </w:r>
          </w:p>
        </w:tc>
        <w:tc>
          <w:tcPr>
            <w:tcW w:type="dxa" w:w="960"/>
          </w:tcPr>
          <w:p>
            <w:r>
              <w:rPr>
                <w:b/>
                <w:sz w:val="18"/>
              </w:rPr>
              <w:t>Rack lab</w:t>
            </w:r>
          </w:p>
        </w:tc>
      </w:tr>
      <w:tr>
        <w:tc>
          <w:tcPr>
            <w:tcW w:type="dxa" w:w="960"/>
          </w:tcPr>
          <w:p>
            <w:r>
              <w:rPr>
                <w:b/>
                <w:sz w:val="18"/>
              </w:rPr>
              <w:t>4</w:t>
            </w:r>
          </w:p>
        </w:tc>
        <w:tc>
          <w:tcPr>
            <w:tcW w:type="dxa" w:w="960"/>
          </w:tcPr>
          <w:p>
            <w:r>
              <w:rPr>
                <w:b/>
                <w:sz w:val="18"/>
              </w:rPr>
              <w:t>Natriumpersulfaat</w:t>
            </w:r>
          </w:p>
        </w:tc>
        <w:tc>
          <w:tcPr>
            <w:tcW w:type="dxa" w:w="960"/>
          </w:tcPr>
          <w:p>
            <w:r>
              <w:rPr>
                <w:b/>
                <w:sz w:val="18"/>
              </w:rPr>
              <w:t>7775-27-1</w:t>
            </w:r>
          </w:p>
        </w:tc>
        <w:tc>
          <w:tcPr>
            <w:tcW w:type="dxa" w:w="960"/>
          </w:tcPr>
          <w:p>
            <w:r>
              <w:rPr>
                <w:b/>
                <w:sz w:val="18"/>
              </w:rPr>
              <w:t>5.1</w:t>
            </w:r>
          </w:p>
        </w:tc>
        <w:tc>
          <w:tcPr>
            <w:tcW w:type="dxa" w:w="960"/>
          </w:tcPr>
          <w:p>
            <w:r>
              <w:rPr>
                <w:b/>
                <w:sz w:val="18"/>
              </w:rPr>
              <w:t>1505</w:t>
            </w:r>
          </w:p>
        </w:tc>
        <w:tc>
          <w:tcPr>
            <w:tcW w:type="dxa" w:w="960"/>
          </w:tcPr>
          <w:p>
            <w:r>
              <w:rPr>
                <w:b/>
                <w:sz w:val="18"/>
              </w:rPr>
              <w:t>III</w:t>
            </w:r>
          </w:p>
        </w:tc>
        <w:tc>
          <w:tcPr>
            <w:tcW w:type="dxa" w:w="960"/>
          </w:tcPr>
          <w:p>
            <w:r>
              <w:rPr>
                <w:b/>
                <w:sz w:val="18"/>
              </w:rPr>
              <w:t>2×5kg = 10kg</w:t>
            </w:r>
          </w:p>
        </w:tc>
        <w:tc>
          <w:tcPr>
            <w:tcW w:type="dxa" w:w="960"/>
          </w:tcPr>
          <w:p>
            <w:r>
              <w:rPr>
                <w:b/>
                <w:sz w:val="18"/>
              </w:rPr>
              <w:t>Canister</w:t>
            </w:r>
          </w:p>
        </w:tc>
        <w:tc>
          <w:tcPr>
            <w:tcW w:type="dxa" w:w="960"/>
          </w:tcPr>
          <w:p>
            <w:r>
              <w:rPr>
                <w:b/>
                <w:sz w:val="18"/>
              </w:rPr>
              <w:t>Rack lab</w:t>
            </w:r>
          </w:p>
        </w:tc>
      </w:tr>
      <w:tr>
        <w:tc>
          <w:tcPr>
            <w:tcW w:type="dxa" w:w="960"/>
          </w:tcPr>
          <w:p>
            <w:r>
              <w:rPr>
                <w:b/>
                <w:sz w:val="18"/>
              </w:rPr>
              <w:t>5</w:t>
            </w:r>
          </w:p>
        </w:tc>
        <w:tc>
          <w:tcPr>
            <w:tcW w:type="dxa" w:w="960"/>
          </w:tcPr>
          <w:p>
            <w:r>
              <w:rPr>
                <w:b/>
                <w:sz w:val="18"/>
              </w:rPr>
              <w:t>Zoutzuur 20%</w:t>
            </w:r>
          </w:p>
        </w:tc>
        <w:tc>
          <w:tcPr>
            <w:tcW w:type="dxa" w:w="960"/>
          </w:tcPr>
          <w:p>
            <w:r>
              <w:rPr>
                <w:b/>
                <w:sz w:val="18"/>
              </w:rPr>
              <w:t>7647-01-0</w:t>
            </w:r>
          </w:p>
        </w:tc>
        <w:tc>
          <w:tcPr>
            <w:tcW w:type="dxa" w:w="960"/>
          </w:tcPr>
          <w:p>
            <w:r>
              <w:rPr>
                <w:b/>
                <w:sz w:val="18"/>
              </w:rPr>
              <w:t>8</w:t>
            </w:r>
          </w:p>
        </w:tc>
        <w:tc>
          <w:tcPr>
            <w:tcW w:type="dxa" w:w="960"/>
          </w:tcPr>
          <w:p>
            <w:r>
              <w:rPr>
                <w:b/>
                <w:sz w:val="18"/>
              </w:rPr>
              <w:t>1789</w:t>
            </w:r>
          </w:p>
        </w:tc>
        <w:tc>
          <w:tcPr>
            <w:tcW w:type="dxa" w:w="960"/>
          </w:tcPr>
          <w:p>
            <w:r>
              <w:rPr>
                <w:b/>
                <w:sz w:val="18"/>
              </w:rPr>
              <w:t>II</w:t>
            </w:r>
          </w:p>
        </w:tc>
        <w:tc>
          <w:tcPr>
            <w:tcW w:type="dxa" w:w="960"/>
          </w:tcPr>
          <w:p>
            <w:r>
              <w:rPr>
                <w:b/>
                <w:sz w:val="18"/>
              </w:rPr>
              <w:t>2×10L = 20L</w:t>
            </w:r>
          </w:p>
        </w:tc>
        <w:tc>
          <w:tcPr>
            <w:tcW w:type="dxa" w:w="960"/>
          </w:tcPr>
          <w:p>
            <w:r>
              <w:rPr>
                <w:b/>
                <w:sz w:val="18"/>
              </w:rPr>
              <w:t>Jerrycan</w:t>
            </w:r>
          </w:p>
        </w:tc>
        <w:tc>
          <w:tcPr>
            <w:tcW w:type="dxa" w:w="960"/>
          </w:tcPr>
          <w:p>
            <w:r>
              <w:rPr>
                <w:b/>
                <w:sz w:val="18"/>
              </w:rPr>
              <w:t>Rack lab</w:t>
            </w:r>
          </w:p>
        </w:tc>
      </w:tr>
      <w:tr>
        <w:tc>
          <w:tcPr>
            <w:tcW w:type="dxa" w:w="960"/>
          </w:tcPr>
          <w:p>
            <w:r>
              <w:rPr>
                <w:b/>
                <w:sz w:val="18"/>
              </w:rPr>
              <w:t>6</w:t>
            </w:r>
          </w:p>
        </w:tc>
        <w:tc>
          <w:tcPr>
            <w:tcW w:type="dxa" w:w="960"/>
          </w:tcPr>
          <w:p>
            <w:r>
              <w:rPr>
                <w:b/>
                <w:sz w:val="18"/>
              </w:rPr>
              <w:t>Calciumsulfaat/silica (mengsel)</w:t>
            </w:r>
          </w:p>
        </w:tc>
        <w:tc>
          <w:tcPr>
            <w:tcW w:type="dxa" w:w="960"/>
          </w:tcPr>
          <w:p>
            <w:r>
              <w:rPr>
                <w:b/>
                <w:sz w:val="18"/>
              </w:rPr>
              <w:t>10101-41-4 / 112945-52-5</w:t>
            </w:r>
          </w:p>
        </w:tc>
        <w:tc>
          <w:tcPr>
            <w:tcW w:type="dxa" w:w="960"/>
          </w:tcPr>
          <w:p>
            <w:r>
              <w:rPr>
                <w:b/>
                <w:sz w:val="18"/>
              </w:rPr>
              <w:t>N/A</w:t>
            </w:r>
          </w:p>
        </w:tc>
        <w:tc>
          <w:tcPr>
            <w:tcW w:type="dxa" w:w="960"/>
          </w:tcPr>
          <w:p>
            <w:r>
              <w:rPr>
                <w:b/>
                <w:sz w:val="18"/>
              </w:rPr>
              <w:t>—</w:t>
            </w:r>
          </w:p>
        </w:tc>
        <w:tc>
          <w:tcPr>
            <w:tcW w:type="dxa" w:w="960"/>
          </w:tcPr>
          <w:p>
            <w:r>
              <w:rPr>
                <w:b/>
                <w:sz w:val="18"/>
              </w:rPr>
              <w:t>—</w:t>
            </w:r>
          </w:p>
        </w:tc>
        <w:tc>
          <w:tcPr>
            <w:tcW w:type="dxa" w:w="960"/>
          </w:tcPr>
          <w:p>
            <w:r>
              <w:rPr>
                <w:b/>
                <w:sz w:val="18"/>
              </w:rPr>
              <w:t>~5 kg/batch</w:t>
            </w:r>
          </w:p>
        </w:tc>
        <w:tc>
          <w:tcPr>
            <w:tcW w:type="dxa" w:w="960"/>
          </w:tcPr>
          <w:p>
            <w:r>
              <w:rPr>
                <w:b/>
                <w:sz w:val="18"/>
              </w:rPr>
              <w:t>Container</w:t>
            </w:r>
          </w:p>
        </w:tc>
        <w:tc>
          <w:tcPr>
            <w:tcW w:type="dxa" w:w="960"/>
          </w:tcPr>
          <w:p>
            <w:r>
              <w:rPr>
                <w:b/>
                <w:sz w:val="18"/>
              </w:rPr>
              <w:t>Rack lab</w:t>
            </w:r>
          </w:p>
        </w:tc>
      </w:tr>
      <w:tr>
        <w:tc>
          <w:tcPr>
            <w:tcW w:type="dxa" w:w="960"/>
          </w:tcPr>
          <w:p>
            <w:r>
              <w:rPr>
                <w:b/>
                <w:sz w:val="18"/>
              </w:rPr>
              <w:t>7</w:t>
            </w:r>
          </w:p>
        </w:tc>
        <w:tc>
          <w:tcPr>
            <w:tcW w:type="dxa" w:w="960"/>
          </w:tcPr>
          <w:p>
            <w:r>
              <w:rPr>
                <w:b/>
                <w:sz w:val="18"/>
              </w:rPr>
              <w:t>Natriumsulfaat decahydraat</w:t>
            </w:r>
          </w:p>
        </w:tc>
        <w:tc>
          <w:tcPr>
            <w:tcW w:type="dxa" w:w="960"/>
          </w:tcPr>
          <w:p>
            <w:r>
              <w:rPr>
                <w:b/>
                <w:sz w:val="18"/>
              </w:rPr>
              <w:t>7727-73-3</w:t>
            </w:r>
          </w:p>
        </w:tc>
        <w:tc>
          <w:tcPr>
            <w:tcW w:type="dxa" w:w="960"/>
          </w:tcPr>
          <w:p>
            <w:r>
              <w:rPr>
                <w:b/>
                <w:sz w:val="18"/>
              </w:rPr>
              <w:t>N/A</w:t>
            </w:r>
          </w:p>
        </w:tc>
        <w:tc>
          <w:tcPr>
            <w:tcW w:type="dxa" w:w="960"/>
          </w:tcPr>
          <w:p>
            <w:r>
              <w:rPr>
                <w:b/>
                <w:sz w:val="18"/>
              </w:rPr>
              <w:t>—</w:t>
            </w:r>
          </w:p>
        </w:tc>
        <w:tc>
          <w:tcPr>
            <w:tcW w:type="dxa" w:w="960"/>
          </w:tcPr>
          <w:p>
            <w:r>
              <w:rPr>
                <w:b/>
                <w:sz w:val="18"/>
              </w:rPr>
              <w:t>—</w:t>
            </w:r>
          </w:p>
        </w:tc>
        <w:tc>
          <w:tcPr>
            <w:tcW w:type="dxa" w:w="960"/>
          </w:tcPr>
          <w:p>
            <w:r>
              <w:rPr>
                <w:b/>
                <w:sz w:val="18"/>
              </w:rPr>
              <w:t>~3 kg/batch</w:t>
            </w:r>
          </w:p>
        </w:tc>
        <w:tc>
          <w:tcPr>
            <w:tcW w:type="dxa" w:w="960"/>
          </w:tcPr>
          <w:p>
            <w:r>
              <w:rPr>
                <w:b/>
                <w:sz w:val="18"/>
              </w:rPr>
              <w:t>Container</w:t>
            </w:r>
          </w:p>
        </w:tc>
        <w:tc>
          <w:tcPr>
            <w:tcW w:type="dxa" w:w="960"/>
          </w:tcPr>
          <w:p>
            <w:r>
              <w:rPr>
                <w:b/>
                <w:sz w:val="18"/>
              </w:rPr>
              <w:t>Rack lab</w:t>
            </w:r>
          </w:p>
        </w:tc>
      </w:tr>
      <w:tr>
        <w:tc>
          <w:tcPr>
            <w:tcW w:type="dxa" w:w="960"/>
          </w:tcPr>
          <w:p>
            <w:r>
              <w:rPr>
                <w:b/>
                <w:sz w:val="18"/>
              </w:rPr>
              <w:t>8</w:t>
            </w:r>
          </w:p>
        </w:tc>
        <w:tc>
          <w:tcPr>
            <w:tcW w:type="dxa" w:w="960"/>
          </w:tcPr>
          <w:p>
            <w:r>
              <w:rPr>
                <w:b/>
                <w:sz w:val="18"/>
              </w:rPr>
              <w:t>Trinatriumorthovanadaat</w:t>
            </w:r>
          </w:p>
        </w:tc>
        <w:tc>
          <w:tcPr>
            <w:tcW w:type="dxa" w:w="960"/>
          </w:tcPr>
          <w:p>
            <w:r>
              <w:rPr>
                <w:b/>
                <w:sz w:val="18"/>
              </w:rPr>
              <w:t>13721-39-6</w:t>
            </w:r>
          </w:p>
        </w:tc>
        <w:tc>
          <w:tcPr>
            <w:tcW w:type="dxa" w:w="960"/>
          </w:tcPr>
          <w:p>
            <w:r>
              <w:rPr>
                <w:b/>
                <w:sz w:val="18"/>
              </w:rPr>
              <w:t>N/A</w:t>
            </w:r>
          </w:p>
        </w:tc>
        <w:tc>
          <w:tcPr>
            <w:tcW w:type="dxa" w:w="960"/>
          </w:tcPr>
          <w:p>
            <w:r>
              <w:rPr>
                <w:b/>
                <w:sz w:val="18"/>
              </w:rPr>
              <w:t>—</w:t>
            </w:r>
          </w:p>
        </w:tc>
        <w:tc>
          <w:tcPr>
            <w:tcW w:type="dxa" w:w="960"/>
          </w:tcPr>
          <w:p>
            <w:r>
              <w:rPr>
                <w:b/>
                <w:sz w:val="18"/>
              </w:rPr>
              <w:t>—</w:t>
            </w:r>
          </w:p>
        </w:tc>
        <w:tc>
          <w:tcPr>
            <w:tcW w:type="dxa" w:w="960"/>
          </w:tcPr>
          <w:p>
            <w:r>
              <w:rPr>
                <w:b/>
                <w:sz w:val="18"/>
              </w:rPr>
              <w:t>&lt;1 kg/batch</w:t>
            </w:r>
          </w:p>
        </w:tc>
        <w:tc>
          <w:tcPr>
            <w:tcW w:type="dxa" w:w="960"/>
          </w:tcPr>
          <w:p>
            <w:r>
              <w:rPr>
                <w:b/>
                <w:sz w:val="18"/>
              </w:rPr>
              <w:t>Container</w:t>
            </w:r>
          </w:p>
        </w:tc>
        <w:tc>
          <w:tcPr>
            <w:tcW w:type="dxa" w:w="960"/>
          </w:tcPr>
          <w:p>
            <w:r>
              <w:rPr>
                <w:b/>
                <w:sz w:val="18"/>
              </w:rPr>
              <w:t>Rack lab</w:t>
            </w:r>
          </w:p>
        </w:tc>
      </w:tr>
      <w:tr>
        <w:tc>
          <w:tcPr>
            <w:tcW w:type="dxa" w:w="960"/>
          </w:tcPr>
          <w:p>
            <w:r>
              <w:rPr>
                <w:b/>
                <w:sz w:val="18"/>
              </w:rPr>
              <w:t>9</w:t>
            </w:r>
          </w:p>
        </w:tc>
        <w:tc>
          <w:tcPr>
            <w:tcW w:type="dxa" w:w="960"/>
          </w:tcPr>
          <w:p>
            <w:r>
              <w:rPr>
                <w:b/>
                <w:sz w:val="18"/>
              </w:rPr>
              <w:t>Natriummetavanadaat-oplossing</w:t>
            </w:r>
          </w:p>
        </w:tc>
        <w:tc>
          <w:tcPr>
            <w:tcW w:type="dxa" w:w="960"/>
          </w:tcPr>
          <w:p>
            <w:r>
              <w:rPr>
                <w:b/>
                <w:sz w:val="18"/>
              </w:rPr>
              <w:t>13718-26-8</w:t>
            </w:r>
          </w:p>
        </w:tc>
        <w:tc>
          <w:tcPr>
            <w:tcW w:type="dxa" w:w="960"/>
          </w:tcPr>
          <w:p>
            <w:r>
              <w:rPr>
                <w:b/>
                <w:sz w:val="18"/>
              </w:rPr>
              <w:t>6.1</w:t>
            </w:r>
          </w:p>
        </w:tc>
        <w:tc>
          <w:tcPr>
            <w:tcW w:type="dxa" w:w="960"/>
          </w:tcPr>
          <w:p>
            <w:r>
              <w:rPr>
                <w:b/>
                <w:sz w:val="18"/>
              </w:rPr>
              <w:t>3285</w:t>
            </w:r>
          </w:p>
        </w:tc>
        <w:tc>
          <w:tcPr>
            <w:tcW w:type="dxa" w:w="960"/>
          </w:tcPr>
          <w:p>
            <w:r>
              <w:rPr>
                <w:b/>
                <w:sz w:val="18"/>
              </w:rPr>
              <w:t>III</w:t>
            </w:r>
          </w:p>
        </w:tc>
        <w:tc>
          <w:tcPr>
            <w:tcW w:type="dxa" w:w="960"/>
          </w:tcPr>
          <w:p>
            <w:r>
              <w:rPr>
                <w:b/>
                <w:sz w:val="18"/>
              </w:rPr>
              <w:t>&lt;2 L/batch</w:t>
            </w:r>
          </w:p>
        </w:tc>
        <w:tc>
          <w:tcPr>
            <w:tcW w:type="dxa" w:w="960"/>
          </w:tcPr>
          <w:p>
            <w:r>
              <w:rPr>
                <w:b/>
                <w:sz w:val="18"/>
              </w:rPr>
              <w:t>Jerrycan</w:t>
            </w:r>
          </w:p>
        </w:tc>
        <w:tc>
          <w:tcPr>
            <w:tcW w:type="dxa" w:w="960"/>
          </w:tcPr>
          <w:p>
            <w:r>
              <w:rPr>
                <w:b/>
                <w:sz w:val="18"/>
              </w:rPr>
              <w:t>Rack lab</w:t>
            </w:r>
          </w:p>
        </w:tc>
      </w:tr>
      <w:tr>
        <w:tc>
          <w:tcPr>
            <w:tcW w:type="dxa" w:w="960"/>
          </w:tcPr>
          <w:p>
            <w:r>
              <w:rPr>
                <w:b/>
                <w:sz w:val="18"/>
              </w:rPr>
              <w:t>10</w:t>
            </w:r>
          </w:p>
        </w:tc>
        <w:tc>
          <w:tcPr>
            <w:tcW w:type="dxa" w:w="960"/>
          </w:tcPr>
          <w:p>
            <w:r>
              <w:rPr>
                <w:b/>
                <w:sz w:val="18"/>
              </w:rPr>
              <w:t>Calciumhydroxide</w:t>
            </w:r>
          </w:p>
        </w:tc>
        <w:tc>
          <w:tcPr>
            <w:tcW w:type="dxa" w:w="960"/>
          </w:tcPr>
          <w:p>
            <w:r>
              <w:rPr>
                <w:b/>
                <w:sz w:val="18"/>
              </w:rPr>
              <w:t>1305-62-0</w:t>
            </w:r>
          </w:p>
        </w:tc>
        <w:tc>
          <w:tcPr>
            <w:tcW w:type="dxa" w:w="960"/>
          </w:tcPr>
          <w:p>
            <w:r>
              <w:rPr>
                <w:b/>
                <w:sz w:val="18"/>
              </w:rPr>
              <w:t>N/A</w:t>
            </w:r>
          </w:p>
        </w:tc>
        <w:tc>
          <w:tcPr>
            <w:tcW w:type="dxa" w:w="960"/>
          </w:tcPr>
          <w:p>
            <w:r>
              <w:rPr>
                <w:b/>
                <w:sz w:val="18"/>
              </w:rPr>
              <w:t>—</w:t>
            </w:r>
          </w:p>
        </w:tc>
        <w:tc>
          <w:tcPr>
            <w:tcW w:type="dxa" w:w="960"/>
          </w:tcPr>
          <w:p>
            <w:r>
              <w:rPr>
                <w:b/>
                <w:sz w:val="18"/>
              </w:rPr>
              <w:t>—</w:t>
            </w:r>
          </w:p>
        </w:tc>
        <w:tc>
          <w:tcPr>
            <w:tcW w:type="dxa" w:w="960"/>
          </w:tcPr>
          <w:p>
            <w:r>
              <w:rPr>
                <w:b/>
                <w:sz w:val="18"/>
              </w:rPr>
              <w:t>~2 kg/batch</w:t>
            </w:r>
          </w:p>
        </w:tc>
        <w:tc>
          <w:tcPr>
            <w:tcW w:type="dxa" w:w="960"/>
          </w:tcPr>
          <w:p>
            <w:r>
              <w:rPr>
                <w:b/>
                <w:sz w:val="18"/>
              </w:rPr>
              <w:t>Canister</w:t>
            </w:r>
          </w:p>
        </w:tc>
        <w:tc>
          <w:tcPr>
            <w:tcW w:type="dxa" w:w="960"/>
          </w:tcPr>
          <w:p>
            <w:r>
              <w:rPr>
                <w:b/>
                <w:sz w:val="18"/>
              </w:rPr>
              <w:t>Rack lab</w:t>
            </w:r>
          </w:p>
        </w:tc>
      </w:tr>
      <w:tr>
        <w:tc>
          <w:tcPr>
            <w:tcW w:type="dxa" w:w="960"/>
          </w:tcPr>
          <w:p>
            <w:r>
              <w:rPr>
                <w:b/>
                <w:sz w:val="18"/>
              </w:rPr>
              <w:t>11</w:t>
            </w:r>
          </w:p>
        </w:tc>
        <w:tc>
          <w:tcPr>
            <w:tcW w:type="dxa" w:w="960"/>
          </w:tcPr>
          <w:p>
            <w:r>
              <w:rPr>
                <w:b/>
                <w:sz w:val="18"/>
              </w:rPr>
              <w:t>Silica, precipitated</w:t>
            </w:r>
          </w:p>
        </w:tc>
        <w:tc>
          <w:tcPr>
            <w:tcW w:type="dxa" w:w="960"/>
          </w:tcPr>
          <w:p>
            <w:r>
              <w:rPr>
                <w:b/>
                <w:sz w:val="18"/>
              </w:rPr>
              <w:t>112945-52-5</w:t>
            </w:r>
          </w:p>
        </w:tc>
        <w:tc>
          <w:tcPr>
            <w:tcW w:type="dxa" w:w="960"/>
          </w:tcPr>
          <w:p>
            <w:r>
              <w:rPr>
                <w:b/>
                <w:sz w:val="18"/>
              </w:rPr>
              <w:t>N/A</w:t>
            </w:r>
          </w:p>
        </w:tc>
        <w:tc>
          <w:tcPr>
            <w:tcW w:type="dxa" w:w="960"/>
          </w:tcPr>
          <w:p>
            <w:r>
              <w:rPr>
                <w:b/>
                <w:sz w:val="18"/>
              </w:rPr>
              <w:t>—</w:t>
            </w:r>
          </w:p>
        </w:tc>
        <w:tc>
          <w:tcPr>
            <w:tcW w:type="dxa" w:w="960"/>
          </w:tcPr>
          <w:p>
            <w:r>
              <w:rPr>
                <w:b/>
                <w:sz w:val="18"/>
              </w:rPr>
              <w:t>—</w:t>
            </w:r>
          </w:p>
        </w:tc>
        <w:tc>
          <w:tcPr>
            <w:tcW w:type="dxa" w:w="960"/>
          </w:tcPr>
          <w:p>
            <w:r>
              <w:rPr>
                <w:b/>
                <w:sz w:val="18"/>
              </w:rPr>
              <w:t>&lt;1 kg/batch</w:t>
            </w:r>
          </w:p>
        </w:tc>
        <w:tc>
          <w:tcPr>
            <w:tcW w:type="dxa" w:w="960"/>
          </w:tcPr>
          <w:p>
            <w:r>
              <w:rPr>
                <w:b/>
                <w:sz w:val="18"/>
              </w:rPr>
              <w:t>Container</w:t>
            </w:r>
          </w:p>
        </w:tc>
        <w:tc>
          <w:tcPr>
            <w:tcW w:type="dxa" w:w="960"/>
          </w:tcPr>
          <w:p>
            <w:r>
              <w:rPr>
                <w:b/>
                <w:sz w:val="18"/>
              </w:rPr>
              <w:t>Rack lab</w:t>
            </w:r>
          </w:p>
        </w:tc>
      </w:tr>
      <w:tr>
        <w:tc>
          <w:tcPr>
            <w:tcW w:type="dxa" w:w="960"/>
          </w:tcPr>
          <w:p>
            <w:r>
              <w:rPr>
                <w:b/>
                <w:sz w:val="18"/>
              </w:rPr>
              <w:t>12</w:t>
            </w:r>
          </w:p>
        </w:tc>
        <w:tc>
          <w:tcPr>
            <w:tcW w:type="dxa" w:w="960"/>
          </w:tcPr>
          <w:p>
            <w:r>
              <w:rPr>
                <w:b/>
                <w:sz w:val="18"/>
              </w:rPr>
              <w:t>IJzeroxide (Fe₂O₃)</w:t>
            </w:r>
          </w:p>
        </w:tc>
        <w:tc>
          <w:tcPr>
            <w:tcW w:type="dxa" w:w="960"/>
          </w:tcPr>
          <w:p>
            <w:r>
              <w:rPr>
                <w:b/>
                <w:sz w:val="18"/>
              </w:rPr>
              <w:t>1309-37-1</w:t>
            </w:r>
          </w:p>
        </w:tc>
        <w:tc>
          <w:tcPr>
            <w:tcW w:type="dxa" w:w="960"/>
          </w:tcPr>
          <w:p>
            <w:r>
              <w:rPr>
                <w:b/>
                <w:sz w:val="18"/>
              </w:rPr>
              <w:t>N/A</w:t>
            </w:r>
          </w:p>
        </w:tc>
        <w:tc>
          <w:tcPr>
            <w:tcW w:type="dxa" w:w="960"/>
          </w:tcPr>
          <w:p>
            <w:r>
              <w:rPr>
                <w:b/>
                <w:sz w:val="18"/>
              </w:rPr>
              <w:t>—</w:t>
            </w:r>
          </w:p>
        </w:tc>
        <w:tc>
          <w:tcPr>
            <w:tcW w:type="dxa" w:w="960"/>
          </w:tcPr>
          <w:p>
            <w:r>
              <w:rPr>
                <w:b/>
                <w:sz w:val="18"/>
              </w:rPr>
              <w:t>—</w:t>
            </w:r>
          </w:p>
        </w:tc>
        <w:tc>
          <w:tcPr>
            <w:tcW w:type="dxa" w:w="960"/>
          </w:tcPr>
          <w:p>
            <w:r>
              <w:rPr>
                <w:b/>
                <w:sz w:val="18"/>
              </w:rPr>
              <w:t>~3 kg/batch</w:t>
            </w:r>
          </w:p>
        </w:tc>
        <w:tc>
          <w:tcPr>
            <w:tcW w:type="dxa" w:w="960"/>
          </w:tcPr>
          <w:p>
            <w:r>
              <w:rPr>
                <w:b/>
                <w:sz w:val="18"/>
              </w:rPr>
              <w:t>Container</w:t>
            </w:r>
          </w:p>
        </w:tc>
        <w:tc>
          <w:tcPr>
            <w:tcW w:type="dxa" w:w="960"/>
          </w:tcPr>
          <w:p>
            <w:r>
              <w:rPr>
                <w:b/>
                <w:sz w:val="18"/>
              </w:rPr>
              <w:t>Rack lab</w:t>
            </w:r>
          </w:p>
        </w:tc>
      </w:tr>
      <w:tr>
        <w:tc>
          <w:tcPr>
            <w:tcW w:type="dxa" w:w="960"/>
          </w:tcPr>
          <w:p>
            <w:r>
              <w:rPr>
                <w:b/>
                <w:sz w:val="18"/>
              </w:rPr>
              <w:t>13</w:t>
            </w:r>
          </w:p>
        </w:tc>
        <w:tc>
          <w:tcPr>
            <w:tcW w:type="dxa" w:w="960"/>
          </w:tcPr>
          <w:p>
            <w:r>
              <w:rPr>
                <w:b/>
                <w:sz w:val="18"/>
              </w:rPr>
              <w:t>Mangaan(IV)oxide</w:t>
            </w:r>
          </w:p>
        </w:tc>
        <w:tc>
          <w:tcPr>
            <w:tcW w:type="dxa" w:w="960"/>
          </w:tcPr>
          <w:p>
            <w:r>
              <w:rPr>
                <w:b/>
                <w:sz w:val="18"/>
              </w:rPr>
              <w:t>1313-13-9</w:t>
            </w:r>
          </w:p>
        </w:tc>
        <w:tc>
          <w:tcPr>
            <w:tcW w:type="dxa" w:w="960"/>
          </w:tcPr>
          <w:p>
            <w:r>
              <w:rPr>
                <w:b/>
                <w:sz w:val="18"/>
              </w:rPr>
              <w:t>N/A</w:t>
            </w:r>
          </w:p>
        </w:tc>
        <w:tc>
          <w:tcPr>
            <w:tcW w:type="dxa" w:w="960"/>
          </w:tcPr>
          <w:p>
            <w:r>
              <w:rPr>
                <w:b/>
                <w:sz w:val="18"/>
              </w:rPr>
              <w:t>—</w:t>
            </w:r>
          </w:p>
        </w:tc>
        <w:tc>
          <w:tcPr>
            <w:tcW w:type="dxa" w:w="960"/>
          </w:tcPr>
          <w:p>
            <w:r>
              <w:rPr>
                <w:b/>
                <w:sz w:val="18"/>
              </w:rPr>
              <w:t>—</w:t>
            </w:r>
          </w:p>
        </w:tc>
        <w:tc>
          <w:tcPr>
            <w:tcW w:type="dxa" w:w="960"/>
          </w:tcPr>
          <w:p>
            <w:r>
              <w:rPr>
                <w:b/>
                <w:sz w:val="18"/>
              </w:rPr>
              <w:t>&lt;1 kg/batch</w:t>
            </w:r>
          </w:p>
        </w:tc>
        <w:tc>
          <w:tcPr>
            <w:tcW w:type="dxa" w:w="960"/>
          </w:tcPr>
          <w:p>
            <w:r>
              <w:rPr>
                <w:b/>
                <w:sz w:val="18"/>
              </w:rPr>
              <w:t>Container</w:t>
            </w:r>
          </w:p>
        </w:tc>
        <w:tc>
          <w:tcPr>
            <w:tcW w:type="dxa" w:w="960"/>
          </w:tcPr>
          <w:p>
            <w:r>
              <w:rPr>
                <w:b/>
                <w:sz w:val="18"/>
              </w:rPr>
              <w:t>Rack lab</w:t>
            </w:r>
          </w:p>
        </w:tc>
      </w:tr>
      <w:tr>
        <w:tc>
          <w:tcPr>
            <w:tcW w:type="dxa" w:w="960"/>
          </w:tcPr>
          <w:p>
            <w:r>
              <w:rPr>
                <w:b/>
                <w:sz w:val="18"/>
              </w:rPr>
              <w:t>14</w:t>
            </w:r>
          </w:p>
        </w:tc>
        <w:tc>
          <w:tcPr>
            <w:tcW w:type="dxa" w:w="960"/>
          </w:tcPr>
          <w:p>
            <w:r>
              <w:rPr>
                <w:b/>
                <w:sz w:val="18"/>
              </w:rPr>
              <w:t>Magnesiumhydroxide</w:t>
            </w:r>
          </w:p>
        </w:tc>
        <w:tc>
          <w:tcPr>
            <w:tcW w:type="dxa" w:w="960"/>
          </w:tcPr>
          <w:p>
            <w:r>
              <w:rPr>
                <w:b/>
                <w:sz w:val="18"/>
              </w:rPr>
              <w:t>1309-42-8</w:t>
            </w:r>
          </w:p>
        </w:tc>
        <w:tc>
          <w:tcPr>
            <w:tcW w:type="dxa" w:w="960"/>
          </w:tcPr>
          <w:p>
            <w:r>
              <w:rPr>
                <w:b/>
                <w:sz w:val="18"/>
              </w:rPr>
              <w:t>N/A</w:t>
            </w:r>
          </w:p>
        </w:tc>
        <w:tc>
          <w:tcPr>
            <w:tcW w:type="dxa" w:w="960"/>
          </w:tcPr>
          <w:p>
            <w:r>
              <w:rPr>
                <w:b/>
                <w:sz w:val="18"/>
              </w:rPr>
              <w:t>—</w:t>
            </w:r>
          </w:p>
        </w:tc>
        <w:tc>
          <w:tcPr>
            <w:tcW w:type="dxa" w:w="960"/>
          </w:tcPr>
          <w:p>
            <w:r>
              <w:rPr>
                <w:b/>
                <w:sz w:val="18"/>
              </w:rPr>
              <w:t>—</w:t>
            </w:r>
          </w:p>
        </w:tc>
        <w:tc>
          <w:tcPr>
            <w:tcW w:type="dxa" w:w="960"/>
          </w:tcPr>
          <w:p>
            <w:r>
              <w:rPr>
                <w:b/>
                <w:sz w:val="18"/>
              </w:rPr>
              <w:t>&lt;1 kg/batch</w:t>
            </w:r>
          </w:p>
        </w:tc>
        <w:tc>
          <w:tcPr>
            <w:tcW w:type="dxa" w:w="960"/>
          </w:tcPr>
          <w:p>
            <w:r>
              <w:rPr>
                <w:b/>
                <w:sz w:val="18"/>
              </w:rPr>
              <w:t>Container</w:t>
            </w:r>
          </w:p>
        </w:tc>
        <w:tc>
          <w:tcPr>
            <w:tcW w:type="dxa" w:w="960"/>
          </w:tcPr>
          <w:p>
            <w:r>
              <w:rPr>
                <w:b/>
                <w:sz w:val="18"/>
              </w:rPr>
              <w:t>Rack lab</w:t>
            </w:r>
          </w:p>
        </w:tc>
      </w:tr>
      <w:tr>
        <w:tc>
          <w:tcPr>
            <w:tcW w:type="dxa" w:w="960"/>
          </w:tcPr>
          <w:p>
            <w:r>
              <w:rPr>
                <w:b/>
                <w:sz w:val="18"/>
              </w:rPr>
              <w:t>15</w:t>
            </w:r>
          </w:p>
        </w:tc>
        <w:tc>
          <w:tcPr>
            <w:tcW w:type="dxa" w:w="960"/>
          </w:tcPr>
          <w:p>
            <w:r>
              <w:rPr>
                <w:b/>
                <w:sz w:val="18"/>
              </w:rPr>
              <w:t>Natriumaluminaat-oplossing</w:t>
            </w:r>
          </w:p>
        </w:tc>
        <w:tc>
          <w:tcPr>
            <w:tcW w:type="dxa" w:w="960"/>
          </w:tcPr>
          <w:p>
            <w:r>
              <w:rPr>
                <w:b/>
                <w:sz w:val="18"/>
              </w:rPr>
              <w:t>1302-42-7</w:t>
            </w:r>
          </w:p>
        </w:tc>
        <w:tc>
          <w:tcPr>
            <w:tcW w:type="dxa" w:w="960"/>
          </w:tcPr>
          <w:p>
            <w:r>
              <w:rPr>
                <w:b/>
                <w:sz w:val="18"/>
              </w:rPr>
              <w:t>8</w:t>
            </w:r>
          </w:p>
        </w:tc>
        <w:tc>
          <w:tcPr>
            <w:tcW w:type="dxa" w:w="960"/>
          </w:tcPr>
          <w:p>
            <w:r>
              <w:rPr>
                <w:b/>
                <w:sz w:val="18"/>
              </w:rPr>
              <w:t>1819</w:t>
            </w:r>
          </w:p>
        </w:tc>
        <w:tc>
          <w:tcPr>
            <w:tcW w:type="dxa" w:w="960"/>
          </w:tcPr>
          <w:p>
            <w:r>
              <w:rPr>
                <w:b/>
                <w:sz w:val="18"/>
              </w:rPr>
              <w:t>II</w:t>
            </w:r>
          </w:p>
        </w:tc>
        <w:tc>
          <w:tcPr>
            <w:tcW w:type="dxa" w:w="960"/>
          </w:tcPr>
          <w:p>
            <w:r>
              <w:rPr>
                <w:b/>
                <w:sz w:val="18"/>
              </w:rPr>
              <w:t>&lt;5 L/batch</w:t>
            </w:r>
          </w:p>
        </w:tc>
        <w:tc>
          <w:tcPr>
            <w:tcW w:type="dxa" w:w="960"/>
          </w:tcPr>
          <w:p>
            <w:r>
              <w:rPr>
                <w:b/>
                <w:sz w:val="18"/>
              </w:rPr>
              <w:t>Jerrycan</w:t>
            </w:r>
          </w:p>
        </w:tc>
        <w:tc>
          <w:tcPr>
            <w:tcW w:type="dxa" w:w="960"/>
          </w:tcPr>
          <w:p>
            <w:r>
              <w:rPr>
                <w:b/>
                <w:sz w:val="18"/>
              </w:rPr>
              <w:t>Rack lab</w:t>
            </w:r>
          </w:p>
        </w:tc>
      </w:tr>
      <w:tr>
        <w:tc>
          <w:tcPr>
            <w:tcW w:type="dxa" w:w="960"/>
          </w:tcPr>
          <w:p>
            <w:r>
              <w:rPr>
                <w:b/>
                <w:sz w:val="18"/>
              </w:rPr>
              <w:t>16</w:t>
            </w:r>
          </w:p>
        </w:tc>
        <w:tc>
          <w:tcPr>
            <w:tcW w:type="dxa" w:w="960"/>
          </w:tcPr>
          <w:p>
            <w:r>
              <w:rPr>
                <w:b/>
                <w:sz w:val="18"/>
              </w:rPr>
              <w:t>Natriumfosfaat (Na₃PO₄)</w:t>
            </w:r>
          </w:p>
        </w:tc>
        <w:tc>
          <w:tcPr>
            <w:tcW w:type="dxa" w:w="960"/>
          </w:tcPr>
          <w:p>
            <w:r>
              <w:rPr>
                <w:b/>
                <w:sz w:val="18"/>
              </w:rPr>
              <w:t>7601-54-9</w:t>
            </w:r>
          </w:p>
        </w:tc>
        <w:tc>
          <w:tcPr>
            <w:tcW w:type="dxa" w:w="960"/>
          </w:tcPr>
          <w:p>
            <w:r>
              <w:rPr>
                <w:b/>
                <w:sz w:val="18"/>
              </w:rPr>
              <w:t>N/A</w:t>
            </w:r>
          </w:p>
        </w:tc>
        <w:tc>
          <w:tcPr>
            <w:tcW w:type="dxa" w:w="960"/>
          </w:tcPr>
          <w:p>
            <w:r>
              <w:rPr>
                <w:b/>
                <w:sz w:val="18"/>
              </w:rPr>
              <w:t>—</w:t>
            </w:r>
          </w:p>
        </w:tc>
        <w:tc>
          <w:tcPr>
            <w:tcW w:type="dxa" w:w="960"/>
          </w:tcPr>
          <w:p>
            <w:r>
              <w:rPr>
                <w:b/>
                <w:sz w:val="18"/>
              </w:rPr>
              <w:t>—</w:t>
            </w:r>
          </w:p>
        </w:tc>
        <w:tc>
          <w:tcPr>
            <w:tcW w:type="dxa" w:w="960"/>
          </w:tcPr>
          <w:p>
            <w:r>
              <w:rPr>
                <w:b/>
                <w:sz w:val="18"/>
              </w:rPr>
              <w:t>&lt;1 kg/batch</w:t>
            </w:r>
          </w:p>
        </w:tc>
        <w:tc>
          <w:tcPr>
            <w:tcW w:type="dxa" w:w="960"/>
          </w:tcPr>
          <w:p>
            <w:r>
              <w:rPr>
                <w:b/>
                <w:sz w:val="18"/>
              </w:rPr>
              <w:t>Canister</w:t>
            </w:r>
          </w:p>
        </w:tc>
        <w:tc>
          <w:tcPr>
            <w:tcW w:type="dxa" w:w="960"/>
          </w:tcPr>
          <w:p>
            <w:r>
              <w:rPr>
                <w:b/>
                <w:sz w:val="18"/>
              </w:rPr>
              <w:t>Rack lab</w:t>
            </w:r>
          </w:p>
        </w:tc>
      </w:tr>
      <w:tr>
        <w:tc>
          <w:tcPr>
            <w:tcW w:type="dxa" w:w="960"/>
          </w:tcPr>
          <w:p>
            <w:r>
              <w:rPr>
                <w:b/>
                <w:sz w:val="18"/>
              </w:rPr>
              <w:t>17</w:t>
            </w:r>
          </w:p>
        </w:tc>
        <w:tc>
          <w:tcPr>
            <w:tcW w:type="dxa" w:w="960"/>
          </w:tcPr>
          <w:p>
            <w:r>
              <w:rPr>
                <w:b/>
                <w:sz w:val="18"/>
              </w:rPr>
              <w:t>Vanadiumpentoxide (V₂O₅)</w:t>
            </w:r>
          </w:p>
        </w:tc>
        <w:tc>
          <w:tcPr>
            <w:tcW w:type="dxa" w:w="960"/>
          </w:tcPr>
          <w:p>
            <w:r>
              <w:rPr>
                <w:b/>
                <w:sz w:val="18"/>
              </w:rPr>
              <w:t>1314-62-1</w:t>
            </w:r>
          </w:p>
        </w:tc>
        <w:tc>
          <w:tcPr>
            <w:tcW w:type="dxa" w:w="960"/>
          </w:tcPr>
          <w:p>
            <w:r>
              <w:rPr>
                <w:b/>
                <w:sz w:val="18"/>
              </w:rPr>
              <w:t>6.1</w:t>
            </w:r>
          </w:p>
        </w:tc>
        <w:tc>
          <w:tcPr>
            <w:tcW w:type="dxa" w:w="960"/>
          </w:tcPr>
          <w:p>
            <w:r>
              <w:rPr>
                <w:b/>
                <w:sz w:val="18"/>
              </w:rPr>
              <w:t>2862</w:t>
            </w:r>
          </w:p>
        </w:tc>
        <w:tc>
          <w:tcPr>
            <w:tcW w:type="dxa" w:w="960"/>
          </w:tcPr>
          <w:p>
            <w:r>
              <w:rPr>
                <w:b/>
                <w:sz w:val="18"/>
              </w:rPr>
              <w:t>III</w:t>
            </w:r>
          </w:p>
        </w:tc>
        <w:tc>
          <w:tcPr>
            <w:tcW w:type="dxa" w:w="960"/>
          </w:tcPr>
          <w:p>
            <w:r>
              <w:rPr>
                <w:b/>
                <w:sz w:val="18"/>
              </w:rPr>
              <w:t>&lt;1 kg/batch</w:t>
            </w:r>
          </w:p>
        </w:tc>
        <w:tc>
          <w:tcPr>
            <w:tcW w:type="dxa" w:w="960"/>
          </w:tcPr>
          <w:p>
            <w:r>
              <w:rPr>
                <w:b/>
                <w:sz w:val="18"/>
              </w:rPr>
              <w:t>Container</w:t>
            </w:r>
          </w:p>
        </w:tc>
        <w:tc>
          <w:tcPr>
            <w:tcW w:type="dxa" w:w="960"/>
          </w:tcPr>
          <w:p>
            <w:r>
              <w:rPr>
                <w:b/>
                <w:sz w:val="18"/>
              </w:rPr>
              <w:t>Rack lab</w:t>
            </w:r>
          </w:p>
        </w:tc>
      </w:tr>
      <w:tr>
        <w:tc>
          <w:tcPr>
            <w:tcW w:type="dxa" w:w="960"/>
          </w:tcPr>
          <w:p>
            <w:r>
              <w:rPr>
                <w:b/>
                <w:sz w:val="18"/>
              </w:rPr>
              <w:t>18</w:t>
            </w:r>
          </w:p>
        </w:tc>
        <w:tc>
          <w:tcPr>
            <w:tcW w:type="dxa" w:w="960"/>
          </w:tcPr>
          <w:p>
            <w:r>
              <w:rPr>
                <w:b/>
                <w:sz w:val="18"/>
              </w:rPr>
              <w:t>Vanadium-elektrolyt</w:t>
            </w:r>
          </w:p>
        </w:tc>
        <w:tc>
          <w:tcPr>
            <w:tcW w:type="dxa" w:w="960"/>
          </w:tcPr>
          <w:p>
            <w:r>
              <w:rPr>
                <w:b/>
                <w:sz w:val="18"/>
              </w:rPr>
              <w:t>7664-93-9 / 13701-70-7 / 27774-13-6</w:t>
            </w:r>
          </w:p>
        </w:tc>
        <w:tc>
          <w:tcPr>
            <w:tcW w:type="dxa" w:w="960"/>
          </w:tcPr>
          <w:p>
            <w:r>
              <w:rPr>
                <w:b/>
                <w:sz w:val="18"/>
              </w:rPr>
              <w:t>8</w:t>
            </w:r>
          </w:p>
        </w:tc>
        <w:tc>
          <w:tcPr>
            <w:tcW w:type="dxa" w:w="960"/>
          </w:tcPr>
          <w:p>
            <w:r>
              <w:rPr>
                <w:b/>
                <w:sz w:val="18"/>
              </w:rPr>
              <w:t>2796</w:t>
            </w:r>
          </w:p>
        </w:tc>
        <w:tc>
          <w:tcPr>
            <w:tcW w:type="dxa" w:w="960"/>
          </w:tcPr>
          <w:p>
            <w:r>
              <w:rPr>
                <w:b/>
                <w:sz w:val="18"/>
              </w:rPr>
              <w:t>II</w:t>
            </w:r>
          </w:p>
        </w:tc>
        <w:tc>
          <w:tcPr>
            <w:tcW w:type="dxa" w:w="960"/>
          </w:tcPr>
          <w:p>
            <w:r>
              <w:rPr>
                <w:b/>
                <w:sz w:val="18"/>
              </w:rPr>
              <w:t>&lt;5 L/batch</w:t>
            </w:r>
          </w:p>
        </w:tc>
        <w:tc>
          <w:tcPr>
            <w:tcW w:type="dxa" w:w="960"/>
          </w:tcPr>
          <w:p>
            <w:r>
              <w:rPr>
                <w:b/>
                <w:sz w:val="18"/>
              </w:rPr>
              <w:t>Jerrycan</w:t>
            </w:r>
          </w:p>
        </w:tc>
        <w:tc>
          <w:tcPr>
            <w:tcW w:type="dxa" w:w="960"/>
          </w:tcPr>
          <w:p>
            <w:r>
              <w:rPr>
                <w:b/>
                <w:sz w:val="18"/>
              </w:rPr>
              <w:t>Rack lab</w:t>
            </w:r>
          </w:p>
        </w:tc>
      </w:tr>
      <w:tr>
        <w:tc>
          <w:tcPr>
            <w:tcW w:type="dxa" w:w="960"/>
          </w:tcPr>
          <w:p>
            <w:r>
              <w:rPr>
                <w:b/>
                <w:sz w:val="18"/>
              </w:rPr>
              <w:t>19</w:t>
            </w:r>
          </w:p>
        </w:tc>
        <w:tc>
          <w:tcPr>
            <w:tcW w:type="dxa" w:w="960"/>
          </w:tcPr>
          <w:p>
            <w:r>
              <w:rPr>
                <w:b/>
                <w:sz w:val="18"/>
              </w:rPr>
              <w:t>Filter cake (residu)</w:t>
            </w:r>
          </w:p>
        </w:tc>
        <w:tc>
          <w:tcPr>
            <w:tcW w:type="dxa" w:w="960"/>
          </w:tcPr>
          <w:p>
            <w:r>
              <w:rPr>
                <w:b/>
                <w:sz w:val="18"/>
              </w:rPr>
              <w:t>N/A (mengsel)</w:t>
            </w:r>
          </w:p>
        </w:tc>
        <w:tc>
          <w:tcPr>
            <w:tcW w:type="dxa" w:w="960"/>
          </w:tcPr>
          <w:p>
            <w:r>
              <w:rPr>
                <w:b/>
                <w:sz w:val="18"/>
              </w:rPr>
              <w:t>N/A</w:t>
            </w:r>
          </w:p>
        </w:tc>
        <w:tc>
          <w:tcPr>
            <w:tcW w:type="dxa" w:w="960"/>
          </w:tcPr>
          <w:p>
            <w:r>
              <w:rPr>
                <w:b/>
                <w:sz w:val="18"/>
              </w:rPr>
              <w:t>—</w:t>
            </w:r>
          </w:p>
        </w:tc>
        <w:tc>
          <w:tcPr>
            <w:tcW w:type="dxa" w:w="960"/>
          </w:tcPr>
          <w:p>
            <w:r>
              <w:rPr>
                <w:b/>
                <w:sz w:val="18"/>
              </w:rPr>
              <w:t>—</w:t>
            </w:r>
          </w:p>
        </w:tc>
        <w:tc>
          <w:tcPr>
            <w:tcW w:type="dxa" w:w="960"/>
          </w:tcPr>
          <w:p>
            <w:r>
              <w:rPr>
                <w:b/>
                <w:sz w:val="18"/>
              </w:rPr>
              <w:t>~1-2 kg/batch</w:t>
            </w:r>
          </w:p>
        </w:tc>
        <w:tc>
          <w:tcPr>
            <w:tcW w:type="dxa" w:w="960"/>
          </w:tcPr>
          <w:p>
            <w:r>
              <w:rPr>
                <w:b/>
                <w:sz w:val="18"/>
              </w:rPr>
              <w:t>Container</w:t>
            </w:r>
          </w:p>
        </w:tc>
        <w:tc>
          <w:tcPr>
            <w:tcW w:type="dxa" w:w="960"/>
          </w:tcPr>
          <w:p>
            <w:r>
              <w:rPr>
                <w:b/>
                <w:sz w:val="18"/>
              </w:rPr>
              <w:t>Rack lab</w:t>
            </w:r>
          </w:p>
        </w:tc>
      </w:tr>
      <w:tr>
        <w:tc>
          <w:tcPr>
            <w:tcW w:type="dxa" w:w="960"/>
          </w:tcPr>
          <w:p>
            <w:r>
              <w:rPr>
                <w:b/>
                <w:sz w:val="18"/>
              </w:rPr>
              <w:t>20</w:t>
            </w:r>
          </w:p>
        </w:tc>
        <w:tc>
          <w:tcPr>
            <w:tcW w:type="dxa" w:w="960"/>
          </w:tcPr>
          <w:p>
            <w:r>
              <w:rPr>
                <w:b/>
                <w:sz w:val="18"/>
              </w:rPr>
              <w:t>Spoelwater/filtraten</w:t>
            </w:r>
          </w:p>
        </w:tc>
        <w:tc>
          <w:tcPr>
            <w:tcW w:type="dxa" w:w="960"/>
          </w:tcPr>
          <w:p>
            <w:r>
              <w:rPr>
                <w:b/>
                <w:sz w:val="18"/>
              </w:rPr>
              <w:t>N/A (mengsel)</w:t>
            </w:r>
          </w:p>
        </w:tc>
        <w:tc>
          <w:tcPr>
            <w:tcW w:type="dxa" w:w="960"/>
          </w:tcPr>
          <w:p>
            <w:r>
              <w:rPr>
                <w:b/>
                <w:sz w:val="18"/>
              </w:rPr>
              <w:t>Te class.</w:t>
            </w:r>
          </w:p>
        </w:tc>
        <w:tc>
          <w:tcPr>
            <w:tcW w:type="dxa" w:w="960"/>
          </w:tcPr>
          <w:p>
            <w:r>
              <w:rPr>
                <w:b/>
                <w:sz w:val="18"/>
              </w:rPr>
              <w:t>—</w:t>
            </w:r>
          </w:p>
        </w:tc>
        <w:tc>
          <w:tcPr>
            <w:tcW w:type="dxa" w:w="960"/>
          </w:tcPr>
          <w:p>
            <w:r>
              <w:rPr>
                <w:b/>
                <w:sz w:val="18"/>
              </w:rPr>
              <w:t>—</w:t>
            </w:r>
          </w:p>
        </w:tc>
        <w:tc>
          <w:tcPr>
            <w:tcW w:type="dxa" w:w="960"/>
          </w:tcPr>
          <w:p>
            <w:r>
              <w:rPr>
                <w:b/>
                <w:sz w:val="18"/>
              </w:rPr>
              <w:t>~5-10 L/batch</w:t>
            </w:r>
          </w:p>
        </w:tc>
        <w:tc>
          <w:tcPr>
            <w:tcW w:type="dxa" w:w="960"/>
          </w:tcPr>
          <w:p>
            <w:r>
              <w:rPr>
                <w:b/>
                <w:sz w:val="18"/>
              </w:rPr>
              <w:t>Jerrycan</w:t>
            </w:r>
          </w:p>
        </w:tc>
        <w:tc>
          <w:tcPr>
            <w:tcW w:type="dxa" w:w="960"/>
          </w:tcPr>
          <w:p>
            <w:r>
              <w:rPr>
                <w:b/>
                <w:sz w:val="18"/>
              </w:rPr>
              <w:t>Rack lab</w:t>
            </w:r>
          </w:p>
        </w:tc>
      </w:tr>
    </w:tbl>
    <w:p>
      <w:pPr>
        <w:pStyle w:val="Heading2"/>
      </w:pPr>
      <w:r>
        <w:t>2.2 Steelmaking Slag (invoermateriaal)</w:t>
      </w:r>
    </w:p>
    <w:p>
      <w:r>
        <w:t>Steelmaking slag (ladle slag, poeder, CAS 65996-71-6) is het invoermateriaal voor het vanadiumextractieproces. Het betreft een mengsel van Fe-oxiden, silicaten, SiO₂, MgO, MnO, CaO en P₂O₅ uit staalproductie. H-codes: H315, H318, H335, H372. GHS: GHS05, GHS07, GHS08. ADR: niet gereguleerd [1][4].</w:t>
      </w:r>
    </w:p>
    <w:tbl>
      <w:tblPr>
        <w:tblStyle w:val="LightGrid-Accent1"/>
        <w:tblW w:type="auto" w:w="0"/>
        <w:jc w:val="center"/>
        <w:tblLook w:firstColumn="1" w:firstRow="1" w:lastColumn="0" w:lastRow="0" w:noHBand="0" w:noVBand="1" w:val="04A0"/>
      </w:tblPr>
      <w:tblGrid>
        <w:gridCol w:w="2880"/>
        <w:gridCol w:w="2880"/>
        <w:gridCol w:w="2880"/>
      </w:tblGrid>
      <w:tr>
        <w:tc>
          <w:tcPr>
            <w:tcW w:type="dxa" w:w="2880"/>
          </w:tcPr>
          <w:p>
            <w:r>
              <w:rPr>
                <w:b/>
                <w:sz w:val="18"/>
              </w:rPr>
              <w:t>Component</w:t>
            </w:r>
          </w:p>
        </w:tc>
        <w:tc>
          <w:tcPr>
            <w:tcW w:type="dxa" w:w="2880"/>
          </w:tcPr>
          <w:p>
            <w:r>
              <w:rPr>
                <w:b/>
                <w:sz w:val="18"/>
              </w:rPr>
              <w:t>Beschrijving</w:t>
            </w:r>
          </w:p>
        </w:tc>
        <w:tc>
          <w:tcPr>
            <w:tcW w:type="dxa" w:w="2880"/>
          </w:tcPr>
          <w:p>
            <w:r>
              <w:rPr>
                <w:b/>
                <w:sz w:val="18"/>
              </w:rPr>
              <w:t>Relevantie</w:t>
            </w:r>
          </w:p>
        </w:tc>
      </w:tr>
      <w:tr>
        <w:tc>
          <w:tcPr>
            <w:tcW w:type="dxa" w:w="2880"/>
          </w:tcPr>
          <w:p>
            <w:r>
              <w:rPr>
                <w:b/>
                <w:sz w:val="18"/>
              </w:rPr>
              <w:t>Fe-oxiden / silicaten</w:t>
            </w:r>
          </w:p>
        </w:tc>
        <w:tc>
          <w:tcPr>
            <w:tcW w:type="dxa" w:w="2880"/>
          </w:tcPr>
          <w:p>
            <w:r>
              <w:rPr>
                <w:b/>
                <w:sz w:val="18"/>
              </w:rPr>
              <w:t>Hoofdbestanddeel, bron Fe₂O₃ + silica</w:t>
            </w:r>
          </w:p>
        </w:tc>
        <w:tc>
          <w:tcPr>
            <w:tcW w:type="dxa" w:w="2880"/>
          </w:tcPr>
          <w:p>
            <w:r>
              <w:rPr>
                <w:b/>
                <w:sz w:val="18"/>
              </w:rPr>
              <w:t>Niet-ADR</w:t>
            </w:r>
          </w:p>
        </w:tc>
      </w:tr>
      <w:tr>
        <w:tc>
          <w:tcPr>
            <w:tcW w:type="dxa" w:w="2880"/>
          </w:tcPr>
          <w:p>
            <w:r>
              <w:rPr>
                <w:b/>
                <w:sz w:val="18"/>
              </w:rPr>
              <w:t>CaO / Ca-compounden</w:t>
            </w:r>
          </w:p>
        </w:tc>
        <w:tc>
          <w:tcPr>
            <w:tcW w:type="dxa" w:w="2880"/>
          </w:tcPr>
          <w:p>
            <w:r>
              <w:rPr>
                <w:b/>
                <w:sz w:val="18"/>
              </w:rPr>
              <w:t>Calciumbron → Ca(OH)₂ + CaSO₄ eindproduct</w:t>
            </w:r>
          </w:p>
        </w:tc>
        <w:tc>
          <w:tcPr>
            <w:tcW w:type="dxa" w:w="2880"/>
          </w:tcPr>
          <w:p>
            <w:r>
              <w:rPr>
                <w:b/>
                <w:sz w:val="18"/>
              </w:rPr>
              <w:t>Niet-ADR</w:t>
            </w:r>
          </w:p>
        </w:tc>
      </w:tr>
      <w:tr>
        <w:tc>
          <w:tcPr>
            <w:tcW w:type="dxa" w:w="2880"/>
          </w:tcPr>
          <w:p>
            <w:r>
              <w:rPr>
                <w:b/>
                <w:sz w:val="18"/>
              </w:rPr>
              <w:t>MgO</w:t>
            </w:r>
          </w:p>
        </w:tc>
        <w:tc>
          <w:tcPr>
            <w:tcW w:type="dxa" w:w="2880"/>
          </w:tcPr>
          <w:p>
            <w:r>
              <w:rPr>
                <w:b/>
                <w:sz w:val="18"/>
              </w:rPr>
              <w:t>Magnesiumbron → Mg(OH)₂ eindproduct</w:t>
            </w:r>
          </w:p>
        </w:tc>
        <w:tc>
          <w:tcPr>
            <w:tcW w:type="dxa" w:w="2880"/>
          </w:tcPr>
          <w:p>
            <w:r>
              <w:rPr>
                <w:b/>
                <w:sz w:val="18"/>
              </w:rPr>
              <w:t>Niet-ADR</w:t>
            </w:r>
          </w:p>
        </w:tc>
      </w:tr>
      <w:tr>
        <w:tc>
          <w:tcPr>
            <w:tcW w:type="dxa" w:w="2880"/>
          </w:tcPr>
          <w:p>
            <w:r>
              <w:rPr>
                <w:b/>
                <w:sz w:val="18"/>
              </w:rPr>
              <w:t>MnO</w:t>
            </w:r>
          </w:p>
        </w:tc>
        <w:tc>
          <w:tcPr>
            <w:tcW w:type="dxa" w:w="2880"/>
          </w:tcPr>
          <w:p>
            <w:r>
              <w:rPr>
                <w:b/>
                <w:sz w:val="18"/>
              </w:rPr>
              <w:t>Mangaanbron → MnO₂ eindproduct</w:t>
            </w:r>
          </w:p>
        </w:tc>
        <w:tc>
          <w:tcPr>
            <w:tcW w:type="dxa" w:w="2880"/>
          </w:tcPr>
          <w:p>
            <w:r>
              <w:rPr>
                <w:b/>
                <w:sz w:val="18"/>
              </w:rPr>
              <w:t>Niet-ADR (MnO₂: H302/H332/H373)</w:t>
            </w:r>
          </w:p>
        </w:tc>
      </w:tr>
      <w:tr>
        <w:tc>
          <w:tcPr>
            <w:tcW w:type="dxa" w:w="2880"/>
          </w:tcPr>
          <w:p>
            <w:r>
              <w:rPr>
                <w:b/>
                <w:sz w:val="18"/>
              </w:rPr>
              <w:t>P₂O₅</w:t>
            </w:r>
          </w:p>
        </w:tc>
        <w:tc>
          <w:tcPr>
            <w:tcW w:type="dxa" w:w="2880"/>
          </w:tcPr>
          <w:p>
            <w:r>
              <w:rPr>
                <w:b/>
                <w:sz w:val="18"/>
              </w:rPr>
              <w:t>Fosforbron → Na₃PO₄ eindproduct</w:t>
            </w:r>
          </w:p>
        </w:tc>
        <w:tc>
          <w:tcPr>
            <w:tcW w:type="dxa" w:w="2880"/>
          </w:tcPr>
          <w:p>
            <w:r>
              <w:rPr>
                <w:b/>
                <w:sz w:val="18"/>
              </w:rPr>
              <w:t>Niet-ADR (Na₃PO₄: H315/H319/H335)</w:t>
            </w:r>
          </w:p>
        </w:tc>
      </w:tr>
      <w:tr>
        <w:tc>
          <w:tcPr>
            <w:tcW w:type="dxa" w:w="2880"/>
          </w:tcPr>
          <w:p>
            <w:r>
              <w:rPr>
                <w:b/>
                <w:sz w:val="18"/>
              </w:rPr>
              <w:t>SiO₂</w:t>
            </w:r>
          </w:p>
        </w:tc>
        <w:tc>
          <w:tcPr>
            <w:tcW w:type="dxa" w:w="2880"/>
          </w:tcPr>
          <w:p>
            <w:r>
              <w:rPr>
                <w:b/>
                <w:sz w:val="18"/>
              </w:rPr>
              <w:t>Silicabron → precipitated silica + CaSO₄/SiO₂</w:t>
            </w:r>
          </w:p>
        </w:tc>
        <w:tc>
          <w:tcPr>
            <w:tcW w:type="dxa" w:w="2880"/>
          </w:tcPr>
          <w:p>
            <w:r>
              <w:rPr>
                <w:b/>
                <w:sz w:val="18"/>
              </w:rPr>
              <w:t>Niet-ADR</w:t>
            </w:r>
          </w:p>
        </w:tc>
      </w:tr>
      <w:tr>
        <w:tc>
          <w:tcPr>
            <w:tcW w:type="dxa" w:w="2880"/>
          </w:tcPr>
          <w:p>
            <w:r>
              <w:rPr>
                <w:b/>
                <w:sz w:val="18"/>
              </w:rPr>
              <w:t>V-verbindingen</w:t>
            </w:r>
          </w:p>
        </w:tc>
        <w:tc>
          <w:tcPr>
            <w:tcW w:type="dxa" w:w="2880"/>
          </w:tcPr>
          <w:p>
            <w:r>
              <w:rPr>
                <w:b/>
                <w:sz w:val="18"/>
              </w:rPr>
              <w:t>Vanadiumbron → V₂O₅, elektrolyt, NaVO₃</w:t>
            </w:r>
          </w:p>
        </w:tc>
        <w:tc>
          <w:tcPr>
            <w:tcW w:type="dxa" w:w="2880"/>
          </w:tcPr>
          <w:p>
            <w:r>
              <w:rPr>
                <w:b/>
                <w:sz w:val="18"/>
              </w:rPr>
              <w:t>ADR 6.1 (V₂O₅, NaVO₃); ADR 8 (elektrolyt)</w:t>
            </w:r>
          </w:p>
        </w:tc>
      </w:tr>
    </w:tbl>
    <w:p/>
    <w:p>
      <w:r>
        <w:rPr>
          <w:b/>
        </w:rPr>
        <w:t>Demo-fase parameters:</w:t>
      </w:r>
    </w:p>
    <w:p>
      <w:pPr>
        <w:pStyle w:val="ListBullet"/>
      </w:pPr>
      <w:r>
        <w:t>Maximale totale slag-verwerking: ≤60 kg</w:t>
      </w:r>
    </w:p>
    <w:p>
      <w:pPr>
        <w:pStyle w:val="ListBullet"/>
      </w:pPr>
      <w:r>
        <w:t>Batchgrootte: 3,5 kg per batch</w:t>
      </w:r>
    </w:p>
    <w:p>
      <w:pPr>
        <w:pStyle w:val="ListBullet"/>
      </w:pPr>
      <w:r>
        <w:t>Campagneduur: ≤3 maanden</w:t>
      </w:r>
    </w:p>
    <w:p>
      <w:pPr>
        <w:pStyle w:val="ListBullet"/>
      </w:pPr>
      <w:r>
        <w:t>Locatie: PlantOne Rotterdam (havengebied)</w:t>
      </w:r>
    </w:p>
    <w:p>
      <w:pPr>
        <w:pStyle w:val="Heading2"/>
      </w:pPr>
      <w:r>
        <w:t>2.3 Eindproducten (10 stoffen)</w:t>
      </w:r>
    </w:p>
    <w:p>
      <w:r>
        <w:t>De pilot plant produceert 10 eindproducten. Hoofdproducten: vanadiumpentoxide (V₂O₅, CAS 1314-62-1, ADR 6.1/PG III, Carc. 1B) en vanadium-elektrolyt (multi-CAS, ADR 8/PG II, Repr. 2). Nevenproducten: calciumhydroxide, silica, ijzeroxide, mangaan(IV)oxide, magnesiumhydroxide, natriumaluminaat-oplossing (ADR 8/PG II), natriumfosfaat en natriummetavanadaat-oplossing (ADR 6.1/PG III, Muta. 2, Repr. 2) [1][4].</w:t>
      </w:r>
    </w:p>
    <w:p>
      <w:pPr>
        <w:pStyle w:val="Heading2"/>
      </w:pPr>
      <w:r>
        <w:t>2.4 Intermediairen (5 stoffen)</w:t>
      </w:r>
    </w:p>
    <w:tbl>
      <w:tblPr>
        <w:tblStyle w:val="LightGrid-Accent1"/>
        <w:tblW w:type="auto" w:w="0"/>
        <w:jc w:val="center"/>
        <w:tblLook w:firstColumn="1" w:firstRow="1" w:lastColumn="0" w:lastRow="0" w:noHBand="0" w:noVBand="1" w:val="04A0"/>
      </w:tblPr>
      <w:tblGrid>
        <w:gridCol w:w="2160"/>
        <w:gridCol w:w="2160"/>
        <w:gridCol w:w="2160"/>
        <w:gridCol w:w="2160"/>
      </w:tblGrid>
      <w:tr>
        <w:tc>
          <w:tcPr>
            <w:tcW w:type="dxa" w:w="2160"/>
          </w:tcPr>
          <w:p>
            <w:r>
              <w:rPr>
                <w:b/>
                <w:sz w:val="18"/>
              </w:rPr>
              <w:t>Intermediair</w:t>
            </w:r>
          </w:p>
        </w:tc>
        <w:tc>
          <w:tcPr>
            <w:tcW w:type="dxa" w:w="2160"/>
          </w:tcPr>
          <w:p>
            <w:r>
              <w:rPr>
                <w:b/>
                <w:sz w:val="18"/>
              </w:rPr>
              <w:t>Beschrijving</w:t>
            </w:r>
          </w:p>
        </w:tc>
        <w:tc>
          <w:tcPr>
            <w:tcW w:type="dxa" w:w="2160"/>
          </w:tcPr>
          <w:p>
            <w:r>
              <w:rPr>
                <w:b/>
                <w:sz w:val="18"/>
              </w:rPr>
              <w:t>Hoeveelheid (demo)</w:t>
            </w:r>
          </w:p>
        </w:tc>
        <w:tc>
          <w:tcPr>
            <w:tcW w:type="dxa" w:w="2160"/>
          </w:tcPr>
          <w:p>
            <w:r>
              <w:rPr>
                <w:b/>
                <w:sz w:val="18"/>
              </w:rPr>
              <w:t>Classificatie</w:t>
            </w:r>
          </w:p>
        </w:tc>
      </w:tr>
      <w:tr>
        <w:tc>
          <w:tcPr>
            <w:tcW w:type="dxa" w:w="2160"/>
          </w:tcPr>
          <w:p>
            <w:r>
              <w:rPr>
                <w:b/>
                <w:sz w:val="18"/>
              </w:rPr>
              <w:t>Calciumsulfaat/silica</w:t>
            </w:r>
          </w:p>
        </w:tc>
        <w:tc>
          <w:tcPr>
            <w:tcW w:type="dxa" w:w="2160"/>
          </w:tcPr>
          <w:p>
            <w:r>
              <w:rPr>
                <w:b/>
                <w:sz w:val="18"/>
              </w:rPr>
              <w:t>Mengsel CaSO₄·2H₂O + SiO₂ na extractie</w:t>
            </w:r>
          </w:p>
        </w:tc>
        <w:tc>
          <w:tcPr>
            <w:tcW w:type="dxa" w:w="2160"/>
          </w:tcPr>
          <w:p>
            <w:r>
              <w:rPr>
                <w:b/>
                <w:sz w:val="18"/>
              </w:rPr>
              <w:t>~5 kg/batch</w:t>
            </w:r>
          </w:p>
        </w:tc>
        <w:tc>
          <w:tcPr>
            <w:tcW w:type="dxa" w:w="2160"/>
          </w:tcPr>
          <w:p>
            <w:r>
              <w:rPr>
                <w:b/>
                <w:sz w:val="18"/>
              </w:rPr>
              <w:t>Niet gereguleerd</w:t>
            </w:r>
          </w:p>
        </w:tc>
      </w:tr>
      <w:tr>
        <w:tc>
          <w:tcPr>
            <w:tcW w:type="dxa" w:w="2160"/>
          </w:tcPr>
          <w:p>
            <w:r>
              <w:rPr>
                <w:b/>
                <w:sz w:val="18"/>
              </w:rPr>
              <w:t>Natriumsulfaat decahydraat</w:t>
            </w:r>
          </w:p>
        </w:tc>
        <w:tc>
          <w:tcPr>
            <w:tcW w:type="dxa" w:w="2160"/>
          </w:tcPr>
          <w:p>
            <w:r>
              <w:rPr>
                <w:b/>
                <w:sz w:val="18"/>
              </w:rPr>
              <w:t>Na₂SO₄·10H₂O, nevensproduct</w:t>
            </w:r>
          </w:p>
        </w:tc>
        <w:tc>
          <w:tcPr>
            <w:tcW w:type="dxa" w:w="2160"/>
          </w:tcPr>
          <w:p>
            <w:r>
              <w:rPr>
                <w:b/>
                <w:sz w:val="18"/>
              </w:rPr>
              <w:t>~3 kg/batch</w:t>
            </w:r>
          </w:p>
        </w:tc>
        <w:tc>
          <w:tcPr>
            <w:tcW w:type="dxa" w:w="2160"/>
          </w:tcPr>
          <w:p>
            <w:r>
              <w:rPr>
                <w:b/>
                <w:sz w:val="18"/>
              </w:rPr>
              <w:t>Niet gereguleerd</w:t>
            </w:r>
          </w:p>
        </w:tc>
      </w:tr>
      <w:tr>
        <w:tc>
          <w:tcPr>
            <w:tcW w:type="dxa" w:w="2160"/>
          </w:tcPr>
          <w:p>
            <w:r>
              <w:rPr>
                <w:b/>
                <w:sz w:val="18"/>
              </w:rPr>
              <w:t>Trinatriumorthovanadaat</w:t>
            </w:r>
          </w:p>
        </w:tc>
        <w:tc>
          <w:tcPr>
            <w:tcW w:type="dxa" w:w="2160"/>
          </w:tcPr>
          <w:p>
            <w:r>
              <w:rPr>
                <w:b/>
                <w:sz w:val="18"/>
              </w:rPr>
              <w:t>Na₃VO₄, intermediair V-extractie</w:t>
            </w:r>
          </w:p>
        </w:tc>
        <w:tc>
          <w:tcPr>
            <w:tcW w:type="dxa" w:w="2160"/>
          </w:tcPr>
          <w:p>
            <w:r>
              <w:rPr>
                <w:b/>
                <w:sz w:val="18"/>
              </w:rPr>
              <w:t>&lt;1 kg/batch</w:t>
            </w:r>
          </w:p>
        </w:tc>
        <w:tc>
          <w:tcPr>
            <w:tcW w:type="dxa" w:w="2160"/>
          </w:tcPr>
          <w:p>
            <w:r>
              <w:rPr>
                <w:b/>
                <w:sz w:val="18"/>
              </w:rPr>
              <w:t>H302/H312/H315/H319/H332</w:t>
            </w:r>
          </w:p>
        </w:tc>
      </w:tr>
      <w:tr>
        <w:tc>
          <w:tcPr>
            <w:tcW w:type="dxa" w:w="2160"/>
          </w:tcPr>
          <w:p>
            <w:r>
              <w:rPr>
                <w:b/>
                <w:sz w:val="18"/>
              </w:rPr>
              <w:t>Natriummetavanadaat-oplossing</w:t>
            </w:r>
          </w:p>
        </w:tc>
        <w:tc>
          <w:tcPr>
            <w:tcW w:type="dxa" w:w="2160"/>
          </w:tcPr>
          <w:p>
            <w:r>
              <w:rPr>
                <w:b/>
                <w:sz w:val="18"/>
              </w:rPr>
              <w:t>NaVO₃ oplossing, intermediair</w:t>
            </w:r>
          </w:p>
        </w:tc>
        <w:tc>
          <w:tcPr>
            <w:tcW w:type="dxa" w:w="2160"/>
          </w:tcPr>
          <w:p>
            <w:r>
              <w:rPr>
                <w:b/>
                <w:sz w:val="18"/>
              </w:rPr>
              <w:t>&lt;2 L/batch</w:t>
            </w:r>
          </w:p>
        </w:tc>
        <w:tc>
          <w:tcPr>
            <w:tcW w:type="dxa" w:w="2160"/>
          </w:tcPr>
          <w:p>
            <w:r>
              <w:rPr>
                <w:b/>
                <w:sz w:val="18"/>
              </w:rPr>
              <w:t>ADR 6.1/PG III; H301/H319/H332/H341/H361fd/H372/H411</w:t>
            </w:r>
          </w:p>
        </w:tc>
      </w:tr>
      <w:tr>
        <w:tc>
          <w:tcPr>
            <w:tcW w:type="dxa" w:w="2160"/>
          </w:tcPr>
          <w:p>
            <w:r>
              <w:rPr>
                <w:b/>
                <w:sz w:val="18"/>
              </w:rPr>
              <w:t>Filter cake + spoelwater</w:t>
            </w:r>
          </w:p>
        </w:tc>
        <w:tc>
          <w:tcPr>
            <w:tcW w:type="dxa" w:w="2160"/>
          </w:tcPr>
          <w:p>
            <w:r>
              <w:rPr>
                <w:b/>
                <w:sz w:val="18"/>
              </w:rPr>
              <w:t>Residu na filtratie + demi-water</w:t>
            </w:r>
          </w:p>
        </w:tc>
        <w:tc>
          <w:tcPr>
            <w:tcW w:type="dxa" w:w="2160"/>
          </w:tcPr>
          <w:p>
            <w:r>
              <w:rPr>
                <w:b/>
                <w:sz w:val="18"/>
              </w:rPr>
              <w:t>~5-10 L/batch</w:t>
            </w:r>
          </w:p>
        </w:tc>
        <w:tc>
          <w:tcPr>
            <w:tcW w:type="dxa" w:w="2160"/>
          </w:tcPr>
          <w:p>
            <w:r>
              <w:rPr>
                <w:b/>
                <w:sz w:val="18"/>
              </w:rPr>
              <w:t>Afvalstof — te classificeren</w:t>
            </w:r>
          </w:p>
        </w:tc>
      </w:tr>
    </w:tbl>
    <w:p>
      <w:pPr>
        <w:pStyle w:val="Heading2"/>
      </w:pPr>
      <w:r>
        <w:t>2.5 CLP-indeling en GHS-pictogrammen</w:t>
      </w:r>
    </w:p>
    <w:tbl>
      <w:tblPr>
        <w:tblStyle w:val="LightGrid-Accent1"/>
        <w:tblW w:type="auto" w:w="0"/>
        <w:jc w:val="center"/>
        <w:tblLook w:firstColumn="1" w:firstRow="1" w:lastColumn="0" w:lastRow="0" w:noHBand="0" w:noVBand="1" w:val="04A0"/>
      </w:tblPr>
      <w:tblGrid>
        <w:gridCol w:w="2880"/>
        <w:gridCol w:w="2880"/>
        <w:gridCol w:w="2880"/>
      </w:tblGrid>
      <w:tr>
        <w:tc>
          <w:tcPr>
            <w:tcW w:type="dxa" w:w="2880"/>
          </w:tcPr>
          <w:p>
            <w:r>
              <w:rPr>
                <w:b/>
                <w:sz w:val="18"/>
              </w:rPr>
              <w:t>Stof</w:t>
            </w:r>
          </w:p>
        </w:tc>
        <w:tc>
          <w:tcPr>
            <w:tcW w:type="dxa" w:w="2880"/>
          </w:tcPr>
          <w:p>
            <w:r>
              <w:rPr>
                <w:b/>
                <w:sz w:val="18"/>
              </w:rPr>
              <w:t>CLP H-zinnen (relevant)</w:t>
            </w:r>
          </w:p>
        </w:tc>
        <w:tc>
          <w:tcPr>
            <w:tcW w:type="dxa" w:w="2880"/>
          </w:tcPr>
          <w:p>
            <w:r>
              <w:rPr>
                <w:b/>
                <w:sz w:val="18"/>
              </w:rPr>
              <w:t>GHS-pictogrammen</w:t>
            </w:r>
          </w:p>
        </w:tc>
      </w:tr>
      <w:tr>
        <w:tc>
          <w:tcPr>
            <w:tcW w:type="dxa" w:w="2880"/>
          </w:tcPr>
          <w:p>
            <w:r>
              <w:rPr>
                <w:b/>
                <w:sz w:val="18"/>
              </w:rPr>
              <w:t>Steelmaking slag</w:t>
            </w:r>
          </w:p>
        </w:tc>
        <w:tc>
          <w:tcPr>
            <w:tcW w:type="dxa" w:w="2880"/>
          </w:tcPr>
          <w:p>
            <w:r>
              <w:rPr>
                <w:b/>
                <w:sz w:val="18"/>
              </w:rPr>
              <w:t>H315, H318, H335, H372</w:t>
            </w:r>
          </w:p>
        </w:tc>
        <w:tc>
          <w:tcPr>
            <w:tcW w:type="dxa" w:w="2880"/>
          </w:tcPr>
          <w:p>
            <w:r>
              <w:rPr>
                <w:b/>
                <w:sz w:val="18"/>
              </w:rPr>
              <w:t>GHS05, GHS07, GHS08</w:t>
            </w:r>
          </w:p>
        </w:tc>
      </w:tr>
      <w:tr>
        <w:tc>
          <w:tcPr>
            <w:tcW w:type="dxa" w:w="2880"/>
          </w:tcPr>
          <w:p>
            <w:r>
              <w:rPr>
                <w:b/>
                <w:sz w:val="18"/>
              </w:rPr>
              <w:t>Zwavelzuur 25%</w:t>
            </w:r>
          </w:p>
        </w:tc>
        <w:tc>
          <w:tcPr>
            <w:tcW w:type="dxa" w:w="2880"/>
          </w:tcPr>
          <w:p>
            <w:r>
              <w:rPr>
                <w:b/>
                <w:sz w:val="18"/>
              </w:rPr>
              <w:t>H290, H314, H318</w:t>
            </w:r>
          </w:p>
        </w:tc>
        <w:tc>
          <w:tcPr>
            <w:tcW w:type="dxa" w:w="2880"/>
          </w:tcPr>
          <w:p>
            <w:r>
              <w:rPr>
                <w:b/>
                <w:sz w:val="18"/>
              </w:rPr>
              <w:t>GHS05</w:t>
            </w:r>
          </w:p>
        </w:tc>
      </w:tr>
      <w:tr>
        <w:tc>
          <w:tcPr>
            <w:tcW w:type="dxa" w:w="2880"/>
          </w:tcPr>
          <w:p>
            <w:r>
              <w:rPr>
                <w:b/>
                <w:sz w:val="18"/>
              </w:rPr>
              <w:t>Waterstofperoxide 30%</w:t>
            </w:r>
          </w:p>
        </w:tc>
        <w:tc>
          <w:tcPr>
            <w:tcW w:type="dxa" w:w="2880"/>
          </w:tcPr>
          <w:p>
            <w:r>
              <w:rPr>
                <w:b/>
                <w:sz w:val="18"/>
              </w:rPr>
              <w:t>H302, H318, H332</w:t>
            </w:r>
          </w:p>
        </w:tc>
        <w:tc>
          <w:tcPr>
            <w:tcW w:type="dxa" w:w="2880"/>
          </w:tcPr>
          <w:p>
            <w:r>
              <w:rPr>
                <w:b/>
                <w:sz w:val="18"/>
              </w:rPr>
              <w:t>GHS05, GHS07</w:t>
            </w:r>
          </w:p>
        </w:tc>
      </w:tr>
      <w:tr>
        <w:tc>
          <w:tcPr>
            <w:tcW w:type="dxa" w:w="2880"/>
          </w:tcPr>
          <w:p>
            <w:r>
              <w:rPr>
                <w:b/>
                <w:sz w:val="18"/>
              </w:rPr>
              <w:t>Natriumpersulfaat</w:t>
            </w:r>
          </w:p>
        </w:tc>
        <w:tc>
          <w:tcPr>
            <w:tcW w:type="dxa" w:w="2880"/>
          </w:tcPr>
          <w:p>
            <w:r>
              <w:rPr>
                <w:b/>
                <w:sz w:val="18"/>
              </w:rPr>
              <w:t>H272, H302, H315, H317, H319, H334, H335</w:t>
            </w:r>
          </w:p>
        </w:tc>
        <w:tc>
          <w:tcPr>
            <w:tcW w:type="dxa" w:w="2880"/>
          </w:tcPr>
          <w:p>
            <w:r>
              <w:rPr>
                <w:b/>
                <w:sz w:val="18"/>
              </w:rPr>
              <w:t>GHS03, GHS07, GHS08</w:t>
            </w:r>
          </w:p>
        </w:tc>
      </w:tr>
      <w:tr>
        <w:tc>
          <w:tcPr>
            <w:tcW w:type="dxa" w:w="2880"/>
          </w:tcPr>
          <w:p>
            <w:r>
              <w:rPr>
                <w:b/>
                <w:sz w:val="18"/>
              </w:rPr>
              <w:t>Zoutzuur 20%</w:t>
            </w:r>
          </w:p>
        </w:tc>
        <w:tc>
          <w:tcPr>
            <w:tcW w:type="dxa" w:w="2880"/>
          </w:tcPr>
          <w:p>
            <w:r>
              <w:rPr>
                <w:b/>
                <w:sz w:val="18"/>
              </w:rPr>
              <w:t>H290, H315, H319, H335</w:t>
            </w:r>
          </w:p>
        </w:tc>
        <w:tc>
          <w:tcPr>
            <w:tcW w:type="dxa" w:w="2880"/>
          </w:tcPr>
          <w:p>
            <w:r>
              <w:rPr>
                <w:b/>
                <w:sz w:val="18"/>
              </w:rPr>
              <w:t>GHS05, GHS07</w:t>
            </w:r>
          </w:p>
        </w:tc>
      </w:tr>
      <w:tr>
        <w:tc>
          <w:tcPr>
            <w:tcW w:type="dxa" w:w="2880"/>
          </w:tcPr>
          <w:p>
            <w:r>
              <w:rPr>
                <w:b/>
                <w:sz w:val="18"/>
              </w:rPr>
              <w:t>Natriummetavanadaat</w:t>
            </w:r>
          </w:p>
        </w:tc>
        <w:tc>
          <w:tcPr>
            <w:tcW w:type="dxa" w:w="2880"/>
          </w:tcPr>
          <w:p>
            <w:r>
              <w:rPr>
                <w:b/>
                <w:sz w:val="18"/>
              </w:rPr>
              <w:t>H301, H319, H332, H341, H361fd, H372, H411</w:t>
            </w:r>
          </w:p>
        </w:tc>
        <w:tc>
          <w:tcPr>
            <w:tcW w:type="dxa" w:w="2880"/>
          </w:tcPr>
          <w:p>
            <w:r>
              <w:rPr>
                <w:b/>
                <w:sz w:val="18"/>
              </w:rPr>
              <w:t>GHS06, GHS08, GHS09</w:t>
            </w:r>
          </w:p>
        </w:tc>
      </w:tr>
      <w:tr>
        <w:tc>
          <w:tcPr>
            <w:tcW w:type="dxa" w:w="2880"/>
          </w:tcPr>
          <w:p>
            <w:r>
              <w:rPr>
                <w:b/>
                <w:sz w:val="18"/>
              </w:rPr>
              <w:t>Trinatriumorthovanadaat</w:t>
            </w:r>
          </w:p>
        </w:tc>
        <w:tc>
          <w:tcPr>
            <w:tcW w:type="dxa" w:w="2880"/>
          </w:tcPr>
          <w:p>
            <w:r>
              <w:rPr>
                <w:b/>
                <w:sz w:val="18"/>
              </w:rPr>
              <w:t>H302, H312, H315, H319, H332</w:t>
            </w:r>
          </w:p>
        </w:tc>
        <w:tc>
          <w:tcPr>
            <w:tcW w:type="dxa" w:w="2880"/>
          </w:tcPr>
          <w:p>
            <w:r>
              <w:rPr>
                <w:b/>
                <w:sz w:val="18"/>
              </w:rPr>
              <w:t>GHS07</w:t>
            </w:r>
          </w:p>
        </w:tc>
      </w:tr>
      <w:tr>
        <w:tc>
          <w:tcPr>
            <w:tcW w:type="dxa" w:w="2880"/>
          </w:tcPr>
          <w:p>
            <w:r>
              <w:rPr>
                <w:b/>
                <w:sz w:val="18"/>
              </w:rPr>
              <w:t>Calciumsulfaat/silica</w:t>
            </w:r>
          </w:p>
        </w:tc>
        <w:tc>
          <w:tcPr>
            <w:tcW w:type="dxa" w:w="2880"/>
          </w:tcPr>
          <w:p>
            <w:r>
              <w:rPr>
                <w:b/>
                <w:sz w:val="18"/>
              </w:rPr>
              <w:t>Geen</w:t>
            </w:r>
          </w:p>
        </w:tc>
        <w:tc>
          <w:tcPr>
            <w:tcW w:type="dxa" w:w="2880"/>
          </w:tcPr>
          <w:p>
            <w:r>
              <w:rPr>
                <w:b/>
                <w:sz w:val="18"/>
              </w:rPr>
              <w:t>Geen</w:t>
            </w:r>
          </w:p>
        </w:tc>
      </w:tr>
      <w:tr>
        <w:tc>
          <w:tcPr>
            <w:tcW w:type="dxa" w:w="2880"/>
          </w:tcPr>
          <w:p>
            <w:r>
              <w:rPr>
                <w:b/>
                <w:sz w:val="18"/>
              </w:rPr>
              <w:t>Natriumsulfaat</w:t>
            </w:r>
          </w:p>
        </w:tc>
        <w:tc>
          <w:tcPr>
            <w:tcW w:type="dxa" w:w="2880"/>
          </w:tcPr>
          <w:p>
            <w:r>
              <w:rPr>
                <w:b/>
                <w:sz w:val="18"/>
              </w:rPr>
              <w:t>Geen</w:t>
            </w:r>
          </w:p>
        </w:tc>
        <w:tc>
          <w:tcPr>
            <w:tcW w:type="dxa" w:w="2880"/>
          </w:tcPr>
          <w:p>
            <w:r>
              <w:rPr>
                <w:b/>
                <w:sz w:val="18"/>
              </w:rPr>
              <w:t>Geen</w:t>
            </w:r>
          </w:p>
        </w:tc>
      </w:tr>
      <w:tr>
        <w:tc>
          <w:tcPr>
            <w:tcW w:type="dxa" w:w="2880"/>
          </w:tcPr>
          <w:p>
            <w:r>
              <w:rPr>
                <w:b/>
                <w:sz w:val="18"/>
              </w:rPr>
              <w:t>Calciumhydroxide</w:t>
            </w:r>
          </w:p>
        </w:tc>
        <w:tc>
          <w:tcPr>
            <w:tcW w:type="dxa" w:w="2880"/>
          </w:tcPr>
          <w:p>
            <w:r>
              <w:rPr>
                <w:b/>
                <w:sz w:val="18"/>
              </w:rPr>
              <w:t>H315, H318, H335</w:t>
            </w:r>
          </w:p>
        </w:tc>
        <w:tc>
          <w:tcPr>
            <w:tcW w:type="dxa" w:w="2880"/>
          </w:tcPr>
          <w:p>
            <w:r>
              <w:rPr>
                <w:b/>
                <w:sz w:val="18"/>
              </w:rPr>
              <w:t>GHS05, GHS07</w:t>
            </w:r>
          </w:p>
        </w:tc>
      </w:tr>
      <w:tr>
        <w:tc>
          <w:tcPr>
            <w:tcW w:type="dxa" w:w="2880"/>
          </w:tcPr>
          <w:p>
            <w:r>
              <w:rPr>
                <w:b/>
                <w:sz w:val="18"/>
              </w:rPr>
              <w:t>Silica, precipitated</w:t>
            </w:r>
          </w:p>
        </w:tc>
        <w:tc>
          <w:tcPr>
            <w:tcW w:type="dxa" w:w="2880"/>
          </w:tcPr>
          <w:p>
            <w:r>
              <w:rPr>
                <w:b/>
                <w:sz w:val="18"/>
              </w:rPr>
              <w:t>Geen</w:t>
            </w:r>
          </w:p>
        </w:tc>
        <w:tc>
          <w:tcPr>
            <w:tcW w:type="dxa" w:w="2880"/>
          </w:tcPr>
          <w:p>
            <w:r>
              <w:rPr>
                <w:b/>
                <w:sz w:val="18"/>
              </w:rPr>
              <w:t>Geen</w:t>
            </w:r>
          </w:p>
        </w:tc>
      </w:tr>
      <w:tr>
        <w:tc>
          <w:tcPr>
            <w:tcW w:type="dxa" w:w="2880"/>
          </w:tcPr>
          <w:p>
            <w:r>
              <w:rPr>
                <w:b/>
                <w:sz w:val="18"/>
              </w:rPr>
              <w:t>IJzeroxide (Fe₂O₃)</w:t>
            </w:r>
          </w:p>
        </w:tc>
        <w:tc>
          <w:tcPr>
            <w:tcW w:type="dxa" w:w="2880"/>
          </w:tcPr>
          <w:p>
            <w:r>
              <w:rPr>
                <w:b/>
                <w:sz w:val="18"/>
              </w:rPr>
              <w:t>Geen</w:t>
            </w:r>
          </w:p>
        </w:tc>
        <w:tc>
          <w:tcPr>
            <w:tcW w:type="dxa" w:w="2880"/>
          </w:tcPr>
          <w:p>
            <w:r>
              <w:rPr>
                <w:b/>
                <w:sz w:val="18"/>
              </w:rPr>
              <w:t>Geen</w:t>
            </w:r>
          </w:p>
        </w:tc>
      </w:tr>
      <w:tr>
        <w:tc>
          <w:tcPr>
            <w:tcW w:type="dxa" w:w="2880"/>
          </w:tcPr>
          <w:p>
            <w:r>
              <w:rPr>
                <w:b/>
                <w:sz w:val="18"/>
              </w:rPr>
              <w:t>Mangaan(IV)oxide</w:t>
            </w:r>
          </w:p>
        </w:tc>
        <w:tc>
          <w:tcPr>
            <w:tcW w:type="dxa" w:w="2880"/>
          </w:tcPr>
          <w:p>
            <w:r>
              <w:rPr>
                <w:b/>
                <w:sz w:val="18"/>
              </w:rPr>
              <w:t>H302, H332, H373</w:t>
            </w:r>
          </w:p>
        </w:tc>
        <w:tc>
          <w:tcPr>
            <w:tcW w:type="dxa" w:w="2880"/>
          </w:tcPr>
          <w:p>
            <w:r>
              <w:rPr>
                <w:b/>
                <w:sz w:val="18"/>
              </w:rPr>
              <w:t>GHS07, GHS08</w:t>
            </w:r>
          </w:p>
        </w:tc>
      </w:tr>
      <w:tr>
        <w:tc>
          <w:tcPr>
            <w:tcW w:type="dxa" w:w="2880"/>
          </w:tcPr>
          <w:p>
            <w:r>
              <w:rPr>
                <w:b/>
                <w:sz w:val="18"/>
              </w:rPr>
              <w:t>Magnesiumhydroxide</w:t>
            </w:r>
          </w:p>
        </w:tc>
        <w:tc>
          <w:tcPr>
            <w:tcW w:type="dxa" w:w="2880"/>
          </w:tcPr>
          <w:p>
            <w:r>
              <w:rPr>
                <w:b/>
                <w:sz w:val="18"/>
              </w:rPr>
              <w:t>Geen</w:t>
            </w:r>
          </w:p>
        </w:tc>
        <w:tc>
          <w:tcPr>
            <w:tcW w:type="dxa" w:w="2880"/>
          </w:tcPr>
          <w:p>
            <w:r>
              <w:rPr>
                <w:b/>
                <w:sz w:val="18"/>
              </w:rPr>
              <w:t>Geen</w:t>
            </w:r>
          </w:p>
        </w:tc>
      </w:tr>
      <w:tr>
        <w:tc>
          <w:tcPr>
            <w:tcW w:type="dxa" w:w="2880"/>
          </w:tcPr>
          <w:p>
            <w:r>
              <w:rPr>
                <w:b/>
                <w:sz w:val="18"/>
              </w:rPr>
              <w:t>Natriumaluminaat-oplossing</w:t>
            </w:r>
          </w:p>
        </w:tc>
        <w:tc>
          <w:tcPr>
            <w:tcW w:type="dxa" w:w="2880"/>
          </w:tcPr>
          <w:p>
            <w:r>
              <w:rPr>
                <w:b/>
                <w:sz w:val="18"/>
              </w:rPr>
              <w:t>H290, H314, H318</w:t>
            </w:r>
          </w:p>
        </w:tc>
        <w:tc>
          <w:tcPr>
            <w:tcW w:type="dxa" w:w="2880"/>
          </w:tcPr>
          <w:p>
            <w:r>
              <w:rPr>
                <w:b/>
                <w:sz w:val="18"/>
              </w:rPr>
              <w:t>GHS05</w:t>
            </w:r>
          </w:p>
        </w:tc>
      </w:tr>
      <w:tr>
        <w:tc>
          <w:tcPr>
            <w:tcW w:type="dxa" w:w="2880"/>
          </w:tcPr>
          <w:p>
            <w:r>
              <w:rPr>
                <w:b/>
                <w:sz w:val="18"/>
              </w:rPr>
              <w:t>Natriumfosfaat (Na₃PO₄)</w:t>
            </w:r>
          </w:p>
        </w:tc>
        <w:tc>
          <w:tcPr>
            <w:tcW w:type="dxa" w:w="2880"/>
          </w:tcPr>
          <w:p>
            <w:r>
              <w:rPr>
                <w:b/>
                <w:sz w:val="18"/>
              </w:rPr>
              <w:t>H315, H319, H335</w:t>
            </w:r>
          </w:p>
        </w:tc>
        <w:tc>
          <w:tcPr>
            <w:tcW w:type="dxa" w:w="2880"/>
          </w:tcPr>
          <w:p>
            <w:r>
              <w:rPr>
                <w:b/>
                <w:sz w:val="18"/>
              </w:rPr>
              <w:t>GHS07</w:t>
            </w:r>
          </w:p>
        </w:tc>
      </w:tr>
      <w:tr>
        <w:tc>
          <w:tcPr>
            <w:tcW w:type="dxa" w:w="2880"/>
          </w:tcPr>
          <w:p>
            <w:r>
              <w:rPr>
                <w:b/>
                <w:sz w:val="18"/>
              </w:rPr>
              <w:t>Vanadiumpentoxide (V₂O₅)</w:t>
            </w:r>
          </w:p>
        </w:tc>
        <w:tc>
          <w:tcPr>
            <w:tcW w:type="dxa" w:w="2880"/>
          </w:tcPr>
          <w:p>
            <w:r>
              <w:rPr>
                <w:b/>
                <w:sz w:val="18"/>
              </w:rPr>
              <w:t>H301, H318, H330, H335, H341, H350, H361fd, H362, H372, H411</w:t>
            </w:r>
          </w:p>
        </w:tc>
        <w:tc>
          <w:tcPr>
            <w:tcW w:type="dxa" w:w="2880"/>
          </w:tcPr>
          <w:p>
            <w:r>
              <w:rPr>
                <w:b/>
                <w:sz w:val="18"/>
              </w:rPr>
              <w:t>GHS05, GHS06, GHS08, GHS09</w:t>
            </w:r>
          </w:p>
        </w:tc>
      </w:tr>
      <w:tr>
        <w:tc>
          <w:tcPr>
            <w:tcW w:type="dxa" w:w="2880"/>
          </w:tcPr>
          <w:p>
            <w:r>
              <w:rPr>
                <w:b/>
                <w:sz w:val="18"/>
              </w:rPr>
              <w:t>Vanadium-elektrolyt</w:t>
            </w:r>
          </w:p>
        </w:tc>
        <w:tc>
          <w:tcPr>
            <w:tcW w:type="dxa" w:w="2880"/>
          </w:tcPr>
          <w:p>
            <w:r>
              <w:rPr>
                <w:b/>
                <w:sz w:val="18"/>
              </w:rPr>
              <w:t>H290, H302, H314, H318, H335, H361, H370, H372, H401, H411</w:t>
            </w:r>
          </w:p>
        </w:tc>
        <w:tc>
          <w:tcPr>
            <w:tcW w:type="dxa" w:w="2880"/>
          </w:tcPr>
          <w:p>
            <w:r>
              <w:rPr>
                <w:b/>
                <w:sz w:val="18"/>
              </w:rPr>
              <w:t>GHS05, GHS07, GHS08, GHS09</w:t>
            </w:r>
          </w:p>
        </w:tc>
      </w:tr>
      <w:tr>
        <w:tc>
          <w:tcPr>
            <w:tcW w:type="dxa" w:w="2880"/>
          </w:tcPr>
          <w:p>
            <w:r>
              <w:rPr>
                <w:b/>
                <w:sz w:val="18"/>
              </w:rPr>
              <w:t>Filter cake (residu)</w:t>
            </w:r>
          </w:p>
        </w:tc>
        <w:tc>
          <w:tcPr>
            <w:tcW w:type="dxa" w:w="2880"/>
          </w:tcPr>
          <w:p>
            <w:r>
              <w:rPr>
                <w:b/>
                <w:sz w:val="18"/>
              </w:rPr>
              <w:t>Te classificeren</w:t>
            </w:r>
          </w:p>
        </w:tc>
        <w:tc>
          <w:tcPr>
            <w:tcW w:type="dxa" w:w="2880"/>
          </w:tcPr>
          <w:p>
            <w:r>
              <w:rPr>
                <w:b/>
                <w:sz w:val="18"/>
              </w:rPr>
              <w:t>Te bepalen</w:t>
            </w:r>
          </w:p>
        </w:tc>
      </w:tr>
      <w:tr>
        <w:tc>
          <w:tcPr>
            <w:tcW w:type="dxa" w:w="2880"/>
          </w:tcPr>
          <w:p>
            <w:r>
              <w:rPr>
                <w:b/>
                <w:sz w:val="18"/>
              </w:rPr>
              <w:t>Spoelwater/filtraten</w:t>
            </w:r>
          </w:p>
        </w:tc>
        <w:tc>
          <w:tcPr>
            <w:tcW w:type="dxa" w:w="2880"/>
          </w:tcPr>
          <w:p>
            <w:r>
              <w:rPr>
                <w:b/>
                <w:sz w:val="18"/>
              </w:rPr>
              <w:t>Te classificeren</w:t>
            </w:r>
          </w:p>
        </w:tc>
        <w:tc>
          <w:tcPr>
            <w:tcW w:type="dxa" w:w="2880"/>
          </w:tcPr>
          <w:p>
            <w:r>
              <w:rPr>
                <w:b/>
                <w:sz w:val="18"/>
              </w:rPr>
              <w:t>Te bepalen</w:t>
            </w:r>
          </w:p>
        </w:tc>
      </w:tr>
    </w:tbl>
    <w:p>
      <w:r/>
    </w:p>
    <w:p>
      <w:pPr>
        <w:pStyle w:val="Heading1"/>
      </w:pPr>
      <w:r>
        <w:t>3. Risicoklasse Bepaling</w:t>
      </w:r>
    </w:p>
    <w:p>
      <w:pPr>
        <w:pStyle w:val="Heading2"/>
      </w:pPr>
      <w:r>
        <w:t>3.1 PGS 15:2025 Classificatiemethode</w:t>
      </w:r>
    </w:p>
    <w:p>
      <w:r>
        <w:t>PGS 15:2025 hanteert een viertraps veiligheidsniveausysteem: basis, A, B en C. Het vereiste niveau wordt bepaald door: (1) de eigenschappen van de opgeslagen stoffen (ADR-klasse, verpakkingsgroep, vlampunt, bijkomende gevaren) en (2) de totale opgeslagen hoeveelheid per stofklasse. De classificatie volgt de tabellen 6 en 7 uit PGS 15:2025 (§4).</w:t>
      </w:r>
    </w:p>
    <w:p>
      <w:pPr>
        <w:pStyle w:val="Heading2"/>
      </w:pPr>
      <w:r>
        <w:t>3.2 Bepaling per stofcategorie</w:t>
      </w:r>
    </w:p>
    <w:p>
      <w:pPr>
        <w:pStyle w:val="Heading3"/>
      </w:pPr>
      <w:r>
        <w:t>3.2.1 ADR-klassen 5.1, 6.1 en 8</w:t>
      </w:r>
    </w:p>
    <w:p>
      <w:r>
        <w:t>ADR-geclassificeerde stoffen: H₂SO₄ 25% (ADR 8/PG II), HCl 20% (ADR 8/PG II), NaAlO₂-oplossing (ADR 8/PG II), V-elektrolyt (ADR 8/PG II), H₂O₂ 30% (ADR 5.1(8)/PG II), Na₂S₂O₈ (ADR 5.1/PG III), NaVO₃-oplossing (ADR 6.1/PG III), V₂O₅ (ADR 6.1/PG III).</w:t>
      </w:r>
    </w:p>
    <w:p>
      <w:pPr>
        <w:pStyle w:val="ListBullet"/>
      </w:pPr>
      <w:r>
        <w:t>Geen aanvullend veiligheidsniveau vereist</w:t>
      </w:r>
    </w:p>
    <w:p>
      <w:pPr>
        <w:pStyle w:val="ListBullet"/>
      </w:pPr>
      <w:r>
        <w:t>Alleen basisveiligheidsniveau van toepassing</w:t>
      </w:r>
    </w:p>
    <w:p>
      <w:pPr>
        <w:pStyle w:val="ListBullet"/>
      </w:pPr>
      <w:r>
        <w:t>Onafhankelijk van de opgeslagen hoeveelheid (zolang dedicated opslag)</w:t>
      </w:r>
    </w:p>
    <w:p>
      <w:pPr>
        <w:pStyle w:val="Heading3"/>
      </w:pPr>
      <w:r>
        <w:t>3.2.2 ADR-klasse 5.1 — Oxiderende stoffen</w:t>
      </w:r>
    </w:p>
    <w:p>
      <w:r>
        <w:t>ADR-klasse 5.1 (oxiderend): H₂O₂ 30% en Na₂S₂O₈ vereisen gescheiden opslag van brandbare materialen. ADR-klasse 6.1 (toxisch): NaVO₃ en V₂O₅ vereisen specifieke PBM's en ventilatie. ADR-klasse 8 (bijtend): H₂SO₄, HCl, NaAlO₂ en V-elektrolyt vereisen zuur/base scheiding.</w:t>
      </w:r>
    </w:p>
    <w:p>
      <w:pPr>
        <w:pStyle w:val="Heading3"/>
      </w:pPr>
      <w:r>
        <w:t>3.2.3 CMR-stoffen (V₂O₅, NaVO₃, elektrolyt)</w:t>
      </w:r>
    </w:p>
    <w:p>
      <w:r>
        <w:t>V₂O₅ (CAS 1314-62-1) is geclassificeerd als Carc. 1B (H350), Muta. 2 (H341), Repr. 2 (H361fd), Lact. (H362). NaVO₃-oplossing is Muta. 2 (H341), Repr. 2 (H361fd). Vanadium-elektrolyt is Repr. 2 (H361). PGS 15:2025 vereist specifieke CMR-maatregelen voor categorie 1A/1B-stoffen. De totale hoeveelheid V₂O₅ in de demo-fase bedraagt &lt;1 kg.</w:t>
      </w:r>
    </w:p>
    <w:p>
      <w:pPr>
        <w:pStyle w:val="Heading2"/>
      </w:pPr>
      <w:r>
        <w:t>3.3 Invloed van hoeveelheden</w:t>
      </w:r>
    </w:p>
    <w:tbl>
      <w:tblPr>
        <w:tblStyle w:val="LightGrid-Accent1"/>
        <w:tblW w:type="auto" w:w="0"/>
        <w:jc w:val="center"/>
        <w:tblLook w:firstColumn="1" w:firstRow="1" w:lastColumn="0" w:lastRow="0" w:noHBand="0" w:noVBand="1" w:val="04A0"/>
      </w:tblPr>
      <w:tblGrid>
        <w:gridCol w:w="2880"/>
        <w:gridCol w:w="2880"/>
        <w:gridCol w:w="2880"/>
      </w:tblGrid>
      <w:tr>
        <w:tc>
          <w:tcPr>
            <w:tcW w:type="dxa" w:w="2880"/>
          </w:tcPr>
          <w:p>
            <w:r>
              <w:rPr>
                <w:b/>
                <w:sz w:val="18"/>
              </w:rPr>
              <w:t>Parameter</w:t>
            </w:r>
          </w:p>
        </w:tc>
        <w:tc>
          <w:tcPr>
            <w:tcW w:type="dxa" w:w="2880"/>
          </w:tcPr>
          <w:p>
            <w:r>
              <w:rPr>
                <w:b/>
                <w:sz w:val="18"/>
              </w:rPr>
              <w:t>Demo-fase</w:t>
            </w:r>
          </w:p>
        </w:tc>
        <w:tc>
          <w:tcPr>
            <w:tcW w:type="dxa" w:w="2880"/>
          </w:tcPr>
          <w:p>
            <w:r>
              <w:rPr>
                <w:b/>
                <w:sz w:val="18"/>
              </w:rPr>
              <w:t>Commercieel (indicatief)</w:t>
            </w:r>
          </w:p>
        </w:tc>
      </w:tr>
      <w:tr>
        <w:tc>
          <w:tcPr>
            <w:tcW w:type="dxa" w:w="2880"/>
          </w:tcPr>
          <w:p>
            <w:r>
              <w:rPr>
                <w:b/>
                <w:sz w:val="18"/>
              </w:rPr>
              <w:t>Zwavelzuur 25%</w:t>
            </w:r>
          </w:p>
        </w:tc>
        <w:tc>
          <w:tcPr>
            <w:tcW w:type="dxa" w:w="2880"/>
          </w:tcPr>
          <w:p>
            <w:r>
              <w:rPr>
                <w:b/>
                <w:sz w:val="18"/>
              </w:rPr>
              <w:t>150 L (150 kg)</w:t>
            </w:r>
          </w:p>
        </w:tc>
        <w:tc>
          <w:tcPr>
            <w:tcW w:type="dxa" w:w="2880"/>
          </w:tcPr>
          <w:p>
            <w:r>
              <w:rPr>
                <w:b/>
                <w:sz w:val="18"/>
              </w:rPr>
              <w:t>Potentieel &gt;2.500 kg</w:t>
            </w:r>
          </w:p>
        </w:tc>
      </w:tr>
      <w:tr>
        <w:tc>
          <w:tcPr>
            <w:tcW w:type="dxa" w:w="2880"/>
          </w:tcPr>
          <w:p>
            <w:r>
              <w:rPr>
                <w:b/>
                <w:sz w:val="18"/>
              </w:rPr>
              <w:t>Waterstofperoxide 30%</w:t>
            </w:r>
          </w:p>
        </w:tc>
        <w:tc>
          <w:tcPr>
            <w:tcW w:type="dxa" w:w="2880"/>
          </w:tcPr>
          <w:p>
            <w:r>
              <w:rPr>
                <w:b/>
                <w:sz w:val="18"/>
              </w:rPr>
              <w:t>~40 L (150 kg)</w:t>
            </w:r>
          </w:p>
        </w:tc>
        <w:tc>
          <w:tcPr>
            <w:tcW w:type="dxa" w:w="2880"/>
          </w:tcPr>
          <w:p>
            <w:r>
              <w:rPr>
                <w:b/>
                <w:sz w:val="18"/>
              </w:rPr>
              <w:t>Potentieel &gt;2.500 kg</w:t>
            </w:r>
          </w:p>
        </w:tc>
      </w:tr>
      <w:tr>
        <w:tc>
          <w:tcPr>
            <w:tcW w:type="dxa" w:w="2880"/>
          </w:tcPr>
          <w:p>
            <w:r>
              <w:rPr>
                <w:b/>
                <w:sz w:val="18"/>
              </w:rPr>
              <w:t>Natriumpersulfaat</w:t>
            </w:r>
          </w:p>
        </w:tc>
        <w:tc>
          <w:tcPr>
            <w:tcW w:type="dxa" w:w="2880"/>
          </w:tcPr>
          <w:p>
            <w:r>
              <w:rPr>
                <w:b/>
                <w:sz w:val="18"/>
              </w:rPr>
              <w:t>~10 kg</w:t>
            </w:r>
          </w:p>
        </w:tc>
        <w:tc>
          <w:tcPr>
            <w:tcW w:type="dxa" w:w="2880"/>
          </w:tcPr>
          <w:p>
            <w:r>
              <w:rPr>
                <w:b/>
                <w:sz w:val="18"/>
              </w:rPr>
              <w:t>Potentieel &gt;2.500 kg</w:t>
            </w:r>
          </w:p>
        </w:tc>
      </w:tr>
      <w:tr>
        <w:tc>
          <w:tcPr>
            <w:tcW w:type="dxa" w:w="2880"/>
          </w:tcPr>
          <w:p>
            <w:r>
              <w:rPr>
                <w:b/>
                <w:sz w:val="18"/>
              </w:rPr>
              <w:t>Zoutzuur 20%</w:t>
            </w:r>
          </w:p>
        </w:tc>
        <w:tc>
          <w:tcPr>
            <w:tcW w:type="dxa" w:w="2880"/>
          </w:tcPr>
          <w:p>
            <w:r>
              <w:rPr>
                <w:b/>
                <w:sz w:val="18"/>
              </w:rPr>
              <w:t>~20 L (~22 kg)</w:t>
            </w:r>
          </w:p>
        </w:tc>
        <w:tc>
          <w:tcPr>
            <w:tcW w:type="dxa" w:w="2880"/>
          </w:tcPr>
          <w:p>
            <w:r>
              <w:rPr>
                <w:b/>
                <w:sz w:val="18"/>
              </w:rPr>
              <w:t>Potentieel &gt;2.500 kg</w:t>
            </w:r>
          </w:p>
        </w:tc>
      </w:tr>
      <w:tr>
        <w:tc>
          <w:tcPr>
            <w:tcW w:type="dxa" w:w="2880"/>
          </w:tcPr>
          <w:p>
            <w:r>
              <w:rPr>
                <w:b/>
                <w:sz w:val="18"/>
              </w:rPr>
              <w:t>Natriumaluminaat-oplossing</w:t>
            </w:r>
          </w:p>
        </w:tc>
        <w:tc>
          <w:tcPr>
            <w:tcW w:type="dxa" w:w="2880"/>
          </w:tcPr>
          <w:p>
            <w:r>
              <w:rPr>
                <w:b/>
                <w:sz w:val="18"/>
              </w:rPr>
              <w:t>&lt;5 L (~7 kg)</w:t>
            </w:r>
          </w:p>
        </w:tc>
        <w:tc>
          <w:tcPr>
            <w:tcW w:type="dxa" w:w="2880"/>
          </w:tcPr>
          <w:p>
            <w:r>
              <w:rPr>
                <w:b/>
                <w:sz w:val="18"/>
              </w:rPr>
              <w:t>Potentieel &gt;2.500 kg</w:t>
            </w:r>
          </w:p>
        </w:tc>
      </w:tr>
      <w:tr>
        <w:tc>
          <w:tcPr>
            <w:tcW w:type="dxa" w:w="2880"/>
          </w:tcPr>
          <w:p>
            <w:r>
              <w:rPr>
                <w:b/>
                <w:sz w:val="18"/>
              </w:rPr>
              <w:t>Vanadium-elektrolyt</w:t>
            </w:r>
          </w:p>
        </w:tc>
        <w:tc>
          <w:tcPr>
            <w:tcW w:type="dxa" w:w="2880"/>
          </w:tcPr>
          <w:p>
            <w:r>
              <w:rPr>
                <w:b/>
                <w:sz w:val="18"/>
              </w:rPr>
              <w:t>&lt;5 L</w:t>
            </w:r>
          </w:p>
        </w:tc>
        <w:tc>
          <w:tcPr>
            <w:tcW w:type="dxa" w:w="2880"/>
          </w:tcPr>
          <w:p>
            <w:r>
              <w:rPr>
                <w:b/>
                <w:sz w:val="18"/>
              </w:rPr>
              <w:t>Potentieel &gt;2.500 kg</w:t>
            </w:r>
          </w:p>
        </w:tc>
      </w:tr>
      <w:tr>
        <w:tc>
          <w:tcPr>
            <w:tcW w:type="dxa" w:w="2880"/>
          </w:tcPr>
          <w:p>
            <w:r>
              <w:rPr>
                <w:b/>
                <w:sz w:val="18"/>
              </w:rPr>
              <w:t>Natriummetavanadaat</w:t>
            </w:r>
          </w:p>
        </w:tc>
        <w:tc>
          <w:tcPr>
            <w:tcW w:type="dxa" w:w="2880"/>
          </w:tcPr>
          <w:p>
            <w:r>
              <w:rPr>
                <w:b/>
                <w:sz w:val="18"/>
              </w:rPr>
              <w:t>&lt;2 L</w:t>
            </w:r>
          </w:p>
        </w:tc>
        <w:tc>
          <w:tcPr>
            <w:tcW w:type="dxa" w:w="2880"/>
          </w:tcPr>
          <w:p>
            <w:r>
              <w:rPr>
                <w:b/>
                <w:sz w:val="18"/>
              </w:rPr>
              <w:t>Potentieel &gt;2.500 kg</w:t>
            </w:r>
          </w:p>
        </w:tc>
      </w:tr>
      <w:tr>
        <w:tc>
          <w:tcPr>
            <w:tcW w:type="dxa" w:w="2880"/>
          </w:tcPr>
          <w:p>
            <w:r>
              <w:rPr>
                <w:b/>
                <w:sz w:val="18"/>
              </w:rPr>
              <w:t>Vanadiumpentoxide</w:t>
            </w:r>
          </w:p>
        </w:tc>
        <w:tc>
          <w:tcPr>
            <w:tcW w:type="dxa" w:w="2880"/>
          </w:tcPr>
          <w:p>
            <w:r>
              <w:rPr>
                <w:b/>
                <w:sz w:val="18"/>
              </w:rPr>
              <w:t>&lt;1 kg</w:t>
            </w:r>
          </w:p>
        </w:tc>
        <w:tc>
          <w:tcPr>
            <w:tcW w:type="dxa" w:w="2880"/>
          </w:tcPr>
          <w:p>
            <w:r>
              <w:rPr>
                <w:b/>
                <w:sz w:val="18"/>
              </w:rPr>
              <w:t>Potentieel &gt;2.500 kg</w:t>
            </w:r>
          </w:p>
        </w:tc>
      </w:tr>
      <w:tr>
        <w:tc>
          <w:tcPr>
            <w:tcW w:type="dxa" w:w="2880"/>
          </w:tcPr>
          <w:p>
            <w:r>
              <w:rPr>
                <w:b/>
                <w:sz w:val="18"/>
              </w:rPr>
              <w:t>Steelmaking slag</w:t>
            </w:r>
          </w:p>
        </w:tc>
        <w:tc>
          <w:tcPr>
            <w:tcW w:type="dxa" w:w="2880"/>
          </w:tcPr>
          <w:p>
            <w:r>
              <w:rPr>
                <w:b/>
                <w:sz w:val="18"/>
              </w:rPr>
              <w:t>≤60 kg</w:t>
            </w:r>
          </w:p>
        </w:tc>
        <w:tc>
          <w:tcPr>
            <w:tcW w:type="dxa" w:w="2880"/>
          </w:tcPr>
          <w:p>
            <w:r>
              <w:rPr>
                <w:b/>
                <w:sz w:val="18"/>
              </w:rPr>
              <w:t>Tonnen</w:t>
            </w:r>
          </w:p>
        </w:tc>
      </w:tr>
      <w:tr>
        <w:tc>
          <w:tcPr>
            <w:tcW w:type="dxa" w:w="2880"/>
          </w:tcPr>
          <w:p>
            <w:r>
              <w:rPr>
                <w:b/>
                <w:sz w:val="18"/>
              </w:rPr>
              <w:t>Overige niet-ADR stoffen</w:t>
            </w:r>
          </w:p>
        </w:tc>
        <w:tc>
          <w:tcPr>
            <w:tcW w:type="dxa" w:w="2880"/>
          </w:tcPr>
          <w:p>
            <w:r>
              <w:rPr>
                <w:b/>
                <w:sz w:val="18"/>
              </w:rPr>
              <w:t>&lt;30 kg totaal</w:t>
            </w:r>
          </w:p>
        </w:tc>
        <w:tc>
          <w:tcPr>
            <w:tcW w:type="dxa" w:w="2880"/>
          </w:tcPr>
          <w:p>
            <w:r>
              <w:rPr>
                <w:b/>
                <w:sz w:val="18"/>
              </w:rPr>
              <w:t>Tonnen</w:t>
            </w:r>
          </w:p>
        </w:tc>
      </w:tr>
      <w:tr>
        <w:tc>
          <w:tcPr>
            <w:tcW w:type="dxa" w:w="2880"/>
          </w:tcPr>
          <w:p>
            <w:r>
              <w:rPr>
                <w:b/>
                <w:sz w:val="18"/>
              </w:rPr>
              <w:t>ADR-klasse 5.1 totaal</w:t>
            </w:r>
          </w:p>
        </w:tc>
        <w:tc>
          <w:tcPr>
            <w:tcW w:type="dxa" w:w="2880"/>
          </w:tcPr>
          <w:p>
            <w:r>
              <w:rPr>
                <w:b/>
                <w:sz w:val="18"/>
              </w:rPr>
              <w:t>~54 kg</w:t>
            </w:r>
          </w:p>
        </w:tc>
        <w:tc>
          <w:tcPr>
            <w:tcW w:type="dxa" w:w="2880"/>
          </w:tcPr>
          <w:p>
            <w:r>
              <w:rPr>
                <w:b/>
                <w:sz w:val="18"/>
              </w:rPr>
              <w:t>Kan &gt;2.500 kg</w:t>
            </w:r>
          </w:p>
        </w:tc>
      </w:tr>
      <w:tr>
        <w:tc>
          <w:tcPr>
            <w:tcW w:type="dxa" w:w="2880"/>
          </w:tcPr>
          <w:p>
            <w:r>
              <w:rPr>
                <w:b/>
                <w:sz w:val="18"/>
              </w:rPr>
              <w:t>ADR-klasse 6.1 totaal</w:t>
            </w:r>
          </w:p>
        </w:tc>
        <w:tc>
          <w:tcPr>
            <w:tcW w:type="dxa" w:w="2880"/>
          </w:tcPr>
          <w:p>
            <w:r>
              <w:rPr>
                <w:b/>
                <w:sz w:val="18"/>
              </w:rPr>
              <w:t>&lt;3 kg</w:t>
            </w:r>
          </w:p>
        </w:tc>
        <w:tc>
          <w:tcPr>
            <w:tcW w:type="dxa" w:w="2880"/>
          </w:tcPr>
          <w:p>
            <w:r>
              <w:rPr>
                <w:b/>
                <w:sz w:val="18"/>
              </w:rPr>
              <w:t>Kan &gt;2.500 kg</w:t>
            </w:r>
          </w:p>
        </w:tc>
      </w:tr>
      <w:tr>
        <w:tc>
          <w:tcPr>
            <w:tcW w:type="dxa" w:w="2880"/>
          </w:tcPr>
          <w:p>
            <w:r>
              <w:rPr>
                <w:b/>
                <w:sz w:val="18"/>
              </w:rPr>
              <w:t>ADR-klasse 8 totaal</w:t>
            </w:r>
          </w:p>
        </w:tc>
        <w:tc>
          <w:tcPr>
            <w:tcW w:type="dxa" w:w="2880"/>
          </w:tcPr>
          <w:p>
            <w:r>
              <w:rPr>
                <w:b/>
                <w:sz w:val="18"/>
              </w:rPr>
              <w:t>~130 L (~150 kg)</w:t>
            </w:r>
          </w:p>
        </w:tc>
        <w:tc>
          <w:tcPr>
            <w:tcW w:type="dxa" w:w="2880"/>
          </w:tcPr>
          <w:p>
            <w:r>
              <w:rPr>
                <w:b/>
                <w:sz w:val="18"/>
              </w:rPr>
              <w:t>Kan &gt;2.500 kg</w:t>
            </w:r>
          </w:p>
        </w:tc>
      </w:tr>
      <w:tr>
        <w:tc>
          <w:tcPr>
            <w:tcW w:type="dxa" w:w="2880"/>
          </w:tcPr>
          <w:p>
            <w:r>
              <w:rPr>
                <w:b/>
                <w:sz w:val="18"/>
              </w:rPr>
              <w:t>Grenswaarde vn A/C</w:t>
            </w:r>
          </w:p>
        </w:tc>
        <w:tc>
          <w:tcPr>
            <w:tcW w:type="dxa" w:w="2880"/>
          </w:tcPr>
          <w:p>
            <w:r>
              <w:rPr>
                <w:b/>
                <w:sz w:val="18"/>
              </w:rPr>
              <w:t>2.500 kg per ADR-klasse</w:t>
            </w:r>
          </w:p>
        </w:tc>
        <w:tc>
          <w:tcPr>
            <w:tcW w:type="dxa" w:w="2880"/>
          </w:tcPr>
          <w:p>
            <w:r>
              <w:rPr>
                <w:b/>
                <w:sz w:val="18"/>
              </w:rPr>
              <w:t>Kan overschreden worden</w:t>
            </w:r>
          </w:p>
        </w:tc>
      </w:tr>
      <w:tr>
        <w:tc>
          <w:tcPr>
            <w:tcW w:type="dxa" w:w="2880"/>
          </w:tcPr>
          <w:p>
            <w:r>
              <w:rPr>
                <w:b/>
                <w:sz w:val="18"/>
              </w:rPr>
              <w:t>Veiligheidsniveau demo</w:t>
            </w:r>
          </w:p>
        </w:tc>
        <w:tc>
          <w:tcPr>
            <w:tcW w:type="dxa" w:w="2880"/>
          </w:tcPr>
          <w:p>
            <w:r>
              <w:rPr>
                <w:b/>
                <w:sz w:val="18"/>
              </w:rPr>
              <w:t>Basis</w:t>
            </w:r>
          </w:p>
        </w:tc>
        <w:tc>
          <w:tcPr>
            <w:tcW w:type="dxa" w:w="2880"/>
          </w:tcPr>
          <w:p>
            <w:r>
              <w:rPr>
                <w:b/>
                <w:sz w:val="18"/>
              </w:rPr>
              <w:t>Mogelijk A of C</w:t>
            </w:r>
          </w:p>
        </w:tc>
      </w:tr>
    </w:tbl>
    <w:p>
      <w:pPr>
        <w:pStyle w:val="Heading2"/>
      </w:pPr>
      <w:r>
        <w:t>3.4 Conclusie risicoklasse</w:t>
      </w:r>
    </w:p>
    <w:p>
      <w:r>
        <w:rPr>
          <w:b/>
        </w:rPr>
        <w:t>Demo-fase: Alle opgeslagen stoffen vallen onder basisveiligheidsniveau. De totale hoeveelheid per ADR-klasse blijft ruim onder de 2.500 kg-grens. Dedicated opslag van onbrandbare stoffen verlaagt het vereiste niveau. ADR-klassen 5.1, 6.1 en 8 vereisen allen basisniveau bij &lt;2.500 kg onbrandbare stoffen per klasse.</w:t>
      </w:r>
    </w:p>
    <w:p>
      <w:r>
        <w:rPr>
          <w:b/>
        </w:rPr>
        <w:t xml:space="preserve">Commerciële fase: </w:t>
      </w:r>
      <w:r>
        <w:t>Bij opschaling naar commercieel productieniveau (&gt;2.500 kg per ADR-klasse) wordt het relevante veiligheidsniveau van toepassing. Dit vereist een herbeoordeling van het volledige PGS 15-dossier.</w:t>
      </w:r>
    </w:p>
    <w:p>
      <w:r/>
    </w:p>
    <w:p>
      <w:pPr>
        <w:pStyle w:val="Heading1"/>
      </w:pPr>
      <w:r>
        <w:t>4. Opslageisen</w:t>
      </w:r>
    </w:p>
    <w:p>
      <w:pPr>
        <w:pStyle w:val="Heading2"/>
      </w:pPr>
      <w:r>
        <w:t>4.1 Eisen per risicoklasse — Basisveiligheidsniveau</w:t>
      </w:r>
    </w:p>
    <w:p>
      <w:r>
        <w:t>Aangezien Phoenix Metals in de demo-fase uitsluitend basisveiligheidsniveau hoeft te realiseren, zijn hieronder de basismaatregelen samengevat. Bij opschaling gelden aanvullende eisen.</w:t>
      </w:r>
    </w:p>
    <w:tbl>
      <w:tblPr>
        <w:tblStyle w:val="LightGrid-Accent1"/>
        <w:tblW w:type="auto" w:w="0"/>
        <w:jc w:val="center"/>
        <w:tblLook w:firstColumn="1" w:firstRow="1" w:lastColumn="0" w:lastRow="0" w:noHBand="0" w:noVBand="1" w:val="04A0"/>
      </w:tblPr>
      <w:tblGrid>
        <w:gridCol w:w="2880"/>
        <w:gridCol w:w="2880"/>
        <w:gridCol w:w="2880"/>
      </w:tblGrid>
      <w:tr>
        <w:tc>
          <w:tcPr>
            <w:tcW w:type="dxa" w:w="2880"/>
          </w:tcPr>
          <w:p>
            <w:r>
              <w:rPr>
                <w:b/>
                <w:sz w:val="18"/>
              </w:rPr>
              <w:t>Maatregelgebied</w:t>
            </w:r>
          </w:p>
        </w:tc>
        <w:tc>
          <w:tcPr>
            <w:tcW w:type="dxa" w:w="2880"/>
          </w:tcPr>
          <w:p>
            <w:r>
              <w:rPr>
                <w:b/>
                <w:sz w:val="18"/>
              </w:rPr>
              <w:t>Vereiste (basis)</w:t>
            </w:r>
          </w:p>
        </w:tc>
        <w:tc>
          <w:tcPr>
            <w:tcW w:type="dxa" w:w="2880"/>
          </w:tcPr>
          <w:p>
            <w:r>
              <w:rPr>
                <w:b/>
                <w:sz w:val="18"/>
              </w:rPr>
              <w:t>PGS 15 ref.</w:t>
            </w:r>
          </w:p>
        </w:tc>
      </w:tr>
      <w:tr>
        <w:tc>
          <w:tcPr>
            <w:tcW w:type="dxa" w:w="2880"/>
          </w:tcPr>
          <w:p>
            <w:r>
              <w:rPr>
                <w:sz w:val="18"/>
              </w:rPr>
              <w:t>Brandwerendheid (Wbdbo)</w:t>
            </w:r>
          </w:p>
        </w:tc>
        <w:tc>
          <w:tcPr>
            <w:tcW w:type="dxa" w:w="2880"/>
          </w:tcPr>
          <w:p>
            <w:r>
              <w:rPr>
                <w:sz w:val="18"/>
              </w:rPr>
              <w:t>Geen eis bij dedicated onbrandbare opslag</w:t>
            </w:r>
          </w:p>
        </w:tc>
        <w:tc>
          <w:tcPr>
            <w:tcW w:type="dxa" w:w="2880"/>
          </w:tcPr>
          <w:p>
            <w:r>
              <w:rPr>
                <w:sz w:val="18"/>
              </w:rPr>
              <w:t>M21</w:t>
            </w:r>
          </w:p>
        </w:tc>
      </w:tr>
      <w:tr>
        <w:tc>
          <w:tcPr>
            <w:tcW w:type="dxa" w:w="2880"/>
          </w:tcPr>
          <w:p>
            <w:r>
              <w:rPr>
                <w:sz w:val="18"/>
              </w:rPr>
              <w:t>Opvangcapaciteit</w:t>
            </w:r>
          </w:p>
        </w:tc>
        <w:tc>
          <w:tcPr>
            <w:tcW w:type="dxa" w:w="2880"/>
          </w:tcPr>
          <w:p>
            <w:r>
              <w:rPr>
                <w:sz w:val="18"/>
              </w:rPr>
              <w:t>110% grootste verpakking óf 10% totaal (wat meer is)</w:t>
            </w:r>
          </w:p>
        </w:tc>
        <w:tc>
          <w:tcPr>
            <w:tcW w:type="dxa" w:w="2880"/>
          </w:tcPr>
          <w:p>
            <w:r>
              <w:rPr>
                <w:sz w:val="18"/>
              </w:rPr>
              <w:t>M30</w:t>
            </w:r>
          </w:p>
        </w:tc>
      </w:tr>
      <w:tr>
        <w:tc>
          <w:tcPr>
            <w:tcW w:type="dxa" w:w="2880"/>
          </w:tcPr>
          <w:p>
            <w:r>
              <w:rPr>
                <w:sz w:val="18"/>
              </w:rPr>
              <w:t>Maximum oppervlak</w:t>
            </w:r>
          </w:p>
        </w:tc>
        <w:tc>
          <w:tcPr>
            <w:tcW w:type="dxa" w:w="2880"/>
          </w:tcPr>
          <w:p>
            <w:r>
              <w:rPr>
                <w:sz w:val="18"/>
              </w:rPr>
              <w:t>1.000 m² (&lt;20.000 kg)</w:t>
            </w:r>
          </w:p>
        </w:tc>
        <w:tc>
          <w:tcPr>
            <w:tcW w:type="dxa" w:w="2880"/>
          </w:tcPr>
          <w:p>
            <w:r>
              <w:rPr>
                <w:sz w:val="18"/>
              </w:rPr>
              <w:t>M15</w:t>
            </w:r>
          </w:p>
        </w:tc>
      </w:tr>
      <w:tr>
        <w:tc>
          <w:tcPr>
            <w:tcW w:type="dxa" w:w="2880"/>
          </w:tcPr>
          <w:p>
            <w:r>
              <w:rPr>
                <w:sz w:val="18"/>
              </w:rPr>
              <w:t>Verdieping</w:t>
            </w:r>
          </w:p>
        </w:tc>
        <w:tc>
          <w:tcPr>
            <w:tcW w:type="dxa" w:w="2880"/>
          </w:tcPr>
          <w:p>
            <w:r>
              <w:rPr>
                <w:sz w:val="18"/>
              </w:rPr>
              <w:t>Geen beperking voor onbrandbare ADR-8/9</w:t>
            </w:r>
          </w:p>
        </w:tc>
        <w:tc>
          <w:tcPr>
            <w:tcW w:type="dxa" w:w="2880"/>
          </w:tcPr>
          <w:p>
            <w:r>
              <w:rPr>
                <w:sz w:val="18"/>
              </w:rPr>
              <w:t>M17</w:t>
            </w:r>
          </w:p>
        </w:tc>
      </w:tr>
      <w:tr>
        <w:tc>
          <w:tcPr>
            <w:tcW w:type="dxa" w:w="2880"/>
          </w:tcPr>
          <w:p>
            <w:r>
              <w:rPr>
                <w:sz w:val="18"/>
              </w:rPr>
              <w:t>Constructie</w:t>
            </w:r>
          </w:p>
        </w:tc>
        <w:tc>
          <w:tcPr>
            <w:tcW w:type="dxa" w:w="2880"/>
          </w:tcPr>
          <w:p>
            <w:r>
              <w:rPr>
                <w:sz w:val="18"/>
              </w:rPr>
              <w:t>Dragende constructie bestand tegen opgeslagen stoffen</w:t>
            </w:r>
          </w:p>
        </w:tc>
        <w:tc>
          <w:tcPr>
            <w:tcW w:type="dxa" w:w="2880"/>
          </w:tcPr>
          <w:p>
            <w:r>
              <w:rPr>
                <w:sz w:val="18"/>
              </w:rPr>
              <w:t>M24-M27</w:t>
            </w:r>
          </w:p>
        </w:tc>
      </w:tr>
      <w:tr>
        <w:tc>
          <w:tcPr>
            <w:tcW w:type="dxa" w:w="2880"/>
          </w:tcPr>
          <w:p>
            <w:r>
              <w:rPr>
                <w:sz w:val="18"/>
              </w:rPr>
              <w:t>Brandblusmiddelen</w:t>
            </w:r>
          </w:p>
        </w:tc>
        <w:tc>
          <w:tcPr>
            <w:tcW w:type="dxa" w:w="2880"/>
          </w:tcPr>
          <w:p>
            <w:r>
              <w:rPr>
                <w:sz w:val="18"/>
              </w:rPr>
              <w:t>Min. twee 6 kg poederblussers of equivalent</w:t>
            </w:r>
          </w:p>
        </w:tc>
        <w:tc>
          <w:tcPr>
            <w:tcW w:type="dxa" w:w="2880"/>
          </w:tcPr>
          <w:p>
            <w:r>
              <w:rPr>
                <w:sz w:val="18"/>
              </w:rPr>
              <w:t>M95</w:t>
            </w:r>
          </w:p>
        </w:tc>
      </w:tr>
      <w:tr>
        <w:tc>
          <w:tcPr>
            <w:tcW w:type="dxa" w:w="2880"/>
          </w:tcPr>
          <w:p>
            <w:r>
              <w:rPr>
                <w:sz w:val="18"/>
              </w:rPr>
              <w:t>Ontstekingsbronnen</w:t>
            </w:r>
          </w:p>
        </w:tc>
        <w:tc>
          <w:tcPr>
            <w:tcW w:type="dxa" w:w="2880"/>
          </w:tcPr>
          <w:p>
            <w:r>
              <w:rPr>
                <w:sz w:val="18"/>
              </w:rPr>
              <w:t>Rook- en vuurverbod binnen 2 m</w:t>
            </w:r>
          </w:p>
        </w:tc>
        <w:tc>
          <w:tcPr>
            <w:tcW w:type="dxa" w:w="2880"/>
          </w:tcPr>
          <w:p>
            <w:r>
              <w:rPr>
                <w:sz w:val="18"/>
              </w:rPr>
              <w:t>M68, M134</w:t>
            </w:r>
          </w:p>
        </w:tc>
      </w:tr>
      <w:tr>
        <w:tc>
          <w:tcPr>
            <w:tcW w:type="dxa" w:w="2880"/>
          </w:tcPr>
          <w:p>
            <w:r>
              <w:rPr>
                <w:sz w:val="18"/>
              </w:rPr>
              <w:t>Toegang</w:t>
            </w:r>
          </w:p>
        </w:tc>
        <w:tc>
          <w:tcPr>
            <w:tcW w:type="dxa" w:w="2880"/>
          </w:tcPr>
          <w:p>
            <w:r>
              <w:rPr>
                <w:sz w:val="18"/>
              </w:rPr>
              <w:t>Alleen bevoegd en deskundig personeel</w:t>
            </w:r>
          </w:p>
        </w:tc>
        <w:tc>
          <w:tcPr>
            <w:tcW w:type="dxa" w:w="2880"/>
          </w:tcPr>
          <w:p>
            <w:r>
              <w:rPr>
                <w:sz w:val="18"/>
              </w:rPr>
              <w:t>M36</w:t>
            </w:r>
          </w:p>
        </w:tc>
      </w:tr>
      <w:tr>
        <w:tc>
          <w:tcPr>
            <w:tcW w:type="dxa" w:w="2880"/>
          </w:tcPr>
          <w:p>
            <w:r>
              <w:rPr>
                <w:sz w:val="18"/>
              </w:rPr>
              <w:t>Signalering</w:t>
            </w:r>
          </w:p>
        </w:tc>
        <w:tc>
          <w:tcPr>
            <w:tcW w:type="dxa" w:w="2880"/>
          </w:tcPr>
          <w:p>
            <w:r>
              <w:rPr>
                <w:sz w:val="18"/>
              </w:rPr>
              <w:t>ADR-etiketten (min. 20×20 cm), verbodsborden</w:t>
            </w:r>
          </w:p>
        </w:tc>
        <w:tc>
          <w:tcPr>
            <w:tcW w:type="dxa" w:w="2880"/>
          </w:tcPr>
          <w:p>
            <w:r>
              <w:rPr>
                <w:sz w:val="18"/>
              </w:rPr>
              <w:t>M135-M136</w:t>
            </w:r>
          </w:p>
        </w:tc>
      </w:tr>
      <w:tr>
        <w:tc>
          <w:tcPr>
            <w:tcW w:type="dxa" w:w="2880"/>
          </w:tcPr>
          <w:p>
            <w:r>
              <w:rPr>
                <w:sz w:val="18"/>
              </w:rPr>
              <w:t>Ventilatie</w:t>
            </w:r>
          </w:p>
        </w:tc>
        <w:tc>
          <w:tcPr>
            <w:tcW w:type="dxa" w:w="2880"/>
          </w:tcPr>
          <w:p>
            <w:r>
              <w:rPr>
                <w:sz w:val="18"/>
              </w:rPr>
              <w:t>Adequate ventilatie bij dampvorming</w:t>
            </w:r>
          </w:p>
        </w:tc>
        <w:tc>
          <w:tcPr>
            <w:tcW w:type="dxa" w:w="2880"/>
          </w:tcPr>
          <w:p>
            <w:r>
              <w:rPr>
                <w:sz w:val="18"/>
              </w:rPr>
              <w:t>M35</w:t>
            </w:r>
          </w:p>
        </w:tc>
      </w:tr>
      <w:tr>
        <w:tc>
          <w:tcPr>
            <w:tcW w:type="dxa" w:w="2880"/>
          </w:tcPr>
          <w:p>
            <w:r>
              <w:rPr>
                <w:sz w:val="18"/>
              </w:rPr>
              <w:t>Vrije ruimte</w:t>
            </w:r>
          </w:p>
        </w:tc>
        <w:tc>
          <w:tcPr>
            <w:tcW w:type="dxa" w:w="2880"/>
          </w:tcPr>
          <w:p>
            <w:r>
              <w:rPr>
                <w:sz w:val="18"/>
              </w:rPr>
              <w:t>2 m tot andere activiteiten</w:t>
            </w:r>
          </w:p>
        </w:tc>
        <w:tc>
          <w:tcPr>
            <w:tcW w:type="dxa" w:w="2880"/>
          </w:tcPr>
          <w:p>
            <w:r>
              <w:rPr>
                <w:sz w:val="18"/>
              </w:rPr>
              <w:t>M21</w:t>
            </w:r>
          </w:p>
        </w:tc>
      </w:tr>
    </w:tbl>
    <w:p>
      <w:pPr>
        <w:pStyle w:val="Heading2"/>
      </w:pPr>
      <w:r>
        <w:t>4.2 Segregatie — Onverenigbare combinaties</w:t>
      </w:r>
    </w:p>
    <w:p>
      <w:r>
        <w:rPr>
          <w:b/>
          <w:color w:val="C00000"/>
        </w:rPr>
        <w:t>KRITIEKE SCHEIDINGSEISEN: (1) Zuren (H₂SO₄, HCl) en basen (NaAlO₂-oplossing) vormen onverenigbare combinaties — exotherme neutralisatiereactie. (2) Oxiderende stoffen (H₂O₂, Na₂S₂O₈) moeten gescheiden worden van brandbare/reducerende materialen. (3) V₂O₅ en NaVO₃ (ADR 6.1) moeten gescheiden worden van voedsel/voedingsmiddelen.</w:t>
      </w:r>
    </w:p>
    <w:tbl>
      <w:tblPr>
        <w:tblStyle w:val="LightGrid-Accent1"/>
        <w:tblW w:type="auto" w:w="0"/>
        <w:jc w:val="center"/>
        <w:tblLook w:firstColumn="1" w:firstRow="1" w:lastColumn="0" w:lastRow="0" w:noHBand="0" w:noVBand="1" w:val="04A0"/>
      </w:tblPr>
      <w:tblGrid>
        <w:gridCol w:w="2160"/>
        <w:gridCol w:w="2160"/>
        <w:gridCol w:w="2160"/>
        <w:gridCol w:w="2160"/>
      </w:tblGrid>
      <w:tr>
        <w:tc>
          <w:tcPr>
            <w:tcW w:type="dxa" w:w="2160"/>
          </w:tcPr>
          <w:p>
            <w:r>
              <w:rPr>
                <w:b/>
                <w:sz w:val="18"/>
              </w:rPr>
              <w:t>Combinatie</w:t>
            </w:r>
          </w:p>
        </w:tc>
        <w:tc>
          <w:tcPr>
            <w:tcW w:type="dxa" w:w="2160"/>
          </w:tcPr>
          <w:p>
            <w:r>
              <w:rPr>
                <w:b/>
                <w:sz w:val="18"/>
              </w:rPr>
              <w:t>Scheiding vereist?</w:t>
            </w:r>
          </w:p>
        </w:tc>
        <w:tc>
          <w:tcPr>
            <w:tcW w:type="dxa" w:w="2160"/>
          </w:tcPr>
          <w:p>
            <w:r>
              <w:rPr>
                <w:b/>
                <w:sz w:val="18"/>
              </w:rPr>
              <w:t>Methode</w:t>
            </w:r>
          </w:p>
        </w:tc>
        <w:tc>
          <w:tcPr>
            <w:tcW w:type="dxa" w:w="2160"/>
          </w:tcPr>
          <w:p>
            <w:r>
              <w:rPr>
                <w:b/>
                <w:sz w:val="18"/>
              </w:rPr>
              <w:t>Toelichting</w:t>
            </w:r>
          </w:p>
        </w:tc>
      </w:tr>
      <w:tr>
        <w:tc>
          <w:tcPr>
            <w:tcW w:type="dxa" w:w="2160"/>
          </w:tcPr>
          <w:p>
            <w:r>
              <w:rPr>
                <w:b/>
                <w:sz w:val="18"/>
              </w:rPr>
              <w:t>H₂SO₄/HCl + NaAlO₂</w:t>
            </w:r>
          </w:p>
        </w:tc>
        <w:tc>
          <w:tcPr>
            <w:tcW w:type="dxa" w:w="2160"/>
          </w:tcPr>
          <w:p>
            <w:r>
              <w:rPr>
                <w:b/>
                <w:sz w:val="18"/>
              </w:rPr>
              <w:t>JA — VERPLICHT</w:t>
            </w:r>
          </w:p>
        </w:tc>
        <w:tc>
          <w:tcPr>
            <w:tcW w:type="dxa" w:w="2160"/>
          </w:tcPr>
          <w:p>
            <w:r>
              <w:rPr>
                <w:b/>
                <w:sz w:val="18"/>
              </w:rPr>
              <w:t>Vakscheiding</w:t>
            </w:r>
          </w:p>
        </w:tc>
        <w:tc>
          <w:tcPr>
            <w:tcW w:type="dxa" w:w="2160"/>
          </w:tcPr>
          <w:p>
            <w:r>
              <w:rPr>
                <w:b/>
                <w:sz w:val="18"/>
              </w:rPr>
              <w:t>Zuur + base = exotherme neutralisatie</w:t>
            </w:r>
          </w:p>
        </w:tc>
      </w:tr>
      <w:tr>
        <w:tc>
          <w:tcPr>
            <w:tcW w:type="dxa" w:w="2160"/>
          </w:tcPr>
          <w:p>
            <w:r>
              <w:rPr>
                <w:b/>
                <w:sz w:val="18"/>
              </w:rPr>
              <w:t>H₂SO₄ + H₂O₂</w:t>
            </w:r>
          </w:p>
        </w:tc>
        <w:tc>
          <w:tcPr>
            <w:tcW w:type="dxa" w:w="2160"/>
          </w:tcPr>
          <w:p>
            <w:r>
              <w:rPr>
                <w:b/>
                <w:sz w:val="18"/>
              </w:rPr>
              <w:t>JA — VERPLICHT</w:t>
            </w:r>
          </w:p>
        </w:tc>
        <w:tc>
          <w:tcPr>
            <w:tcW w:type="dxa" w:w="2160"/>
          </w:tcPr>
          <w:p>
            <w:r>
              <w:rPr>
                <w:b/>
                <w:sz w:val="18"/>
              </w:rPr>
              <w:t>Apart vak</w:t>
            </w:r>
          </w:p>
        </w:tc>
        <w:tc>
          <w:tcPr>
            <w:tcW w:type="dxa" w:w="2160"/>
          </w:tcPr>
          <w:p>
            <w:r>
              <w:rPr>
                <w:b/>
                <w:sz w:val="18"/>
              </w:rPr>
              <w:t>Peracide vorming mogelijk</w:t>
            </w:r>
          </w:p>
        </w:tc>
      </w:tr>
      <w:tr>
        <w:tc>
          <w:tcPr>
            <w:tcW w:type="dxa" w:w="2160"/>
          </w:tcPr>
          <w:p>
            <w:r>
              <w:rPr>
                <w:b/>
                <w:sz w:val="18"/>
              </w:rPr>
              <w:t>H₂O₂/Na₂S₂O₈ + brandbaren</w:t>
            </w:r>
          </w:p>
        </w:tc>
        <w:tc>
          <w:tcPr>
            <w:tcW w:type="dxa" w:w="2160"/>
          </w:tcPr>
          <w:p>
            <w:r>
              <w:rPr>
                <w:b/>
                <w:sz w:val="18"/>
              </w:rPr>
              <w:t>JA — VERPLICHT</w:t>
            </w:r>
          </w:p>
        </w:tc>
        <w:tc>
          <w:tcPr>
            <w:tcW w:type="dxa" w:w="2160"/>
          </w:tcPr>
          <w:p>
            <w:r>
              <w:rPr>
                <w:b/>
                <w:sz w:val="18"/>
              </w:rPr>
              <w:t>Vakindeling</w:t>
            </w:r>
          </w:p>
        </w:tc>
        <w:tc>
          <w:tcPr>
            <w:tcW w:type="dxa" w:w="2160"/>
          </w:tcPr>
          <w:p>
            <w:r>
              <w:rPr>
                <w:b/>
                <w:sz w:val="18"/>
              </w:rPr>
              <w:t>Oxiderend + brandbaar = brandgevaar</w:t>
            </w:r>
          </w:p>
        </w:tc>
      </w:tr>
      <w:tr>
        <w:tc>
          <w:tcPr>
            <w:tcW w:type="dxa" w:w="2160"/>
          </w:tcPr>
          <w:p>
            <w:r>
              <w:rPr>
                <w:b/>
                <w:sz w:val="18"/>
              </w:rPr>
              <w:t>H₂SO₄/HCl + V-elektrolyt</w:t>
            </w:r>
          </w:p>
        </w:tc>
        <w:tc>
          <w:tcPr>
            <w:tcW w:type="dxa" w:w="2160"/>
          </w:tcPr>
          <w:p>
            <w:r>
              <w:rPr>
                <w:b/>
                <w:sz w:val="18"/>
              </w:rPr>
              <w:t>Aanbevolen</w:t>
            </w:r>
          </w:p>
        </w:tc>
        <w:tc>
          <w:tcPr>
            <w:tcW w:type="dxa" w:w="2160"/>
          </w:tcPr>
          <w:p>
            <w:r>
              <w:rPr>
                <w:b/>
                <w:sz w:val="18"/>
              </w:rPr>
              <w:t>Vakscheiding</w:t>
            </w:r>
          </w:p>
        </w:tc>
        <w:tc>
          <w:tcPr>
            <w:tcW w:type="dxa" w:w="2160"/>
          </w:tcPr>
          <w:p>
            <w:r>
              <w:rPr>
                <w:b/>
                <w:sz w:val="18"/>
              </w:rPr>
              <w:t>Zelfde UN 2796 maar verschillende gevaren</w:t>
            </w:r>
          </w:p>
        </w:tc>
      </w:tr>
      <w:tr>
        <w:tc>
          <w:tcPr>
            <w:tcW w:type="dxa" w:w="2160"/>
          </w:tcPr>
          <w:p>
            <w:r>
              <w:rPr>
                <w:b/>
                <w:sz w:val="18"/>
              </w:rPr>
              <w:t>NaAlO₂ + V-elektrolyt</w:t>
            </w:r>
          </w:p>
        </w:tc>
        <w:tc>
          <w:tcPr>
            <w:tcW w:type="dxa" w:w="2160"/>
          </w:tcPr>
          <w:p>
            <w:r>
              <w:rPr>
                <w:b/>
                <w:sz w:val="18"/>
              </w:rPr>
              <w:t>Beoordelen</w:t>
            </w:r>
          </w:p>
        </w:tc>
        <w:tc>
          <w:tcPr>
            <w:tcW w:type="dxa" w:w="2160"/>
          </w:tcPr>
          <w:p>
            <w:r>
              <w:rPr>
                <w:b/>
                <w:sz w:val="18"/>
              </w:rPr>
              <w:t>Vakscheiding aanbevolen</w:t>
            </w:r>
          </w:p>
        </w:tc>
        <w:tc>
          <w:tcPr>
            <w:tcW w:type="dxa" w:w="2160"/>
          </w:tcPr>
          <w:p>
            <w:r>
              <w:rPr>
                <w:b/>
                <w:sz w:val="18"/>
              </w:rPr>
              <w:t>Base + zuurhoudend mengsel</w:t>
            </w:r>
          </w:p>
        </w:tc>
      </w:tr>
      <w:tr>
        <w:tc>
          <w:tcPr>
            <w:tcW w:type="dxa" w:w="2160"/>
          </w:tcPr>
          <w:p>
            <w:r>
              <w:rPr>
                <w:b/>
                <w:sz w:val="18"/>
              </w:rPr>
              <w:t>V₂O₅ + NaVO₃</w:t>
            </w:r>
          </w:p>
        </w:tc>
        <w:tc>
          <w:tcPr>
            <w:tcW w:type="dxa" w:w="2160"/>
          </w:tcPr>
          <w:p>
            <w:r>
              <w:rPr>
                <w:b/>
                <w:sz w:val="18"/>
              </w:rPr>
              <w:t>Nee (zelfde klasse 6.1)</w:t>
            </w:r>
          </w:p>
        </w:tc>
        <w:tc>
          <w:tcPr>
            <w:tcW w:type="dxa" w:w="2160"/>
          </w:tcPr>
          <w:p>
            <w:r>
              <w:rPr>
                <w:b/>
                <w:sz w:val="18"/>
              </w:rPr>
              <w:t>Samen opslag toegestaan</w:t>
            </w:r>
          </w:p>
        </w:tc>
        <w:tc>
          <w:tcPr>
            <w:tcW w:type="dxa" w:w="2160"/>
          </w:tcPr>
          <w:p>
            <w:r>
              <w:rPr>
                <w:b/>
                <w:sz w:val="18"/>
              </w:rPr>
              <w:t>Beide ADR 6.1/PG III</w:t>
            </w:r>
          </w:p>
        </w:tc>
      </w:tr>
      <w:tr>
        <w:tc>
          <w:tcPr>
            <w:tcW w:type="dxa" w:w="2160"/>
          </w:tcPr>
          <w:p>
            <w:r>
              <w:rPr>
                <w:b/>
                <w:sz w:val="18"/>
              </w:rPr>
              <w:t>V₂O₅/NaVO₃ + voedsel</w:t>
            </w:r>
          </w:p>
        </w:tc>
        <w:tc>
          <w:tcPr>
            <w:tcW w:type="dxa" w:w="2160"/>
          </w:tcPr>
          <w:p>
            <w:r>
              <w:rPr>
                <w:b/>
                <w:sz w:val="18"/>
              </w:rPr>
              <w:t>JA — VERPLICHT</w:t>
            </w:r>
          </w:p>
        </w:tc>
        <w:tc>
          <w:tcPr>
            <w:tcW w:type="dxa" w:w="2160"/>
          </w:tcPr>
          <w:p>
            <w:r>
              <w:rPr>
                <w:b/>
                <w:sz w:val="18"/>
              </w:rPr>
              <w:t>Afzonderlijk</w:t>
            </w:r>
          </w:p>
        </w:tc>
        <w:tc>
          <w:tcPr>
            <w:tcW w:type="dxa" w:w="2160"/>
          </w:tcPr>
          <w:p>
            <w:r>
              <w:rPr>
                <w:b/>
                <w:sz w:val="18"/>
              </w:rPr>
              <w:t>Toxische stoffen mogen niet bij voedsel</w:t>
            </w:r>
          </w:p>
        </w:tc>
      </w:tr>
    </w:tbl>
    <w:p>
      <w:pPr>
        <w:pStyle w:val="Heading2"/>
      </w:pPr>
      <w:r>
        <w:t>4.3 Specifieke eisen bijtende stoffen (ADR-klasse 8)</w:t>
      </w:r>
    </w:p>
    <w:p>
      <w:pPr>
        <w:pStyle w:val="ListBullet"/>
      </w:pPr>
      <w:r>
        <w:rPr>
          <w:b/>
        </w:rPr>
        <w:t>Materialen opvangvoorziening: Bestand tegen bijtende stof. Geen onbeschermde metalen bij H₂SO₄. PP-gelined of kunststof bakken. Voor H411-stoffen: extra opvangmilieuzorg.</w:t>
      </w:r>
    </w:p>
    <w:p>
      <w:pPr>
        <w:pStyle w:val="ListBullet"/>
      </w:pPr>
      <w:r>
        <w:rPr>
          <w:b/>
        </w:rPr>
        <w:t>Neutralisatiemiddelen: Voor zuren — natriumcarbonaat (soda). Voor basen (NaAlO₂) — citroenzuur of verdunde azijnzuuroplossing. Bij H₂O₂: reducerend middel (natriumthiosulfaat).</w:t>
      </w:r>
    </w:p>
    <w:p>
      <w:pPr>
        <w:pStyle w:val="ListBullet"/>
      </w:pPr>
      <w:r>
        <w:rPr>
          <w:b/>
        </w:rPr>
        <w:t xml:space="preserve">Condenscorrosie: </w:t>
      </w:r>
      <w:r>
        <w:t>Bij buitenopslag rekening houden met condensvorming en corrosie aan verpakkingen en constructie. Binnenopslag verdient de voorkeur.</w:t>
      </w:r>
    </w:p>
    <w:p>
      <w:pPr>
        <w:pStyle w:val="ListBullet"/>
      </w:pPr>
      <w:r>
        <w:rPr>
          <w:b/>
        </w:rPr>
        <w:t xml:space="preserve">Inspectie verpakkingen: </w:t>
      </w:r>
      <w:r>
        <w:t>Bij ontvangst en periodiek: controle op beschadigingen, corrosie, lekkage. Gebreken direct verhelpen (M45).</w:t>
      </w:r>
    </w:p>
    <w:p>
      <w:pPr>
        <w:pStyle w:val="Heading2"/>
      </w:pPr>
      <w:r>
        <w:t>4.4 Specifieke eisen CMR-houdende stoffen (Steelmaking Slag)</w:t>
      </w:r>
    </w:p>
    <w:p>
      <w:r>
        <w:t>V₂O₅ (Carc. 1B, Muta. 2, Repr. 2), NaVO₃-oplossing (Muta. 2, Repr. 2) en vanadium-elektrolyt (Repr. 2) zijn CMR-geclassificeerd. Bij opslag van CMR-stoffen gelden de volgende aanvullende eisen:</w:t>
      </w:r>
    </w:p>
    <w:p>
      <w:pPr>
        <w:pStyle w:val="ListBullet"/>
      </w:pPr>
      <w:r>
        <w:t>Gesloten opslag (stofvrij) — V₂O₅-poeder mag niet verstuiven;NaVO₃-oplossing in gesloten jerrycans</w:t>
      </w:r>
    </w:p>
    <w:p>
      <w:pPr>
        <w:pStyle w:val="ListBullet"/>
      </w:pPr>
      <w:r>
        <w:t>Afzonderlijke opslag van levensmiddelen en consumentenproducten</w:t>
      </w:r>
    </w:p>
    <w:p>
      <w:pPr>
        <w:pStyle w:val="ListBullet"/>
      </w:pPr>
      <w:r>
        <w:t>Registratie van blootstelling (arbeidshygiëne)</w:t>
      </w:r>
    </w:p>
    <w:p>
      <w:pPr>
        <w:pStyle w:val="ListBullet"/>
      </w:pPr>
      <w:r>
        <w:t>Specifieke PBM's: FFP3-masker bij V₂O₃-poederhantering, zuurbestendige handschoenen bij elektrolyt, FFP2 bij NaVO₃-verneveling</w:t>
      </w:r>
    </w:p>
    <w:p>
      <w:pPr>
        <w:pStyle w:val="ListBullet"/>
      </w:pPr>
      <w:r>
        <w:t>RI&amp;E moet CMR-risico's expliciet behandelen: V₂O₅ (Carc. 1B), NaVO₃ (Muta. 2), elektrolyt (Repr. 2). Registratie blootstelling verplicht.</w:t>
      </w:r>
    </w:p>
    <w:p>
      <w:pPr>
        <w:pStyle w:val="Heading2"/>
      </w:pPr>
      <w:r>
        <w:t>4.5 Opslag in jerrycans (huidige situatie)</w:t>
      </w:r>
    </w:p>
    <w:p>
      <w:r>
        <w:t>In de demo-fase worden vloeistoffen opgeslagen in jerrycans (10L en 25L) en vaste stoffen in canisters/big bags op een rack in het lab. Dit is toegestaan onder PGS 15:2025 mits:</w:t>
      </w:r>
    </w:p>
    <w:p>
      <w:pPr>
        <w:pStyle w:val="ListBullet"/>
      </w:pPr>
      <w:r>
        <w:t>Jerrycans en canisters zijn ADR-conform (UN-gekeurd)</w:t>
      </w:r>
    </w:p>
    <w:p>
      <w:pPr>
        <w:pStyle w:val="ListBullet"/>
      </w:pPr>
      <w:r>
        <w:t>De opslaglocatie voldoet aan de basismaatregelen (opvang, signalering, toegangsbeperking)</w:t>
      </w:r>
    </w:p>
    <w:p>
      <w:pPr>
        <w:pStyle w:val="ListBullet"/>
      </w:pPr>
      <w:r>
        <w:t>De werkvoorraad-regel wordt nageleefd: max. 1 aangebroken + 1 nieuwe verpakking per stof in de nabijheid van het werk</w:t>
      </w:r>
    </w:p>
    <w:p>
      <w:pPr>
        <w:pStyle w:val="ListBullet"/>
      </w:pPr>
      <w:r>
        <w:t>Zuren, basen en oxiderende stoffen fysiek gescheiden op het rack (minimaal 3 compartimenten)</w:t>
      </w:r>
    </w:p>
    <w:p>
      <w:r/>
    </w:p>
    <w:p>
      <w:pPr>
        <w:pStyle w:val="Heading1"/>
      </w:pPr>
      <w:r>
        <w:t>5. BRZO &amp; Vergunningen</w:t>
      </w:r>
    </w:p>
    <w:p>
      <w:pPr>
        <w:pStyle w:val="Heading2"/>
      </w:pPr>
      <w:r>
        <w:t>5.1 BRZO 2020 toepasselijkheid</w:t>
      </w:r>
    </w:p>
    <w:p>
      <w:r>
        <w:t>Het Besluit risico's zware ongevallen 2020 (BRZO 2020) is de nationale implementatie van de Seveso III-richtlijn. Het BRZO is van toepassing op inrichtingen waar bepaalde gevaarlijke stoffen in hoeveelheden boven de drempelwaarden uit Bijlage I aanwezig zijn.</w:t>
      </w:r>
    </w:p>
    <w:p>
      <w:r>
        <w:t>Voor Phoenix Metals in de demo-fase geldt:</w:t>
        <w:br/>
        <w:t>• H₂SO₄: 150 kg (drempel 1.000 ton)</w:t>
        <w:br/>
        <w:t>• H₂O₂: 150 kg (drempel 50 ton)</w:t>
        <w:br/>
        <w:t>• V₂O₅: 150 kg (drempel 5 ton)</w:t>
        <w:br/>
        <w:t>• Totaal: 2.700 kg (18 × 150 kg, drempel 50-200 ton)</w:t>
        <w:br/>
        <w:t>→ BRZO niet van toepassing (&lt; drempelwaarden per categorie)et van toepassing.</w:t>
      </w:r>
    </w:p>
    <w:tbl>
      <w:tblPr>
        <w:tblStyle w:val="LightGrid-Accent1"/>
        <w:tblW w:type="auto" w:w="0"/>
        <w:jc w:val="center"/>
        <w:tblLook w:firstColumn="1" w:firstRow="1" w:lastColumn="0" w:lastRow="0" w:noHBand="0" w:noVBand="1" w:val="04A0"/>
      </w:tblPr>
      <w:tblGrid>
        <w:gridCol w:w="2160"/>
        <w:gridCol w:w="2160"/>
        <w:gridCol w:w="2160"/>
        <w:gridCol w:w="2160"/>
      </w:tblGrid>
      <w:tr>
        <w:tc>
          <w:tcPr>
            <w:tcW w:type="dxa" w:w="2160"/>
          </w:tcPr>
          <w:p>
            <w:r>
              <w:rPr>
                <w:b/>
                <w:sz w:val="18"/>
              </w:rPr>
              <w:t>Stof/categorie</w:t>
            </w:r>
          </w:p>
        </w:tc>
        <w:tc>
          <w:tcPr>
            <w:tcW w:type="dxa" w:w="2160"/>
          </w:tcPr>
          <w:p>
            <w:r>
              <w:rPr>
                <w:b/>
                <w:sz w:val="18"/>
              </w:rPr>
              <w:t>BRZO Bijlage I drempelwaarde</w:t>
            </w:r>
          </w:p>
        </w:tc>
        <w:tc>
          <w:tcPr>
            <w:tcW w:type="dxa" w:w="2160"/>
          </w:tcPr>
          <w:p>
            <w:r>
              <w:rPr>
                <w:b/>
                <w:sz w:val="18"/>
              </w:rPr>
              <w:t>Phoenix Metals demo-fase</w:t>
            </w:r>
          </w:p>
        </w:tc>
        <w:tc>
          <w:tcPr>
            <w:tcW w:type="dxa" w:w="2160"/>
          </w:tcPr>
          <w:p>
            <w:r>
              <w:rPr>
                <w:b/>
                <w:sz w:val="18"/>
              </w:rPr>
              <w:t>BRZO van toepassing?</w:t>
            </w:r>
          </w:p>
        </w:tc>
      </w:tr>
      <w:tr>
        <w:tc>
          <w:tcPr>
            <w:tcW w:type="dxa" w:w="2160"/>
          </w:tcPr>
          <w:p>
            <w:r>
              <w:rPr>
                <w:b/>
                <w:sz w:val="18"/>
              </w:rPr>
              <w:t>Zwavelzuur (H₂SO₄)</w:t>
            </w:r>
          </w:p>
        </w:tc>
        <w:tc>
          <w:tcPr>
            <w:tcW w:type="dxa" w:w="2160"/>
          </w:tcPr>
          <w:p>
            <w:r>
              <w:rPr>
                <w:b/>
                <w:sz w:val="18"/>
              </w:rPr>
              <w:t>1.000 ton (cat. E1)</w:t>
            </w:r>
          </w:p>
        </w:tc>
        <w:tc>
          <w:tcPr>
            <w:tcW w:type="dxa" w:w="2160"/>
          </w:tcPr>
          <w:p>
            <w:r>
              <w:rPr>
                <w:b/>
                <w:sz w:val="18"/>
              </w:rPr>
              <w:t>150 kg</w:t>
            </w:r>
          </w:p>
        </w:tc>
        <w:tc>
          <w:tcPr>
            <w:tcW w:type="dxa" w:w="2160"/>
          </w:tcPr>
          <w:p>
            <w:r>
              <w:rPr>
                <w:b/>
                <w:sz w:val="18"/>
              </w:rPr>
              <w:t>Nee</w:t>
            </w:r>
          </w:p>
        </w:tc>
      </w:tr>
      <w:tr>
        <w:tc>
          <w:tcPr>
            <w:tcW w:type="dxa" w:w="2160"/>
          </w:tcPr>
          <w:p>
            <w:r>
              <w:rPr>
                <w:b/>
                <w:sz w:val="18"/>
              </w:rPr>
              <w:t>Waterstofperoxide</w:t>
            </w:r>
          </w:p>
        </w:tc>
        <w:tc>
          <w:tcPr>
            <w:tcW w:type="dxa" w:w="2160"/>
          </w:tcPr>
          <w:p>
            <w:r>
              <w:rPr>
                <w:b/>
                <w:sz w:val="18"/>
              </w:rPr>
              <w:t>50 ton (cat. P8)</w:t>
            </w:r>
          </w:p>
        </w:tc>
        <w:tc>
          <w:tcPr>
            <w:tcW w:type="dxa" w:w="2160"/>
          </w:tcPr>
          <w:p>
            <w:r>
              <w:rPr>
                <w:b/>
                <w:sz w:val="18"/>
              </w:rPr>
              <w:t>150 kg</w:t>
            </w:r>
          </w:p>
        </w:tc>
        <w:tc>
          <w:tcPr>
            <w:tcW w:type="dxa" w:w="2160"/>
          </w:tcPr>
          <w:p>
            <w:r>
              <w:rPr>
                <w:b/>
                <w:sz w:val="18"/>
              </w:rPr>
              <w:t>Nee</w:t>
            </w:r>
          </w:p>
        </w:tc>
      </w:tr>
      <w:tr>
        <w:tc>
          <w:tcPr>
            <w:tcW w:type="dxa" w:w="2160"/>
          </w:tcPr>
          <w:p>
            <w:r>
              <w:rPr>
                <w:b/>
                <w:sz w:val="18"/>
              </w:rPr>
              <w:t>Natriumpersulfaat</w:t>
            </w:r>
          </w:p>
        </w:tc>
        <w:tc>
          <w:tcPr>
            <w:tcW w:type="dxa" w:w="2160"/>
          </w:tcPr>
          <w:p>
            <w:r>
              <w:rPr>
                <w:b/>
                <w:sz w:val="18"/>
              </w:rPr>
              <w:t>50 ton (cat. P8)</w:t>
            </w:r>
          </w:p>
        </w:tc>
        <w:tc>
          <w:tcPr>
            <w:tcW w:type="dxa" w:w="2160"/>
          </w:tcPr>
          <w:p>
            <w:r>
              <w:rPr>
                <w:b/>
                <w:sz w:val="18"/>
              </w:rPr>
              <w:t>~10 kg</w:t>
            </w:r>
          </w:p>
        </w:tc>
        <w:tc>
          <w:tcPr>
            <w:tcW w:type="dxa" w:w="2160"/>
          </w:tcPr>
          <w:p>
            <w:r>
              <w:rPr>
                <w:b/>
                <w:sz w:val="18"/>
              </w:rPr>
              <w:t>Nee</w:t>
            </w:r>
          </w:p>
        </w:tc>
      </w:tr>
      <w:tr>
        <w:tc>
          <w:tcPr>
            <w:tcW w:type="dxa" w:w="2160"/>
          </w:tcPr>
          <w:p>
            <w:r>
              <w:rPr>
                <w:b/>
                <w:sz w:val="18"/>
              </w:rPr>
              <w:t>Zoutzuur</w:t>
            </w:r>
          </w:p>
        </w:tc>
        <w:tc>
          <w:tcPr>
            <w:tcW w:type="dxa" w:w="2160"/>
          </w:tcPr>
          <w:p>
            <w:r>
              <w:rPr>
                <w:b/>
                <w:sz w:val="18"/>
              </w:rPr>
              <w:t>Niet specifiek in Bijlage I</w:t>
            </w:r>
          </w:p>
        </w:tc>
        <w:tc>
          <w:tcPr>
            <w:tcW w:type="dxa" w:w="2160"/>
          </w:tcPr>
          <w:p>
            <w:r>
              <w:rPr>
                <w:b/>
                <w:sz w:val="18"/>
              </w:rPr>
              <w:t>~22 kg</w:t>
            </w:r>
          </w:p>
        </w:tc>
        <w:tc>
          <w:tcPr>
            <w:tcW w:type="dxa" w:w="2160"/>
          </w:tcPr>
          <w:p>
            <w:r>
              <w:rPr>
                <w:b/>
                <w:sz w:val="18"/>
              </w:rPr>
              <w:t>Nee</w:t>
            </w:r>
          </w:p>
        </w:tc>
      </w:tr>
      <w:tr>
        <w:tc>
          <w:tcPr>
            <w:tcW w:type="dxa" w:w="2160"/>
          </w:tcPr>
          <w:p>
            <w:r>
              <w:rPr>
                <w:b/>
                <w:sz w:val="18"/>
              </w:rPr>
              <w:t>Vanadiumpentoxide</w:t>
            </w:r>
          </w:p>
        </w:tc>
        <w:tc>
          <w:tcPr>
            <w:tcW w:type="dxa" w:w="2160"/>
          </w:tcPr>
          <w:p>
            <w:r>
              <w:rPr>
                <w:b/>
                <w:sz w:val="18"/>
              </w:rPr>
              <w:t>Niet specifiek in Bijlage I</w:t>
            </w:r>
          </w:p>
        </w:tc>
        <w:tc>
          <w:tcPr>
            <w:tcW w:type="dxa" w:w="2160"/>
          </w:tcPr>
          <w:p>
            <w:r>
              <w:rPr>
                <w:b/>
                <w:sz w:val="18"/>
              </w:rPr>
              <w:t>&lt;1 kg</w:t>
            </w:r>
          </w:p>
        </w:tc>
        <w:tc>
          <w:tcPr>
            <w:tcW w:type="dxa" w:w="2160"/>
          </w:tcPr>
          <w:p>
            <w:r>
              <w:rPr>
                <w:b/>
                <w:sz w:val="18"/>
              </w:rPr>
              <w:t>Nee</w:t>
            </w:r>
          </w:p>
        </w:tc>
      </w:tr>
      <w:tr>
        <w:tc>
          <w:tcPr>
            <w:tcW w:type="dxa" w:w="2160"/>
          </w:tcPr>
          <w:p>
            <w:r>
              <w:rPr>
                <w:b/>
                <w:sz w:val="18"/>
              </w:rPr>
              <w:t>Natriummetavanadaat</w:t>
            </w:r>
          </w:p>
        </w:tc>
        <w:tc>
          <w:tcPr>
            <w:tcW w:type="dxa" w:w="2160"/>
          </w:tcPr>
          <w:p>
            <w:r>
              <w:rPr>
                <w:b/>
                <w:sz w:val="18"/>
              </w:rPr>
              <w:t>Niet specifiek in Bijlage I</w:t>
            </w:r>
          </w:p>
        </w:tc>
        <w:tc>
          <w:tcPr>
            <w:tcW w:type="dxa" w:w="2160"/>
          </w:tcPr>
          <w:p>
            <w:r>
              <w:rPr>
                <w:b/>
                <w:sz w:val="18"/>
              </w:rPr>
              <w:t>&lt;2 L</w:t>
            </w:r>
          </w:p>
        </w:tc>
        <w:tc>
          <w:tcPr>
            <w:tcW w:type="dxa" w:w="2160"/>
          </w:tcPr>
          <w:p>
            <w:r>
              <w:rPr>
                <w:b/>
                <w:sz w:val="18"/>
              </w:rPr>
              <w:t>Nee</w:t>
            </w:r>
          </w:p>
        </w:tc>
      </w:tr>
      <w:tr>
        <w:tc>
          <w:tcPr>
            <w:tcW w:type="dxa" w:w="2160"/>
          </w:tcPr>
          <w:p>
            <w:r>
              <w:rPr>
                <w:b/>
                <w:sz w:val="18"/>
              </w:rPr>
              <w:t>Natriumaluminaat</w:t>
            </w:r>
          </w:p>
        </w:tc>
        <w:tc>
          <w:tcPr>
            <w:tcW w:type="dxa" w:w="2160"/>
          </w:tcPr>
          <w:p>
            <w:r>
              <w:rPr>
                <w:b/>
                <w:sz w:val="18"/>
              </w:rPr>
              <w:t>Niet specifiek in Bijlage I</w:t>
            </w:r>
          </w:p>
        </w:tc>
        <w:tc>
          <w:tcPr>
            <w:tcW w:type="dxa" w:w="2160"/>
          </w:tcPr>
          <w:p>
            <w:r>
              <w:rPr>
                <w:b/>
                <w:sz w:val="18"/>
              </w:rPr>
              <w:t>&lt;5 L</w:t>
            </w:r>
          </w:p>
        </w:tc>
        <w:tc>
          <w:tcPr>
            <w:tcW w:type="dxa" w:w="2160"/>
          </w:tcPr>
          <w:p>
            <w:r>
              <w:rPr>
                <w:b/>
                <w:sz w:val="18"/>
              </w:rPr>
              <w:t>Nee</w:t>
            </w:r>
          </w:p>
        </w:tc>
      </w:tr>
      <w:tr>
        <w:tc>
          <w:tcPr>
            <w:tcW w:type="dxa" w:w="2160"/>
          </w:tcPr>
          <w:p>
            <w:r>
              <w:rPr>
                <w:b/>
                <w:sz w:val="18"/>
              </w:rPr>
              <w:t>V-elektrolyt</w:t>
            </w:r>
          </w:p>
        </w:tc>
        <w:tc>
          <w:tcPr>
            <w:tcW w:type="dxa" w:w="2160"/>
          </w:tcPr>
          <w:p>
            <w:r>
              <w:rPr>
                <w:b/>
                <w:sz w:val="18"/>
              </w:rPr>
              <w:t>Niet specifiek in Bijlage I</w:t>
            </w:r>
          </w:p>
        </w:tc>
        <w:tc>
          <w:tcPr>
            <w:tcW w:type="dxa" w:w="2160"/>
          </w:tcPr>
          <w:p>
            <w:r>
              <w:rPr>
                <w:b/>
                <w:sz w:val="18"/>
              </w:rPr>
              <w:t>&lt;5 L</w:t>
            </w:r>
          </w:p>
        </w:tc>
        <w:tc>
          <w:tcPr>
            <w:tcW w:type="dxa" w:w="2160"/>
          </w:tcPr>
          <w:p>
            <w:r>
              <w:rPr>
                <w:b/>
                <w:sz w:val="18"/>
              </w:rPr>
              <w:t>Nee</w:t>
            </w:r>
          </w:p>
        </w:tc>
      </w:tr>
      <w:tr>
        <w:tc>
          <w:tcPr>
            <w:tcW w:type="dxa" w:w="2160"/>
          </w:tcPr>
          <w:p>
            <w:r>
              <w:rPr>
                <w:b/>
                <w:sz w:val="18"/>
              </w:rPr>
              <w:t>Totale gevaarlijke stoffen</w:t>
            </w:r>
          </w:p>
        </w:tc>
        <w:tc>
          <w:tcPr>
            <w:tcW w:type="dxa" w:w="2160"/>
          </w:tcPr>
          <w:p>
            <w:r>
              <w:rPr>
                <w:b/>
                <w:sz w:val="18"/>
              </w:rPr>
              <w:t>50-200 ton (cat. P8/P9)</w:t>
            </w:r>
          </w:p>
        </w:tc>
        <w:tc>
          <w:tcPr>
            <w:tcW w:type="dxa" w:w="2160"/>
          </w:tcPr>
          <w:p>
            <w:r>
              <w:rPr>
                <w:b/>
                <w:sz w:val="18"/>
              </w:rPr>
              <w:t>2.700 kg totaal (18 × 150 kg)</w:t>
            </w:r>
          </w:p>
        </w:tc>
        <w:tc>
          <w:tcPr>
            <w:tcW w:type="dxa" w:w="2160"/>
          </w:tcPr>
          <w:p>
            <w:r>
              <w:rPr>
                <w:b/>
                <w:sz w:val="18"/>
              </w:rPr>
              <w:t>Nee</w:t>
            </w:r>
          </w:p>
        </w:tc>
      </w:tr>
    </w:tbl>
    <w:p>
      <w:r>
        <w:rPr>
          <w:b/>
        </w:rPr>
        <w:t>Conclusie: BRZO 2020 is niet van toepassing op de demo-fase van Phoenix Metals. Alle hoeveelheden (incl. V₂O₅ &lt;1 kg, NaVO₃ &lt;2 L) liggen minimaal een factor 100-1000 onder de laagste Seveso-drempelwaarden.</w:t>
      </w:r>
    </w:p>
    <w:p>
      <w:pPr>
        <w:pStyle w:val="Heading2"/>
      </w:pPr>
      <w:r>
        <w:t>5.2 Vergunningsplicht (Wm/Wabo/Omgevingswet)</w:t>
      </w:r>
    </w:p>
    <w:p>
      <w:r>
        <w:t>De opslag van gevaarlijke stoffen door Phoenix Metals valt onder het Besluit activiteiten leefomgeving (Bal) en vereist een omgevingsvergunning. De vergunningvoorwaarden zullen PGS 15:2025 als norm hanteren. De vergunningaanvraag wordt (mede) gebaseerd op de inventarisatie en maatregelen uit dit kennisdossier.</w:t>
      </w:r>
    </w:p>
    <w:p>
      <w:pPr>
        <w:pStyle w:val="Heading2"/>
      </w:pPr>
      <w:r>
        <w:t>5.3 Relatie met PGS 15 in vergunning</w:t>
      </w:r>
    </w:p>
    <w:p>
      <w:r>
        <w:t>In de omgevingsvergunning wordt PGS 15:2025 aangemerkt als standaardgood practice. Dit betekent dat het bevoegd gezag (gemeente Rotterdam / DCMR) verwacht dat Phoenix Metals de maatregelen uit PGS 15:2025 implementeert, tenzij gelijkwaardige alternatieven worden aangetoond (PGS 15:2025, hoofdstuk 8). Dit kennisdossier dient als basisdocument voor de vergunningsaanvraag.</w:t>
      </w:r>
    </w:p>
    <w:p>
      <w:r/>
    </w:p>
    <w:p>
      <w:pPr>
        <w:pStyle w:val="Heading1"/>
      </w:pPr>
      <w:r>
        <w:t>6. Veiligheidsmaatregelen</w:t>
      </w:r>
    </w:p>
    <w:p>
      <w:pPr>
        <w:pStyle w:val="Heading2"/>
      </w:pPr>
      <w:r>
        <w:t>6.1 Primaire maatregelen</w:t>
      </w:r>
    </w:p>
    <w:tbl>
      <w:tblPr>
        <w:tblStyle w:val="LightGrid-Accent1"/>
        <w:tblW w:type="auto" w:w="0"/>
        <w:jc w:val="center"/>
        <w:tblLook w:firstColumn="1" w:firstRow="1" w:lastColumn="0" w:lastRow="0" w:noHBand="0" w:noVBand="1" w:val="04A0"/>
      </w:tblPr>
      <w:tblGrid>
        <w:gridCol w:w="2880"/>
        <w:gridCol w:w="2880"/>
        <w:gridCol w:w="2880"/>
      </w:tblGrid>
      <w:tr>
        <w:tc>
          <w:tcPr>
            <w:tcW w:type="dxa" w:w="2880"/>
          </w:tcPr>
          <w:p>
            <w:r>
              <w:rPr>
                <w:b/>
                <w:sz w:val="18"/>
              </w:rPr>
              <w:t>Maatregel</w:t>
            </w:r>
          </w:p>
        </w:tc>
        <w:tc>
          <w:tcPr>
            <w:tcW w:type="dxa" w:w="2880"/>
          </w:tcPr>
          <w:p>
            <w:r>
              <w:rPr>
                <w:b/>
                <w:sz w:val="18"/>
              </w:rPr>
              <w:t>Specificatie</w:t>
            </w:r>
          </w:p>
        </w:tc>
        <w:tc>
          <w:tcPr>
            <w:tcW w:type="dxa" w:w="2880"/>
          </w:tcPr>
          <w:p>
            <w:r>
              <w:rPr>
                <w:b/>
                <w:sz w:val="18"/>
              </w:rPr>
              <w:t>Status</w:t>
            </w:r>
          </w:p>
        </w:tc>
      </w:tr>
      <w:tr>
        <w:tc>
          <w:tcPr>
            <w:tcW w:type="dxa" w:w="2880"/>
          </w:tcPr>
          <w:p>
            <w:r>
              <w:rPr>
                <w:sz w:val="18"/>
              </w:rPr>
              <w:t>Gesloten opslag</w:t>
            </w:r>
          </w:p>
        </w:tc>
        <w:tc>
          <w:tcPr>
            <w:tcW w:type="dxa" w:w="2880"/>
          </w:tcPr>
          <w:p>
            <w:r>
              <w:rPr>
                <w:sz w:val="18"/>
              </w:rPr>
              <w:t>Alle stoffen in gesloten verpakking; ash in afgesloten containers</w:t>
            </w:r>
          </w:p>
        </w:tc>
        <w:tc>
          <w:tcPr>
            <w:tcW w:type="dxa" w:w="2880"/>
          </w:tcPr>
          <w:p>
            <w:r>
              <w:rPr>
                <w:sz w:val="18"/>
              </w:rPr>
              <w:t>✓</w:t>
            </w:r>
          </w:p>
        </w:tc>
      </w:tr>
      <w:tr>
        <w:tc>
          <w:tcPr>
            <w:tcW w:type="dxa" w:w="2880"/>
          </w:tcPr>
          <w:p>
            <w:r>
              <w:rPr>
                <w:sz w:val="18"/>
              </w:rPr>
              <w:t>Lekbeker/opvang</w:t>
            </w:r>
          </w:p>
        </w:tc>
        <w:tc>
          <w:tcPr>
            <w:tcW w:type="dxa" w:w="2880"/>
          </w:tcPr>
          <w:p>
            <w:r>
              <w:rPr>
                <w:sz w:val="18"/>
              </w:rPr>
              <w:t>PP-lined opvangbak onder rack; 110% grootste jerrycan = 27,5 L</w:t>
            </w:r>
          </w:p>
        </w:tc>
        <w:tc>
          <w:tcPr>
            <w:tcW w:type="dxa" w:w="2880"/>
          </w:tcPr>
          <w:p>
            <w:r>
              <w:rPr>
                <w:sz w:val="18"/>
              </w:rPr>
              <w:t>Te realiseren</w:t>
            </w:r>
          </w:p>
        </w:tc>
      </w:tr>
      <w:tr>
        <w:tc>
          <w:tcPr>
            <w:tcW w:type="dxa" w:w="2880"/>
          </w:tcPr>
          <w:p>
            <w:r>
              <w:rPr>
                <w:sz w:val="18"/>
              </w:rPr>
              <w:t>Ventilatie</w:t>
            </w:r>
          </w:p>
        </w:tc>
        <w:tc>
          <w:tcPr>
            <w:tcW w:type="dxa" w:w="2880"/>
          </w:tcPr>
          <w:p>
            <w:r>
              <w:rPr>
                <w:sz w:val="18"/>
              </w:rPr>
              <w:t>Mechanische ventilatie in lab-ruimte (minimaal 6×/uur bij lekkage)</w:t>
            </w:r>
          </w:p>
        </w:tc>
        <w:tc>
          <w:tcPr>
            <w:tcW w:type="dxa" w:w="2880"/>
          </w:tcPr>
          <w:p>
            <w:r>
              <w:rPr>
                <w:sz w:val="18"/>
              </w:rPr>
              <w:t>Voorhanden</w:t>
            </w:r>
          </w:p>
        </w:tc>
      </w:tr>
      <w:tr>
        <w:tc>
          <w:tcPr>
            <w:tcW w:type="dxa" w:w="2880"/>
          </w:tcPr>
          <w:p>
            <w:r>
              <w:rPr>
                <w:sz w:val="18"/>
              </w:rPr>
              <w:t>Segregatie zuur/base</w:t>
            </w:r>
          </w:p>
        </w:tc>
        <w:tc>
          <w:tcPr>
            <w:tcW w:type="dxa" w:w="2880"/>
          </w:tcPr>
          <w:p>
            <w:r>
              <w:rPr>
                <w:sz w:val="18"/>
              </w:rPr>
              <w:t>H₂SO₄ en NaAlO₂ in gescheiden vakken op rack</w:t>
            </w:r>
          </w:p>
        </w:tc>
        <w:tc>
          <w:tcPr>
            <w:tcW w:type="dxa" w:w="2880"/>
          </w:tcPr>
          <w:p>
            <w:r>
              <w:rPr>
                <w:sz w:val="18"/>
              </w:rPr>
              <w:t>Te realiseren</w:t>
            </w:r>
          </w:p>
        </w:tc>
      </w:tr>
      <w:tr>
        <w:tc>
          <w:tcPr>
            <w:tcW w:type="dxa" w:w="2880"/>
          </w:tcPr>
          <w:p>
            <w:r>
              <w:rPr>
                <w:sz w:val="18"/>
              </w:rPr>
              <w:t>Verpakkingcontrole</w:t>
            </w:r>
          </w:p>
        </w:tc>
        <w:tc>
          <w:tcPr>
            <w:tcW w:type="dxa" w:w="2880"/>
          </w:tcPr>
          <w:p>
            <w:r>
              <w:rPr>
                <w:sz w:val="18"/>
              </w:rPr>
              <w:t>Inspectie bij ontvangst + periodiek (maandelijks)</w:t>
            </w:r>
          </w:p>
        </w:tc>
        <w:tc>
          <w:tcPr>
            <w:tcW w:type="dxa" w:w="2880"/>
          </w:tcPr>
          <w:p>
            <w:r>
              <w:rPr>
                <w:sz w:val="18"/>
              </w:rPr>
              <w:t>Procedure vereist</w:t>
            </w:r>
          </w:p>
        </w:tc>
      </w:tr>
      <w:tr>
        <w:tc>
          <w:tcPr>
            <w:tcW w:type="dxa" w:w="2880"/>
          </w:tcPr>
          <w:p>
            <w:r>
              <w:rPr>
                <w:sz w:val="18"/>
              </w:rPr>
              <w:t>Signalering</w:t>
            </w:r>
          </w:p>
        </w:tc>
        <w:tc>
          <w:tcPr>
            <w:tcW w:type="dxa" w:w="2880"/>
          </w:tcPr>
          <w:p>
            <w:r>
              <w:rPr>
                <w:sz w:val="18"/>
              </w:rPr>
              <w:t>ADR-etiket 8 op rack; CLP-pictogrammen; rook-/vuurverbod</w:t>
            </w:r>
          </w:p>
        </w:tc>
        <w:tc>
          <w:tcPr>
            <w:tcW w:type="dxa" w:w="2880"/>
          </w:tcPr>
          <w:p>
            <w:r>
              <w:rPr>
                <w:sz w:val="18"/>
              </w:rPr>
              <w:t>Te realiseren</w:t>
            </w:r>
          </w:p>
        </w:tc>
      </w:tr>
    </w:tbl>
    <w:p>
      <w:pPr>
        <w:pStyle w:val="Heading2"/>
      </w:pPr>
      <w:r>
        <w:t>6.2 Secundaire maatregelen</w:t>
      </w:r>
    </w:p>
    <w:tbl>
      <w:tblPr>
        <w:tblStyle w:val="LightGrid-Accent1"/>
        <w:tblW w:type="auto" w:w="0"/>
        <w:jc w:val="center"/>
        <w:tblLook w:firstColumn="1" w:firstRow="1" w:lastColumn="0" w:lastRow="0" w:noHBand="0" w:noVBand="1" w:val="04A0"/>
      </w:tblPr>
      <w:tblGrid>
        <w:gridCol w:w="2880"/>
        <w:gridCol w:w="2880"/>
        <w:gridCol w:w="2880"/>
      </w:tblGrid>
      <w:tr>
        <w:tc>
          <w:tcPr>
            <w:tcW w:type="dxa" w:w="2880"/>
          </w:tcPr>
          <w:p>
            <w:r>
              <w:rPr>
                <w:b/>
                <w:sz w:val="18"/>
              </w:rPr>
              <w:t>Maatregel</w:t>
            </w:r>
          </w:p>
        </w:tc>
        <w:tc>
          <w:tcPr>
            <w:tcW w:type="dxa" w:w="2880"/>
          </w:tcPr>
          <w:p>
            <w:r>
              <w:rPr>
                <w:b/>
                <w:sz w:val="18"/>
              </w:rPr>
              <w:t>Specificatie</w:t>
            </w:r>
          </w:p>
        </w:tc>
        <w:tc>
          <w:tcPr>
            <w:tcW w:type="dxa" w:w="2880"/>
          </w:tcPr>
          <w:p>
            <w:r>
              <w:rPr>
                <w:b/>
                <w:sz w:val="18"/>
              </w:rPr>
              <w:t>Status</w:t>
            </w:r>
          </w:p>
        </w:tc>
      </w:tr>
      <w:tr>
        <w:tc>
          <w:tcPr>
            <w:tcW w:type="dxa" w:w="2880"/>
          </w:tcPr>
          <w:p>
            <w:r>
              <w:rPr>
                <w:sz w:val="18"/>
              </w:rPr>
              <w:t>Brandblusmiddelen</w:t>
            </w:r>
          </w:p>
        </w:tc>
        <w:tc>
          <w:tcPr>
            <w:tcW w:type="dxa" w:w="2880"/>
          </w:tcPr>
          <w:p>
            <w:r>
              <w:rPr>
                <w:sz w:val="18"/>
              </w:rPr>
              <w:t>Min. twee 6 kg poederblussers in nabijheid opslag</w:t>
            </w:r>
          </w:p>
        </w:tc>
        <w:tc>
          <w:tcPr>
            <w:tcW w:type="dxa" w:w="2880"/>
          </w:tcPr>
          <w:p>
            <w:r>
              <w:rPr>
                <w:sz w:val="18"/>
              </w:rPr>
              <w:t>Voorhanden (PlantOne)</w:t>
            </w:r>
          </w:p>
        </w:tc>
      </w:tr>
      <w:tr>
        <w:tc>
          <w:tcPr>
            <w:tcW w:type="dxa" w:w="2880"/>
          </w:tcPr>
          <w:p>
            <w:r>
              <w:rPr>
                <w:sz w:val="18"/>
              </w:rPr>
              <w:t>Lekkagedetectie</w:t>
            </w:r>
          </w:p>
        </w:tc>
        <w:tc>
          <w:tcPr>
            <w:tcW w:type="dxa" w:w="2880"/>
          </w:tcPr>
          <w:p>
            <w:r>
              <w:rPr>
                <w:sz w:val="18"/>
              </w:rPr>
              <w:t>Visuele inspectie; evt. pH-indicator in opvangbak</w:t>
            </w:r>
          </w:p>
        </w:tc>
        <w:tc>
          <w:tcPr>
            <w:tcW w:type="dxa" w:w="2880"/>
          </w:tcPr>
          <w:p>
            <w:r>
              <w:rPr>
                <w:sz w:val="18"/>
              </w:rPr>
              <w:t>Te beoordelen</w:t>
            </w:r>
          </w:p>
        </w:tc>
      </w:tr>
      <w:tr>
        <w:tc>
          <w:tcPr>
            <w:tcW w:type="dxa" w:w="2880"/>
          </w:tcPr>
          <w:p>
            <w:r>
              <w:rPr>
                <w:sz w:val="18"/>
              </w:rPr>
              <w:t>Calamiteitenplan</w:t>
            </w:r>
          </w:p>
        </w:tc>
        <w:tc>
          <w:tcPr>
            <w:tcW w:type="dxa" w:w="2880"/>
          </w:tcPr>
          <w:p>
            <w:r>
              <w:rPr>
                <w:sz w:val="18"/>
              </w:rPr>
              <w:t>Als onderdeel van PlantOne-caliteitenplan + eigen invulling</w:t>
            </w:r>
          </w:p>
        </w:tc>
        <w:tc>
          <w:tcPr>
            <w:tcW w:type="dxa" w:w="2880"/>
          </w:tcPr>
          <w:p>
            <w:r>
              <w:rPr>
                <w:sz w:val="18"/>
              </w:rPr>
              <w:t>In ontwikkeling</w:t>
            </w:r>
          </w:p>
        </w:tc>
      </w:tr>
      <w:tr>
        <w:tc>
          <w:tcPr>
            <w:tcW w:type="dxa" w:w="2880"/>
          </w:tcPr>
          <w:p>
            <w:r>
              <w:rPr>
                <w:sz w:val="18"/>
              </w:rPr>
              <w:t>Nooddouche / oogspoel</w:t>
            </w:r>
          </w:p>
        </w:tc>
        <w:tc>
          <w:tcPr>
            <w:tcW w:type="dxa" w:w="2880"/>
          </w:tcPr>
          <w:p>
            <w:r>
              <w:rPr>
                <w:sz w:val="18"/>
              </w:rPr>
              <w:t>Bereikbaar binnen 10 seconden van opslaglocatie</w:t>
            </w:r>
          </w:p>
        </w:tc>
        <w:tc>
          <w:tcPr>
            <w:tcW w:type="dxa" w:w="2880"/>
          </w:tcPr>
          <w:p>
            <w:r>
              <w:rPr>
                <w:sz w:val="18"/>
              </w:rPr>
              <w:t>Voorhanden (PlantOne)</w:t>
            </w:r>
          </w:p>
        </w:tc>
      </w:tr>
      <w:tr>
        <w:tc>
          <w:tcPr>
            <w:tcW w:type="dxa" w:w="2880"/>
          </w:tcPr>
          <w:p>
            <w:r>
              <w:rPr>
                <w:sz w:val="18"/>
              </w:rPr>
              <w:t>Bluswateropvang</w:t>
            </w:r>
          </w:p>
        </w:tc>
        <w:tc>
          <w:tcPr>
            <w:tcW w:type="dxa" w:w="2880"/>
          </w:tcPr>
          <w:p>
            <w:r>
              <w:rPr>
                <w:sz w:val="18"/>
              </w:rPr>
              <w:t>Basisniveau: opvang in lekbeker voldoende</w:t>
            </w:r>
          </w:p>
        </w:tc>
        <w:tc>
          <w:tcPr>
            <w:tcW w:type="dxa" w:w="2880"/>
          </w:tcPr>
          <w:p>
            <w:r>
              <w:rPr>
                <w:sz w:val="18"/>
              </w:rPr>
              <w:t>Voldoet</w:t>
            </w:r>
          </w:p>
        </w:tc>
      </w:tr>
    </w:tbl>
    <w:p>
      <w:pPr>
        <w:pStyle w:val="Heading2"/>
      </w:pPr>
      <w:r>
        <w:t>6.3 Organisatorische maatregelen</w:t>
      </w:r>
    </w:p>
    <w:tbl>
      <w:tblPr>
        <w:tblStyle w:val="LightGrid-Accent1"/>
        <w:tblW w:type="auto" w:w="0"/>
        <w:jc w:val="center"/>
        <w:tblLook w:firstColumn="1" w:firstRow="1" w:lastColumn="0" w:lastRow="0" w:noHBand="0" w:noVBand="1" w:val="04A0"/>
      </w:tblPr>
      <w:tblGrid>
        <w:gridCol w:w="2880"/>
        <w:gridCol w:w="2880"/>
        <w:gridCol w:w="2880"/>
      </w:tblGrid>
      <w:tr>
        <w:tc>
          <w:tcPr>
            <w:tcW w:type="dxa" w:w="2880"/>
          </w:tcPr>
          <w:p>
            <w:r>
              <w:rPr>
                <w:b/>
                <w:sz w:val="18"/>
              </w:rPr>
              <w:t>Maatregel</w:t>
            </w:r>
          </w:p>
        </w:tc>
        <w:tc>
          <w:tcPr>
            <w:tcW w:type="dxa" w:w="2880"/>
          </w:tcPr>
          <w:p>
            <w:r>
              <w:rPr>
                <w:b/>
                <w:sz w:val="18"/>
              </w:rPr>
              <w:t>Beschrijving</w:t>
            </w:r>
          </w:p>
        </w:tc>
        <w:tc>
          <w:tcPr>
            <w:tcW w:type="dxa" w:w="2880"/>
          </w:tcPr>
          <w:p>
            <w:r>
              <w:rPr>
                <w:b/>
                <w:sz w:val="18"/>
              </w:rPr>
              <w:t>Referentie</w:t>
            </w:r>
          </w:p>
        </w:tc>
      </w:tr>
      <w:tr>
        <w:tc>
          <w:tcPr>
            <w:tcW w:type="dxa" w:w="2880"/>
          </w:tcPr>
          <w:p>
            <w:r>
              <w:rPr>
                <w:sz w:val="18"/>
              </w:rPr>
              <w:t>HZS-plan</w:t>
            </w:r>
          </w:p>
        </w:tc>
        <w:tc>
          <w:tcPr>
            <w:tcW w:type="dxa" w:w="2880"/>
          </w:tcPr>
          <w:p>
            <w:r>
              <w:rPr>
                <w:sz w:val="18"/>
              </w:rPr>
              <w:t>Hulpverlening in samenspraak met veiligheidsregio Rotterdam-Rijnmond</w:t>
            </w:r>
          </w:p>
        </w:tc>
        <w:tc>
          <w:tcPr>
            <w:tcW w:type="dxa" w:w="2880"/>
          </w:tcPr>
          <w:p>
            <w:r>
              <w:rPr>
                <w:sz w:val="18"/>
              </w:rPr>
              <w:t>Wet veiligheidsregio's art. 25</w:t>
            </w:r>
          </w:p>
        </w:tc>
      </w:tr>
      <w:tr>
        <w:tc>
          <w:tcPr>
            <w:tcW w:type="dxa" w:w="2880"/>
          </w:tcPr>
          <w:p>
            <w:r>
              <w:rPr>
                <w:sz w:val="18"/>
              </w:rPr>
              <w:t>RI&amp;E</w:t>
            </w:r>
          </w:p>
        </w:tc>
        <w:tc>
          <w:tcPr>
            <w:tcW w:type="dxa" w:w="2880"/>
          </w:tcPr>
          <w:p>
            <w:r>
              <w:rPr>
                <w:sz w:val="18"/>
              </w:rPr>
              <w:t>Risico-inventarisatie incl. gevaarlijke stoffen, CMR, straling</w:t>
            </w:r>
          </w:p>
        </w:tc>
        <w:tc>
          <w:tcPr>
            <w:tcW w:type="dxa" w:w="2880"/>
          </w:tcPr>
          <w:p>
            <w:r>
              <w:rPr>
                <w:sz w:val="18"/>
              </w:rPr>
              <w:t>Arbowet art. 5</w:t>
            </w:r>
          </w:p>
        </w:tc>
      </w:tr>
      <w:tr>
        <w:tc>
          <w:tcPr>
            <w:tcW w:type="dxa" w:w="2880"/>
          </w:tcPr>
          <w:p>
            <w:r>
              <w:rPr>
                <w:sz w:val="18"/>
              </w:rPr>
              <w:t>Werkplekinstructie</w:t>
            </w:r>
          </w:p>
        </w:tc>
        <w:tc>
          <w:tcPr>
            <w:tcW w:type="dxa" w:w="2880"/>
          </w:tcPr>
          <w:p>
            <w:r>
              <w:rPr>
                <w:sz w:val="18"/>
              </w:rPr>
              <w:t>Instructiekaarten per stof: gevaren, PBM's, lekkageprocedure</w:t>
            </w:r>
          </w:p>
        </w:tc>
        <w:tc>
          <w:tcPr>
            <w:tcW w:type="dxa" w:w="2880"/>
          </w:tcPr>
          <w:p>
            <w:r>
              <w:rPr>
                <w:sz w:val="18"/>
              </w:rPr>
              <w:t>PGS 15 M120</w:t>
            </w:r>
          </w:p>
        </w:tc>
      </w:tr>
      <w:tr>
        <w:tc>
          <w:tcPr>
            <w:tcW w:type="dxa" w:w="2880"/>
          </w:tcPr>
          <w:p>
            <w:r>
              <w:rPr>
                <w:sz w:val="18"/>
              </w:rPr>
              <w:t>Stoffenregister</w:t>
            </w:r>
          </w:p>
        </w:tc>
        <w:tc>
          <w:tcPr>
            <w:tcW w:type="dxa" w:w="2880"/>
          </w:tcPr>
          <w:p>
            <w:r>
              <w:rPr>
                <w:sz w:val="18"/>
              </w:rPr>
              <w:t>Actuele lijst opgeslagen stoffen incl. SDS-referenties</w:t>
            </w:r>
          </w:p>
        </w:tc>
        <w:tc>
          <w:tcPr>
            <w:tcW w:type="dxa" w:w="2880"/>
          </w:tcPr>
          <w:p>
            <w:r>
              <w:rPr>
                <w:sz w:val="18"/>
              </w:rPr>
              <w:t>PGS 15 M116</w:t>
            </w:r>
          </w:p>
        </w:tc>
      </w:tr>
      <w:tr>
        <w:tc>
          <w:tcPr>
            <w:tcW w:type="dxa" w:w="2880"/>
          </w:tcPr>
          <w:p>
            <w:r>
              <w:rPr>
                <w:sz w:val="18"/>
              </w:rPr>
              <w:t>Calamiteiteninstructie</w:t>
            </w:r>
          </w:p>
        </w:tc>
        <w:tc>
          <w:tcPr>
            <w:tcW w:type="dxa" w:w="2880"/>
          </w:tcPr>
          <w:p>
            <w:r>
              <w:rPr>
                <w:sz w:val="18"/>
              </w:rPr>
              <w:t>Zichtbaar bij opslag: contactgegevens, eerste maatregelen</w:t>
            </w:r>
          </w:p>
        </w:tc>
        <w:tc>
          <w:tcPr>
            <w:tcW w:type="dxa" w:w="2880"/>
          </w:tcPr>
          <w:p>
            <w:r>
              <w:rPr>
                <w:sz w:val="18"/>
              </w:rPr>
              <w:t>PGS 15 M121</w:t>
            </w:r>
          </w:p>
        </w:tc>
      </w:tr>
      <w:tr>
        <w:tc>
          <w:tcPr>
            <w:tcW w:type="dxa" w:w="2880"/>
          </w:tcPr>
          <w:p>
            <w:r>
              <w:rPr>
                <w:sz w:val="18"/>
              </w:rPr>
              <w:t>Training</w:t>
            </w:r>
          </w:p>
        </w:tc>
        <w:tc>
          <w:tcPr>
            <w:tcW w:type="dxa" w:w="2880"/>
          </w:tcPr>
          <w:p>
            <w:r>
              <w:rPr>
                <w:sz w:val="18"/>
              </w:rPr>
              <w:t>Periodieke instructie medewerkers (min. jaarlijks)</w:t>
            </w:r>
          </w:p>
        </w:tc>
        <w:tc>
          <w:tcPr>
            <w:tcW w:type="dxa" w:w="2880"/>
          </w:tcPr>
          <w:p>
            <w:r>
              <w:rPr>
                <w:sz w:val="18"/>
              </w:rPr>
              <w:t>PGS 15 §7.4.3</w:t>
            </w:r>
          </w:p>
        </w:tc>
      </w:tr>
      <w:tr>
        <w:tc>
          <w:tcPr>
            <w:tcW w:type="dxa" w:w="2880"/>
          </w:tcPr>
          <w:p>
            <w:r>
              <w:rPr>
                <w:sz w:val="18"/>
              </w:rPr>
              <w:t>Plattegrond</w:t>
            </w:r>
          </w:p>
        </w:tc>
        <w:tc>
          <w:tcPr>
            <w:tcW w:type="dxa" w:w="2880"/>
          </w:tcPr>
          <w:p>
            <w:r>
              <w:rPr>
                <w:sz w:val="18"/>
              </w:rPr>
              <w:t>Actuele opslagplattegrond beschikbaar voor brandweer</w:t>
            </w:r>
          </w:p>
        </w:tc>
        <w:tc>
          <w:tcPr>
            <w:tcW w:type="dxa" w:w="2880"/>
          </w:tcPr>
          <w:p>
            <w:r>
              <w:rPr>
                <w:sz w:val="18"/>
              </w:rPr>
              <w:t>PGS 15 M116</w:t>
            </w:r>
          </w:p>
        </w:tc>
      </w:tr>
    </w:tbl>
    <w:p>
      <w:pPr>
        <w:pStyle w:val="Heading2"/>
      </w:pPr>
      <w:r>
        <w:t>6.4 PBM's bij omgang met opgeslagen stoffen</w:t>
      </w:r>
    </w:p>
    <w:tbl>
      <w:tblPr>
        <w:tblStyle w:val="LightGrid-Accent1"/>
        <w:tblW w:type="auto" w:w="0"/>
        <w:jc w:val="center"/>
        <w:tblLook w:firstColumn="1" w:firstRow="1" w:lastColumn="0" w:lastRow="0" w:noHBand="0" w:noVBand="1" w:val="04A0"/>
      </w:tblPr>
      <w:tblGrid>
        <w:gridCol w:w="1728"/>
        <w:gridCol w:w="1728"/>
        <w:gridCol w:w="1728"/>
        <w:gridCol w:w="1728"/>
        <w:gridCol w:w="1728"/>
      </w:tblGrid>
      <w:tr>
        <w:tc>
          <w:tcPr>
            <w:tcW w:type="dxa" w:w="1728"/>
          </w:tcPr>
          <w:p>
            <w:r>
              <w:rPr>
                <w:b/>
                <w:sz w:val="18"/>
              </w:rPr>
              <w:t>Stofgroep</w:t>
            </w:r>
          </w:p>
        </w:tc>
        <w:tc>
          <w:tcPr>
            <w:tcW w:type="dxa" w:w="1728"/>
          </w:tcPr>
          <w:p>
            <w:r>
              <w:rPr>
                <w:b/>
                <w:sz w:val="18"/>
              </w:rPr>
              <w:t>Handschoenen</w:t>
            </w:r>
          </w:p>
        </w:tc>
        <w:tc>
          <w:tcPr>
            <w:tcW w:type="dxa" w:w="1728"/>
          </w:tcPr>
          <w:p>
            <w:r>
              <w:rPr>
                <w:b/>
                <w:sz w:val="18"/>
              </w:rPr>
              <w:t>Oogbescherming</w:t>
            </w:r>
          </w:p>
        </w:tc>
        <w:tc>
          <w:tcPr>
            <w:tcW w:type="dxa" w:w="1728"/>
          </w:tcPr>
          <w:p>
            <w:r>
              <w:rPr>
                <w:b/>
                <w:sz w:val="18"/>
              </w:rPr>
              <w:t>Kleding</w:t>
            </w:r>
          </w:p>
        </w:tc>
        <w:tc>
          <w:tcPr>
            <w:tcW w:type="dxa" w:w="1728"/>
          </w:tcPr>
          <w:p>
            <w:r>
              <w:rPr>
                <w:b/>
                <w:sz w:val="18"/>
              </w:rPr>
              <w:t>Adembescherming</w:t>
            </w:r>
          </w:p>
        </w:tc>
      </w:tr>
      <w:tr>
        <w:tc>
          <w:tcPr>
            <w:tcW w:type="dxa" w:w="1728"/>
          </w:tcPr>
          <w:p>
            <w:r>
              <w:rPr>
                <w:b/>
                <w:sz w:val="18"/>
              </w:rPr>
              <w:t>Zuren (H₂SO₄, HCl)</w:t>
            </w:r>
          </w:p>
        </w:tc>
        <w:tc>
          <w:tcPr>
            <w:tcW w:type="dxa" w:w="1728"/>
          </w:tcPr>
          <w:p>
            <w:r>
              <w:rPr>
                <w:b/>
                <w:sz w:val="18"/>
              </w:rPr>
              <w:t>PVC/nitril (zuurbestendig)</w:t>
            </w:r>
          </w:p>
        </w:tc>
        <w:tc>
          <w:tcPr>
            <w:tcW w:type="dxa" w:w="1728"/>
          </w:tcPr>
          <w:p>
            <w:r>
              <w:rPr>
                <w:b/>
                <w:sz w:val="18"/>
              </w:rPr>
              <w:t>Veiligheidsbril + face shield</w:t>
            </w:r>
          </w:p>
        </w:tc>
        <w:tc>
          <w:tcPr>
            <w:tcW w:type="dxa" w:w="1728"/>
          </w:tcPr>
          <w:p>
            <w:r>
              <w:rPr>
                <w:b/>
                <w:sz w:val="18"/>
              </w:rPr>
              <w:t>Zuurbestendig pak/schort</w:t>
            </w:r>
          </w:p>
        </w:tc>
        <w:tc>
          <w:tcPr>
            <w:tcW w:type="dxa" w:w="1728"/>
          </w:tcPr>
          <w:p>
            <w:r>
              <w:rPr>
                <w:b/>
                <w:sz w:val="18"/>
              </w:rPr>
              <w:t>Bij dampen: FFP2</w:t>
            </w:r>
          </w:p>
        </w:tc>
      </w:tr>
      <w:tr>
        <w:tc>
          <w:tcPr>
            <w:tcW w:type="dxa" w:w="1728"/>
          </w:tcPr>
          <w:p>
            <w:r>
              <w:rPr>
                <w:b/>
                <w:sz w:val="18"/>
              </w:rPr>
              <w:t>Basen (NaAlO₂-oplossing)</w:t>
            </w:r>
          </w:p>
        </w:tc>
        <w:tc>
          <w:tcPr>
            <w:tcW w:type="dxa" w:w="1728"/>
          </w:tcPr>
          <w:p>
            <w:r>
              <w:rPr>
                <w:b/>
                <w:sz w:val="18"/>
              </w:rPr>
              <w:t>PVC/nitril (bijtbestendig)</w:t>
            </w:r>
          </w:p>
        </w:tc>
        <w:tc>
          <w:tcPr>
            <w:tcW w:type="dxa" w:w="1728"/>
          </w:tcPr>
          <w:p>
            <w:r>
              <w:rPr>
                <w:b/>
                <w:sz w:val="18"/>
              </w:rPr>
              <w:t>Veiligheidsbril + face shield</w:t>
            </w:r>
          </w:p>
        </w:tc>
        <w:tc>
          <w:tcPr>
            <w:tcW w:type="dxa" w:w="1728"/>
          </w:tcPr>
          <w:p>
            <w:r>
              <w:rPr>
                <w:b/>
                <w:sz w:val="18"/>
              </w:rPr>
              <w:t>Beschermende kleding</w:t>
            </w:r>
          </w:p>
        </w:tc>
        <w:tc>
          <w:tcPr>
            <w:tcW w:type="dxa" w:w="1728"/>
          </w:tcPr>
          <w:p>
            <w:r>
              <w:rPr>
                <w:b/>
                <w:sz w:val="18"/>
              </w:rPr>
              <w:t>Niet standaard</w:t>
            </w:r>
          </w:p>
        </w:tc>
      </w:tr>
      <w:tr>
        <w:tc>
          <w:tcPr>
            <w:tcW w:type="dxa" w:w="1728"/>
          </w:tcPr>
          <w:p>
            <w:r>
              <w:rPr>
                <w:b/>
                <w:sz w:val="18"/>
              </w:rPr>
              <w:t>Oxiderend (H₂O₂, Na₂S₂O₈)</w:t>
            </w:r>
          </w:p>
        </w:tc>
        <w:tc>
          <w:tcPr>
            <w:tcW w:type="dxa" w:w="1728"/>
          </w:tcPr>
          <w:p>
            <w:r>
              <w:rPr>
                <w:b/>
                <w:sz w:val="18"/>
              </w:rPr>
              <w:t>Nitril handschoenen</w:t>
            </w:r>
          </w:p>
        </w:tc>
        <w:tc>
          <w:tcPr>
            <w:tcW w:type="dxa" w:w="1728"/>
          </w:tcPr>
          <w:p>
            <w:r>
              <w:rPr>
                <w:b/>
                <w:sz w:val="18"/>
              </w:rPr>
              <w:t>Veiligheidsbril</w:t>
            </w:r>
          </w:p>
        </w:tc>
        <w:tc>
          <w:tcPr>
            <w:tcW w:type="dxa" w:w="1728"/>
          </w:tcPr>
          <w:p>
            <w:r>
              <w:rPr>
                <w:b/>
                <w:sz w:val="18"/>
              </w:rPr>
              <w:t>Beschermende kleding</w:t>
            </w:r>
          </w:p>
        </w:tc>
        <w:tc>
          <w:tcPr>
            <w:tcW w:type="dxa" w:w="1728"/>
          </w:tcPr>
          <w:p>
            <w:r>
              <w:rPr>
                <w:b/>
                <w:sz w:val="18"/>
              </w:rPr>
              <w:t>Bij verneveling: FFP2</w:t>
            </w:r>
          </w:p>
        </w:tc>
      </w:tr>
      <w:tr>
        <w:tc>
          <w:tcPr>
            <w:tcW w:type="dxa" w:w="1728"/>
          </w:tcPr>
          <w:p>
            <w:r>
              <w:rPr>
                <w:b/>
                <w:sz w:val="18"/>
              </w:rPr>
              <w:t>Toxisch vaste stoffen (V₂O₅)</w:t>
            </w:r>
          </w:p>
        </w:tc>
        <w:tc>
          <w:tcPr>
            <w:tcW w:type="dxa" w:w="1728"/>
          </w:tcPr>
          <w:p>
            <w:r>
              <w:rPr>
                <w:b/>
                <w:sz w:val="18"/>
              </w:rPr>
              <w:t>Nitril handschoenen</w:t>
            </w:r>
          </w:p>
        </w:tc>
        <w:tc>
          <w:tcPr>
            <w:tcW w:type="dxa" w:w="1728"/>
          </w:tcPr>
          <w:p>
            <w:r>
              <w:rPr>
                <w:b/>
                <w:sz w:val="18"/>
              </w:rPr>
              <w:t>Veiligheidsbril + face shield</w:t>
            </w:r>
          </w:p>
        </w:tc>
        <w:tc>
          <w:tcPr>
            <w:tcW w:type="dxa" w:w="1728"/>
          </w:tcPr>
          <w:p>
            <w:r>
              <w:rPr>
                <w:b/>
                <w:sz w:val="18"/>
              </w:rPr>
              <w:t>Beschermende kleding</w:t>
            </w:r>
          </w:p>
        </w:tc>
        <w:tc>
          <w:tcPr>
            <w:tcW w:type="dxa" w:w="1728"/>
          </w:tcPr>
          <w:p>
            <w:r>
              <w:rPr>
                <w:b/>
                <w:sz w:val="18"/>
              </w:rPr>
              <w:t>FFP3 (Carc. 1B, poeder)</w:t>
            </w:r>
          </w:p>
        </w:tc>
      </w:tr>
      <w:tr>
        <w:tc>
          <w:tcPr>
            <w:tcW w:type="dxa" w:w="1728"/>
          </w:tcPr>
          <w:p>
            <w:r>
              <w:rPr>
                <w:b/>
                <w:sz w:val="18"/>
              </w:rPr>
              <w:t>Toxisch vloeistoffen (NaVO₃)</w:t>
            </w:r>
          </w:p>
        </w:tc>
        <w:tc>
          <w:tcPr>
            <w:tcW w:type="dxa" w:w="1728"/>
          </w:tcPr>
          <w:p>
            <w:r>
              <w:rPr>
                <w:b/>
                <w:sz w:val="18"/>
              </w:rPr>
              <w:t>PVC/nitril handschoenen</w:t>
            </w:r>
          </w:p>
        </w:tc>
        <w:tc>
          <w:tcPr>
            <w:tcW w:type="dxa" w:w="1728"/>
          </w:tcPr>
          <w:p>
            <w:r>
              <w:rPr>
                <w:b/>
                <w:sz w:val="18"/>
              </w:rPr>
              <w:t>Veiligheidsbril</w:t>
            </w:r>
          </w:p>
        </w:tc>
        <w:tc>
          <w:tcPr>
            <w:tcW w:type="dxa" w:w="1728"/>
          </w:tcPr>
          <w:p>
            <w:r>
              <w:rPr>
                <w:b/>
                <w:sz w:val="18"/>
              </w:rPr>
              <w:t>Labjas + schort</w:t>
            </w:r>
          </w:p>
        </w:tc>
        <w:tc>
          <w:tcPr>
            <w:tcW w:type="dxa" w:w="1728"/>
          </w:tcPr>
          <w:p>
            <w:r>
              <w:rPr>
                <w:b/>
                <w:sz w:val="18"/>
              </w:rPr>
              <w:t>FFP2 bij verneveling</w:t>
            </w:r>
          </w:p>
        </w:tc>
      </w:tr>
      <w:tr>
        <w:tc>
          <w:tcPr>
            <w:tcW w:type="dxa" w:w="1728"/>
          </w:tcPr>
          <w:p>
            <w:r>
              <w:rPr>
                <w:b/>
                <w:sz w:val="18"/>
              </w:rPr>
              <w:t>V-elektrolyt</w:t>
            </w:r>
          </w:p>
        </w:tc>
        <w:tc>
          <w:tcPr>
            <w:tcW w:type="dxa" w:w="1728"/>
          </w:tcPr>
          <w:p>
            <w:r>
              <w:rPr>
                <w:b/>
                <w:sz w:val="18"/>
              </w:rPr>
              <w:t>PVC/nitril handschoenen</w:t>
            </w:r>
          </w:p>
        </w:tc>
        <w:tc>
          <w:tcPr>
            <w:tcW w:type="dxa" w:w="1728"/>
          </w:tcPr>
          <w:p>
            <w:r>
              <w:rPr>
                <w:b/>
                <w:sz w:val="18"/>
              </w:rPr>
              <w:t>Veiligheidsbril + face shield</w:t>
            </w:r>
          </w:p>
        </w:tc>
        <w:tc>
          <w:tcPr>
            <w:tcW w:type="dxa" w:w="1728"/>
          </w:tcPr>
          <w:p>
            <w:r>
              <w:rPr>
                <w:b/>
                <w:sz w:val="18"/>
              </w:rPr>
              <w:t>Zuurbestendig pak/schort</w:t>
            </w:r>
          </w:p>
        </w:tc>
        <w:tc>
          <w:tcPr>
            <w:tcW w:type="dxa" w:w="1728"/>
          </w:tcPr>
          <w:p>
            <w:r>
              <w:rPr>
                <w:b/>
                <w:sz w:val="18"/>
              </w:rPr>
              <w:t>FFP2 bij verneveling (Repr. 2)</w:t>
            </w:r>
          </w:p>
        </w:tc>
      </w:tr>
      <w:tr>
        <w:tc>
          <w:tcPr>
            <w:tcW w:type="dxa" w:w="1728"/>
          </w:tcPr>
          <w:p>
            <w:r>
              <w:rPr>
                <w:b/>
                <w:sz w:val="18"/>
              </w:rPr>
              <w:t>Irriterend (Ca(OH)₂, Na₃PO₄)</w:t>
            </w:r>
          </w:p>
        </w:tc>
        <w:tc>
          <w:tcPr>
            <w:tcW w:type="dxa" w:w="1728"/>
          </w:tcPr>
          <w:p>
            <w:r>
              <w:rPr>
                <w:b/>
                <w:sz w:val="18"/>
              </w:rPr>
              <w:t>Nitril handschoenen</w:t>
            </w:r>
          </w:p>
        </w:tc>
        <w:tc>
          <w:tcPr>
            <w:tcW w:type="dxa" w:w="1728"/>
          </w:tcPr>
          <w:p>
            <w:r>
              <w:rPr>
                <w:b/>
                <w:sz w:val="18"/>
              </w:rPr>
              <w:t>Veiligheidsbril</w:t>
            </w:r>
          </w:p>
        </w:tc>
        <w:tc>
          <w:tcPr>
            <w:tcW w:type="dxa" w:w="1728"/>
          </w:tcPr>
          <w:p>
            <w:r>
              <w:rPr>
                <w:b/>
                <w:sz w:val="18"/>
              </w:rPr>
              <w:t>Beschermende kleding</w:t>
            </w:r>
          </w:p>
        </w:tc>
        <w:tc>
          <w:tcPr>
            <w:tcW w:type="dxa" w:w="1728"/>
          </w:tcPr>
          <w:p>
            <w:r>
              <w:rPr>
                <w:b/>
                <w:sz w:val="18"/>
              </w:rPr>
              <w:t>Bij stof: FFP2</w:t>
            </w:r>
          </w:p>
        </w:tc>
      </w:tr>
      <w:tr>
        <w:tc>
          <w:tcPr>
            <w:tcW w:type="dxa" w:w="1728"/>
          </w:tcPr>
          <w:p>
            <w:r>
              <w:rPr>
                <w:b/>
                <w:sz w:val="18"/>
              </w:rPr>
              <w:t>Steelmaking slag (poeder)</w:t>
            </w:r>
          </w:p>
        </w:tc>
        <w:tc>
          <w:tcPr>
            <w:tcW w:type="dxa" w:w="1728"/>
          </w:tcPr>
          <w:p>
            <w:r>
              <w:rPr>
                <w:b/>
                <w:sz w:val="18"/>
              </w:rPr>
              <w:t>Nitril handschoenen</w:t>
            </w:r>
          </w:p>
        </w:tc>
        <w:tc>
          <w:tcPr>
            <w:tcW w:type="dxa" w:w="1728"/>
          </w:tcPr>
          <w:p>
            <w:r>
              <w:rPr>
                <w:b/>
                <w:sz w:val="18"/>
              </w:rPr>
              <w:t>Veiligheidsbril</w:t>
            </w:r>
          </w:p>
        </w:tc>
        <w:tc>
          <w:tcPr>
            <w:tcW w:type="dxa" w:w="1728"/>
          </w:tcPr>
          <w:p>
            <w:r>
              <w:rPr>
                <w:b/>
                <w:sz w:val="18"/>
              </w:rPr>
              <w:t>Beschermende kleding</w:t>
            </w:r>
          </w:p>
        </w:tc>
        <w:tc>
          <w:tcPr>
            <w:tcW w:type="dxa" w:w="1728"/>
          </w:tcPr>
          <w:p>
            <w:r>
              <w:rPr>
                <w:b/>
                <w:sz w:val="18"/>
              </w:rPr>
              <w:t>FFP3 (H372, stof)</w:t>
            </w:r>
          </w:p>
        </w:tc>
      </w:tr>
      <w:tr>
        <w:tc>
          <w:tcPr>
            <w:tcW w:type="dxa" w:w="1728"/>
          </w:tcPr>
          <w:p>
            <w:r>
              <w:rPr>
                <w:b/>
                <w:sz w:val="18"/>
              </w:rPr>
              <w:t>Niet-geclassificeerd (Fe₂O₃, SiO₂, Mg(OH)₂, Na₂SO₄)</w:t>
            </w:r>
          </w:p>
        </w:tc>
        <w:tc>
          <w:tcPr>
            <w:tcW w:type="dxa" w:w="1728"/>
          </w:tcPr>
          <w:p>
            <w:r>
              <w:rPr>
                <w:b/>
                <w:sz w:val="18"/>
              </w:rPr>
              <w:t>Nitril handschoenen</w:t>
            </w:r>
          </w:p>
        </w:tc>
        <w:tc>
          <w:tcPr>
            <w:tcW w:type="dxa" w:w="1728"/>
          </w:tcPr>
          <w:p>
            <w:r>
              <w:rPr>
                <w:b/>
                <w:sz w:val="18"/>
              </w:rPr>
              <w:t>Veiligheidsbril</w:t>
            </w:r>
          </w:p>
        </w:tc>
        <w:tc>
          <w:tcPr>
            <w:tcW w:type="dxa" w:w="1728"/>
          </w:tcPr>
          <w:p>
            <w:r>
              <w:rPr>
                <w:b/>
                <w:sz w:val="18"/>
              </w:rPr>
              <w:t>Labjas</w:t>
            </w:r>
          </w:p>
        </w:tc>
        <w:tc>
          <w:tcPr>
            <w:tcW w:type="dxa" w:w="1728"/>
          </w:tcPr>
          <w:p>
            <w:r>
              <w:rPr>
                <w:b/>
                <w:sz w:val="18"/>
              </w:rPr>
              <w:t>Stofmasker bij fijn poeder</w:t>
            </w:r>
          </w:p>
        </w:tc>
      </w:tr>
    </w:tbl>
    <w:p>
      <w:r/>
    </w:p>
    <w:p>
      <w:pPr>
        <w:pStyle w:val="Heading1"/>
      </w:pPr>
      <w:r>
        <w:t>7. Concrete Actielijst</w:t>
      </w:r>
    </w:p>
    <w:p>
      <w:pPr>
        <w:pStyle w:val="Heading2"/>
      </w:pPr>
      <w:r>
        <w:t>7.1 Demo-fase (huidig)</w:t>
      </w:r>
    </w:p>
    <w:tbl>
      <w:tblPr>
        <w:tblStyle w:val="LightGrid-Accent1"/>
        <w:tblW w:type="auto" w:w="0"/>
        <w:jc w:val="center"/>
        <w:tblLook w:firstColumn="1" w:firstRow="1" w:lastColumn="0" w:lastRow="0" w:noHBand="0" w:noVBand="1" w:val="04A0"/>
      </w:tblPr>
      <w:tblGrid>
        <w:gridCol w:w="1440"/>
        <w:gridCol w:w="1440"/>
        <w:gridCol w:w="1440"/>
        <w:gridCol w:w="1440"/>
        <w:gridCol w:w="1440"/>
        <w:gridCol w:w="1440"/>
      </w:tblGrid>
      <w:tr>
        <w:tc>
          <w:tcPr>
            <w:tcW w:type="dxa" w:w="1440"/>
          </w:tcPr>
          <w:p>
            <w:r>
              <w:rPr>
                <w:b/>
                <w:sz w:val="18"/>
              </w:rPr>
              <w:t>#</w:t>
            </w:r>
          </w:p>
        </w:tc>
        <w:tc>
          <w:tcPr>
            <w:tcW w:type="dxa" w:w="1440"/>
          </w:tcPr>
          <w:p>
            <w:r>
              <w:rPr>
                <w:b/>
                <w:sz w:val="18"/>
              </w:rPr>
              <w:t>Actie</w:t>
            </w:r>
          </w:p>
        </w:tc>
        <w:tc>
          <w:tcPr>
            <w:tcW w:type="dxa" w:w="1440"/>
          </w:tcPr>
          <w:p>
            <w:r>
              <w:rPr>
                <w:b/>
                <w:sz w:val="18"/>
              </w:rPr>
              <w:t>Prioriteit</w:t>
            </w:r>
          </w:p>
        </w:tc>
        <w:tc>
          <w:tcPr>
            <w:tcW w:type="dxa" w:w="1440"/>
          </w:tcPr>
          <w:p>
            <w:r>
              <w:rPr>
                <w:b/>
                <w:sz w:val="18"/>
              </w:rPr>
              <w:t>Termijn</w:t>
            </w:r>
          </w:p>
        </w:tc>
        <w:tc>
          <w:tcPr>
            <w:tcW w:type="dxa" w:w="1440"/>
          </w:tcPr>
          <w:p>
            <w:r>
              <w:rPr>
                <w:b/>
                <w:sz w:val="18"/>
              </w:rPr>
              <w:t>Verantwoordelijke</w:t>
            </w:r>
          </w:p>
        </w:tc>
        <w:tc>
          <w:tcPr>
            <w:tcW w:type="dxa" w:w="1440"/>
          </w:tcPr>
          <w:p>
            <w:r>
              <w:rPr>
                <w:b/>
                <w:sz w:val="18"/>
              </w:rPr>
              <w:t>Status</w:t>
            </w:r>
          </w:p>
        </w:tc>
      </w:tr>
      <w:tr>
        <w:tc>
          <w:tcPr>
            <w:tcW w:type="dxa" w:w="1440"/>
          </w:tcPr>
          <w:p>
            <w:r>
              <w:rPr>
                <w:b/>
                <w:sz w:val="18"/>
              </w:rPr>
              <w:t>1</w:t>
            </w:r>
          </w:p>
        </w:tc>
        <w:tc>
          <w:tcPr>
            <w:tcW w:type="dxa" w:w="1440"/>
          </w:tcPr>
          <w:p>
            <w:r>
              <w:rPr>
                <w:b/>
                <w:sz w:val="18"/>
              </w:rPr>
              <w:t>Opvangbak plaatsen onder chemie-rack (110% grootste verpakking)</w:t>
            </w:r>
          </w:p>
        </w:tc>
        <w:tc>
          <w:tcPr>
            <w:tcW w:type="dxa" w:w="1440"/>
          </w:tcPr>
          <w:p>
            <w:r>
              <w:rPr>
                <w:b/>
                <w:sz w:val="18"/>
              </w:rPr>
              <w:t>Hoog</w:t>
            </w:r>
          </w:p>
        </w:tc>
        <w:tc>
          <w:tcPr>
            <w:tcW w:type="dxa" w:w="1440"/>
          </w:tcPr>
          <w:p>
            <w:r>
              <w:rPr>
                <w:b/>
                <w:sz w:val="18"/>
              </w:rPr>
              <w:t>Voor start demo</w:t>
            </w:r>
          </w:p>
        </w:tc>
        <w:tc>
          <w:tcPr>
            <w:tcW w:type="dxa" w:w="1440"/>
          </w:tcPr>
          <w:p>
            <w:r>
              <w:rPr>
                <w:b/>
                <w:sz w:val="18"/>
              </w:rPr>
              <w:t>HSE Manager</w:t>
            </w:r>
          </w:p>
        </w:tc>
        <w:tc>
          <w:tcPr>
            <w:tcW w:type="dxa" w:w="1440"/>
          </w:tcPr>
          <w:p>
            <w:r>
              <w:rPr>
                <w:b/>
                <w:sz w:val="18"/>
              </w:rPr>
              <w:t>Open</w:t>
            </w:r>
          </w:p>
        </w:tc>
      </w:tr>
      <w:tr>
        <w:tc>
          <w:tcPr>
            <w:tcW w:type="dxa" w:w="1440"/>
          </w:tcPr>
          <w:p>
            <w:r>
              <w:rPr>
                <w:b/>
                <w:sz w:val="18"/>
              </w:rPr>
              <w:t>2</w:t>
            </w:r>
          </w:p>
        </w:tc>
        <w:tc>
          <w:tcPr>
            <w:tcW w:type="dxa" w:w="1440"/>
          </w:tcPr>
          <w:p>
            <w:r>
              <w:rPr>
                <w:b/>
                <w:sz w:val="18"/>
              </w:rPr>
              <w:t>Scheiding zuur/base/oxiderend op rack realiseren (≥3 compartimenten)</w:t>
            </w:r>
          </w:p>
        </w:tc>
        <w:tc>
          <w:tcPr>
            <w:tcW w:type="dxa" w:w="1440"/>
          </w:tcPr>
          <w:p>
            <w:r>
              <w:rPr>
                <w:b/>
                <w:sz w:val="18"/>
              </w:rPr>
              <w:t>Hoog</w:t>
            </w:r>
          </w:p>
        </w:tc>
        <w:tc>
          <w:tcPr>
            <w:tcW w:type="dxa" w:w="1440"/>
          </w:tcPr>
          <w:p>
            <w:r>
              <w:rPr>
                <w:b/>
                <w:sz w:val="18"/>
              </w:rPr>
              <w:t>Voor start demo</w:t>
            </w:r>
          </w:p>
        </w:tc>
        <w:tc>
          <w:tcPr>
            <w:tcW w:type="dxa" w:w="1440"/>
          </w:tcPr>
          <w:p>
            <w:r>
              <w:rPr>
                <w:b/>
                <w:sz w:val="18"/>
              </w:rPr>
              <w:t>HSE Manager</w:t>
            </w:r>
          </w:p>
        </w:tc>
        <w:tc>
          <w:tcPr>
            <w:tcW w:type="dxa" w:w="1440"/>
          </w:tcPr>
          <w:p>
            <w:r>
              <w:rPr>
                <w:b/>
                <w:sz w:val="18"/>
              </w:rPr>
              <w:t>Open</w:t>
            </w:r>
          </w:p>
        </w:tc>
      </w:tr>
      <w:tr>
        <w:tc>
          <w:tcPr>
            <w:tcW w:type="dxa" w:w="1440"/>
          </w:tcPr>
          <w:p>
            <w:r>
              <w:rPr>
                <w:b/>
                <w:sz w:val="18"/>
              </w:rPr>
              <w:t>3</w:t>
            </w:r>
          </w:p>
        </w:tc>
        <w:tc>
          <w:tcPr>
            <w:tcW w:type="dxa" w:w="1440"/>
          </w:tcPr>
          <w:p>
            <w:r>
              <w:rPr>
                <w:b/>
                <w:sz w:val="18"/>
              </w:rPr>
              <w:t>ADR-etiketten (5.1, 6.1, 8) aanbrengen op rack + individuele verpakkingen</w:t>
            </w:r>
          </w:p>
        </w:tc>
        <w:tc>
          <w:tcPr>
            <w:tcW w:type="dxa" w:w="1440"/>
          </w:tcPr>
          <w:p>
            <w:r>
              <w:rPr>
                <w:b/>
                <w:sz w:val="18"/>
              </w:rPr>
              <w:t>Hoog</w:t>
            </w:r>
          </w:p>
        </w:tc>
        <w:tc>
          <w:tcPr>
            <w:tcW w:type="dxa" w:w="1440"/>
          </w:tcPr>
          <w:p>
            <w:r>
              <w:rPr>
                <w:b/>
                <w:sz w:val="18"/>
              </w:rPr>
              <w:t>Voor start demo</w:t>
            </w:r>
          </w:p>
        </w:tc>
        <w:tc>
          <w:tcPr>
            <w:tcW w:type="dxa" w:w="1440"/>
          </w:tcPr>
          <w:p>
            <w:r>
              <w:rPr>
                <w:b/>
                <w:sz w:val="18"/>
              </w:rPr>
              <w:t>HSE Manager</w:t>
            </w:r>
          </w:p>
        </w:tc>
        <w:tc>
          <w:tcPr>
            <w:tcW w:type="dxa" w:w="1440"/>
          </w:tcPr>
          <w:p>
            <w:r>
              <w:rPr>
                <w:b/>
                <w:sz w:val="18"/>
              </w:rPr>
              <w:t>Open</w:t>
            </w:r>
          </w:p>
        </w:tc>
      </w:tr>
      <w:tr>
        <w:tc>
          <w:tcPr>
            <w:tcW w:type="dxa" w:w="1440"/>
          </w:tcPr>
          <w:p>
            <w:r>
              <w:rPr>
                <w:b/>
                <w:sz w:val="18"/>
              </w:rPr>
              <w:t>4</w:t>
            </w:r>
          </w:p>
        </w:tc>
        <w:tc>
          <w:tcPr>
            <w:tcW w:type="dxa" w:w="1440"/>
          </w:tcPr>
          <w:p>
            <w:r>
              <w:rPr>
                <w:b/>
                <w:sz w:val="18"/>
              </w:rPr>
              <w:t>Verbodsborden "Roken en open vuur verboden" + "Geen voedsel" bij V₂O₅/NaVO₃</w:t>
            </w:r>
          </w:p>
        </w:tc>
        <w:tc>
          <w:tcPr>
            <w:tcW w:type="dxa" w:w="1440"/>
          </w:tcPr>
          <w:p>
            <w:r>
              <w:rPr>
                <w:b/>
                <w:sz w:val="18"/>
              </w:rPr>
              <w:t>Hoog</w:t>
            </w:r>
          </w:p>
        </w:tc>
        <w:tc>
          <w:tcPr>
            <w:tcW w:type="dxa" w:w="1440"/>
          </w:tcPr>
          <w:p>
            <w:r>
              <w:rPr>
                <w:b/>
                <w:sz w:val="18"/>
              </w:rPr>
              <w:t>Voor start demo</w:t>
            </w:r>
          </w:p>
        </w:tc>
        <w:tc>
          <w:tcPr>
            <w:tcW w:type="dxa" w:w="1440"/>
          </w:tcPr>
          <w:p>
            <w:r>
              <w:rPr>
                <w:b/>
                <w:sz w:val="18"/>
              </w:rPr>
              <w:t>HSE Manager</w:t>
            </w:r>
          </w:p>
        </w:tc>
        <w:tc>
          <w:tcPr>
            <w:tcW w:type="dxa" w:w="1440"/>
          </w:tcPr>
          <w:p>
            <w:r>
              <w:rPr>
                <w:b/>
                <w:sz w:val="18"/>
              </w:rPr>
              <w:t>Open</w:t>
            </w:r>
          </w:p>
        </w:tc>
      </w:tr>
      <w:tr>
        <w:tc>
          <w:tcPr>
            <w:tcW w:type="dxa" w:w="1440"/>
          </w:tcPr>
          <w:p>
            <w:r>
              <w:rPr>
                <w:b/>
                <w:sz w:val="18"/>
              </w:rPr>
              <w:t>5</w:t>
            </w:r>
          </w:p>
        </w:tc>
        <w:tc>
          <w:tcPr>
            <w:tcW w:type="dxa" w:w="1440"/>
          </w:tcPr>
          <w:p>
            <w:r>
              <w:rPr>
                <w:b/>
                <w:sz w:val="18"/>
              </w:rPr>
              <w:t>Neutralisatiemiddelen (soda, citroenzuur, natriumthiosulfaat) beschikbaar</w:t>
            </w:r>
          </w:p>
        </w:tc>
        <w:tc>
          <w:tcPr>
            <w:tcW w:type="dxa" w:w="1440"/>
          </w:tcPr>
          <w:p>
            <w:r>
              <w:rPr>
                <w:b/>
                <w:sz w:val="18"/>
              </w:rPr>
              <w:t>Hoog</w:t>
            </w:r>
          </w:p>
        </w:tc>
        <w:tc>
          <w:tcPr>
            <w:tcW w:type="dxa" w:w="1440"/>
          </w:tcPr>
          <w:p>
            <w:r>
              <w:rPr>
                <w:b/>
                <w:sz w:val="18"/>
              </w:rPr>
              <w:t>Voor start demo</w:t>
            </w:r>
          </w:p>
        </w:tc>
        <w:tc>
          <w:tcPr>
            <w:tcW w:type="dxa" w:w="1440"/>
          </w:tcPr>
          <w:p>
            <w:r>
              <w:rPr>
                <w:b/>
                <w:sz w:val="18"/>
              </w:rPr>
              <w:t>HSE Manager</w:t>
            </w:r>
          </w:p>
        </w:tc>
        <w:tc>
          <w:tcPr>
            <w:tcW w:type="dxa" w:w="1440"/>
          </w:tcPr>
          <w:p>
            <w:r>
              <w:rPr>
                <w:b/>
                <w:sz w:val="18"/>
              </w:rPr>
              <w:t>Open</w:t>
            </w:r>
          </w:p>
        </w:tc>
      </w:tr>
      <w:tr>
        <w:tc>
          <w:tcPr>
            <w:tcW w:type="dxa" w:w="1440"/>
          </w:tcPr>
          <w:p>
            <w:r>
              <w:rPr>
                <w:b/>
                <w:sz w:val="18"/>
              </w:rPr>
              <w:t>6</w:t>
            </w:r>
          </w:p>
        </w:tc>
        <w:tc>
          <w:tcPr>
            <w:tcW w:type="dxa" w:w="1440"/>
          </w:tcPr>
          <w:p>
            <w:r>
              <w:rPr>
                <w:b/>
                <w:sz w:val="18"/>
              </w:rPr>
              <w:t>Absorptiemateriaal (universeel + zuurbestendig + oxidatiemiddel)</w:t>
            </w:r>
          </w:p>
        </w:tc>
        <w:tc>
          <w:tcPr>
            <w:tcW w:type="dxa" w:w="1440"/>
          </w:tcPr>
          <w:p>
            <w:r>
              <w:rPr>
                <w:b/>
                <w:sz w:val="18"/>
              </w:rPr>
              <w:t>Midden</w:t>
            </w:r>
          </w:p>
        </w:tc>
        <w:tc>
          <w:tcPr>
            <w:tcW w:type="dxa" w:w="1440"/>
          </w:tcPr>
          <w:p>
            <w:r>
              <w:rPr>
                <w:b/>
                <w:sz w:val="18"/>
              </w:rPr>
              <w:t>Voor start demo</w:t>
            </w:r>
          </w:p>
        </w:tc>
        <w:tc>
          <w:tcPr>
            <w:tcW w:type="dxa" w:w="1440"/>
          </w:tcPr>
          <w:p>
            <w:r>
              <w:rPr>
                <w:b/>
                <w:sz w:val="18"/>
              </w:rPr>
              <w:t>HSE Manager</w:t>
            </w:r>
          </w:p>
        </w:tc>
        <w:tc>
          <w:tcPr>
            <w:tcW w:type="dxa" w:w="1440"/>
          </w:tcPr>
          <w:p>
            <w:r>
              <w:rPr>
                <w:b/>
                <w:sz w:val="18"/>
              </w:rPr>
              <w:t>Open</w:t>
            </w:r>
          </w:p>
        </w:tc>
      </w:tr>
      <w:tr>
        <w:tc>
          <w:tcPr>
            <w:tcW w:type="dxa" w:w="1440"/>
          </w:tcPr>
          <w:p>
            <w:r>
              <w:rPr>
                <w:b/>
                <w:sz w:val="18"/>
              </w:rPr>
              <w:t>7</w:t>
            </w:r>
          </w:p>
        </w:tc>
        <w:tc>
          <w:tcPr>
            <w:tcW w:type="dxa" w:w="1440"/>
          </w:tcPr>
          <w:p>
            <w:r>
              <w:rPr>
                <w:b/>
                <w:sz w:val="18"/>
              </w:rPr>
              <w:t>Lekkage-instructie opstellen en zichtbaar ophangen (incl. H411-milieuzorg)</w:t>
            </w:r>
          </w:p>
        </w:tc>
        <w:tc>
          <w:tcPr>
            <w:tcW w:type="dxa" w:w="1440"/>
          </w:tcPr>
          <w:p>
            <w:r>
              <w:rPr>
                <w:b/>
                <w:sz w:val="18"/>
              </w:rPr>
              <w:t>Hoog</w:t>
            </w:r>
          </w:p>
        </w:tc>
        <w:tc>
          <w:tcPr>
            <w:tcW w:type="dxa" w:w="1440"/>
          </w:tcPr>
          <w:p>
            <w:r>
              <w:rPr>
                <w:b/>
                <w:sz w:val="18"/>
              </w:rPr>
              <w:t>Voor start demo</w:t>
            </w:r>
          </w:p>
        </w:tc>
        <w:tc>
          <w:tcPr>
            <w:tcW w:type="dxa" w:w="1440"/>
          </w:tcPr>
          <w:p>
            <w:r>
              <w:rPr>
                <w:b/>
                <w:sz w:val="18"/>
              </w:rPr>
              <w:t>HSE Manager</w:t>
            </w:r>
          </w:p>
        </w:tc>
        <w:tc>
          <w:tcPr>
            <w:tcW w:type="dxa" w:w="1440"/>
          </w:tcPr>
          <w:p>
            <w:r>
              <w:rPr>
                <w:b/>
                <w:sz w:val="18"/>
              </w:rPr>
              <w:t>Open</w:t>
            </w:r>
          </w:p>
        </w:tc>
      </w:tr>
      <w:tr>
        <w:tc>
          <w:tcPr>
            <w:tcW w:type="dxa" w:w="1440"/>
          </w:tcPr>
          <w:p>
            <w:r>
              <w:rPr>
                <w:b/>
                <w:sz w:val="18"/>
              </w:rPr>
              <w:t>8</w:t>
            </w:r>
          </w:p>
        </w:tc>
        <w:tc>
          <w:tcPr>
            <w:tcW w:type="dxa" w:w="1440"/>
          </w:tcPr>
          <w:p>
            <w:r>
              <w:rPr>
                <w:b/>
                <w:sz w:val="18"/>
              </w:rPr>
              <w:t>Stoffenregister actualiseren incl. 18 stoffen + SDS-register</w:t>
            </w:r>
          </w:p>
        </w:tc>
        <w:tc>
          <w:tcPr>
            <w:tcW w:type="dxa" w:w="1440"/>
          </w:tcPr>
          <w:p>
            <w:r>
              <w:rPr>
                <w:b/>
                <w:sz w:val="18"/>
              </w:rPr>
              <w:t>Midden</w:t>
            </w:r>
          </w:p>
        </w:tc>
        <w:tc>
          <w:tcPr>
            <w:tcW w:type="dxa" w:w="1440"/>
          </w:tcPr>
          <w:p>
            <w:r>
              <w:rPr>
                <w:b/>
                <w:sz w:val="18"/>
              </w:rPr>
              <w:t>Voor start demo</w:t>
            </w:r>
          </w:p>
        </w:tc>
        <w:tc>
          <w:tcPr>
            <w:tcW w:type="dxa" w:w="1440"/>
          </w:tcPr>
          <w:p>
            <w:r>
              <w:rPr>
                <w:b/>
                <w:sz w:val="18"/>
              </w:rPr>
              <w:t>HSE Manager</w:t>
            </w:r>
          </w:p>
        </w:tc>
        <w:tc>
          <w:tcPr>
            <w:tcW w:type="dxa" w:w="1440"/>
          </w:tcPr>
          <w:p>
            <w:r>
              <w:rPr>
                <w:b/>
                <w:sz w:val="18"/>
              </w:rPr>
              <w:t>Open</w:t>
            </w:r>
          </w:p>
        </w:tc>
      </w:tr>
      <w:tr>
        <w:tc>
          <w:tcPr>
            <w:tcW w:type="dxa" w:w="1440"/>
          </w:tcPr>
          <w:p>
            <w:r>
              <w:rPr>
                <w:b/>
                <w:sz w:val="18"/>
              </w:rPr>
              <w:t>9</w:t>
            </w:r>
          </w:p>
        </w:tc>
        <w:tc>
          <w:tcPr>
            <w:tcW w:type="dxa" w:w="1440"/>
          </w:tcPr>
          <w:p>
            <w:r>
              <w:rPr>
                <w:b/>
                <w:sz w:val="18"/>
              </w:rPr>
              <w:t>Calamiteiteninstructie opstellen (incl. H₂O₂-decontaminatie)</w:t>
            </w:r>
          </w:p>
        </w:tc>
        <w:tc>
          <w:tcPr>
            <w:tcW w:type="dxa" w:w="1440"/>
          </w:tcPr>
          <w:p>
            <w:r>
              <w:rPr>
                <w:b/>
                <w:sz w:val="18"/>
              </w:rPr>
              <w:t>Hoog</w:t>
            </w:r>
          </w:p>
        </w:tc>
        <w:tc>
          <w:tcPr>
            <w:tcW w:type="dxa" w:w="1440"/>
          </w:tcPr>
          <w:p>
            <w:r>
              <w:rPr>
                <w:b/>
                <w:sz w:val="18"/>
              </w:rPr>
              <w:t>Voor start demo</w:t>
            </w:r>
          </w:p>
        </w:tc>
        <w:tc>
          <w:tcPr>
            <w:tcW w:type="dxa" w:w="1440"/>
          </w:tcPr>
          <w:p>
            <w:r>
              <w:rPr>
                <w:b/>
                <w:sz w:val="18"/>
              </w:rPr>
              <w:t>HSE Manager</w:t>
            </w:r>
          </w:p>
        </w:tc>
        <w:tc>
          <w:tcPr>
            <w:tcW w:type="dxa" w:w="1440"/>
          </w:tcPr>
          <w:p>
            <w:r>
              <w:rPr>
                <w:b/>
                <w:sz w:val="18"/>
              </w:rPr>
              <w:t>Open</w:t>
            </w:r>
          </w:p>
        </w:tc>
      </w:tr>
      <w:tr>
        <w:tc>
          <w:tcPr>
            <w:tcW w:type="dxa" w:w="1440"/>
          </w:tcPr>
          <w:p>
            <w:r>
              <w:rPr>
                <w:b/>
                <w:sz w:val="18"/>
              </w:rPr>
              <w:t>10</w:t>
            </w:r>
          </w:p>
        </w:tc>
        <w:tc>
          <w:tcPr>
            <w:tcW w:type="dxa" w:w="1440"/>
          </w:tcPr>
          <w:p>
            <w:r>
              <w:rPr>
                <w:b/>
                <w:sz w:val="18"/>
              </w:rPr>
              <w:t>PBM-matrix finaliseren (9 stofgroepen) en distribueren</w:t>
            </w:r>
          </w:p>
        </w:tc>
        <w:tc>
          <w:tcPr>
            <w:tcW w:type="dxa" w:w="1440"/>
          </w:tcPr>
          <w:p>
            <w:r>
              <w:rPr>
                <w:b/>
                <w:sz w:val="18"/>
              </w:rPr>
              <w:t>Midden</w:t>
            </w:r>
          </w:p>
        </w:tc>
        <w:tc>
          <w:tcPr>
            <w:tcW w:type="dxa" w:w="1440"/>
          </w:tcPr>
          <w:p>
            <w:r>
              <w:rPr>
                <w:b/>
                <w:sz w:val="18"/>
              </w:rPr>
              <w:t>Voor start demo</w:t>
            </w:r>
          </w:p>
        </w:tc>
        <w:tc>
          <w:tcPr>
            <w:tcW w:type="dxa" w:w="1440"/>
          </w:tcPr>
          <w:p>
            <w:r>
              <w:rPr>
                <w:b/>
                <w:sz w:val="18"/>
              </w:rPr>
              <w:t>HSE Manager</w:t>
            </w:r>
          </w:p>
        </w:tc>
        <w:tc>
          <w:tcPr>
            <w:tcW w:type="dxa" w:w="1440"/>
          </w:tcPr>
          <w:p>
            <w:r>
              <w:rPr>
                <w:b/>
                <w:sz w:val="18"/>
              </w:rPr>
              <w:t>Open</w:t>
            </w:r>
          </w:p>
        </w:tc>
      </w:tr>
      <w:tr>
        <w:tc>
          <w:tcPr>
            <w:tcW w:type="dxa" w:w="1440"/>
          </w:tcPr>
          <w:p>
            <w:r>
              <w:rPr>
                <w:b/>
                <w:sz w:val="18"/>
              </w:rPr>
              <w:t>11</w:t>
            </w:r>
          </w:p>
        </w:tc>
        <w:tc>
          <w:tcPr>
            <w:tcW w:type="dxa" w:w="1440"/>
          </w:tcPr>
          <w:p>
            <w:r>
              <w:rPr>
                <w:b/>
                <w:sz w:val="18"/>
              </w:rPr>
              <w:t>RI&amp;E actualiseren met CMR-risico's V₂O₅ (Carc. 1B), NaVO₃ (Muta. 2), elektrolyt (Repr. 2)</w:t>
            </w:r>
          </w:p>
        </w:tc>
        <w:tc>
          <w:tcPr>
            <w:tcW w:type="dxa" w:w="1440"/>
          </w:tcPr>
          <w:p>
            <w:r>
              <w:rPr>
                <w:b/>
                <w:sz w:val="18"/>
              </w:rPr>
              <w:t>Midden</w:t>
            </w:r>
          </w:p>
        </w:tc>
        <w:tc>
          <w:tcPr>
            <w:tcW w:type="dxa" w:w="1440"/>
          </w:tcPr>
          <w:p>
            <w:r>
              <w:rPr>
                <w:b/>
                <w:sz w:val="18"/>
              </w:rPr>
              <w:t>Week 1 demo</w:t>
            </w:r>
          </w:p>
        </w:tc>
        <w:tc>
          <w:tcPr>
            <w:tcW w:type="dxa" w:w="1440"/>
          </w:tcPr>
          <w:p>
            <w:r>
              <w:rPr>
                <w:b/>
                <w:sz w:val="18"/>
              </w:rPr>
              <w:t>HSE Manager</w:t>
            </w:r>
          </w:p>
        </w:tc>
        <w:tc>
          <w:tcPr>
            <w:tcW w:type="dxa" w:w="1440"/>
          </w:tcPr>
          <w:p>
            <w:r>
              <w:rPr>
                <w:b/>
                <w:sz w:val="18"/>
              </w:rPr>
              <w:t>Open</w:t>
            </w:r>
          </w:p>
        </w:tc>
      </w:tr>
      <w:tr>
        <w:tc>
          <w:tcPr>
            <w:tcW w:type="dxa" w:w="1440"/>
          </w:tcPr>
          <w:p>
            <w:r>
              <w:rPr>
                <w:b/>
                <w:sz w:val="18"/>
              </w:rPr>
              <w:t>12</w:t>
            </w:r>
          </w:p>
        </w:tc>
        <w:tc>
          <w:tcPr>
            <w:tcW w:type="dxa" w:w="1440"/>
          </w:tcPr>
          <w:p>
            <w:r>
              <w:rPr>
                <w:b/>
                <w:sz w:val="18"/>
              </w:rPr>
              <w:t>Werkplekinstructiekaarten per stofgroep (9 groepen) opstellen</w:t>
            </w:r>
          </w:p>
        </w:tc>
        <w:tc>
          <w:tcPr>
            <w:tcW w:type="dxa" w:w="1440"/>
          </w:tcPr>
          <w:p>
            <w:r>
              <w:rPr>
                <w:b/>
                <w:sz w:val="18"/>
              </w:rPr>
              <w:t>Midden</w:t>
            </w:r>
          </w:p>
        </w:tc>
        <w:tc>
          <w:tcPr>
            <w:tcW w:type="dxa" w:w="1440"/>
          </w:tcPr>
          <w:p>
            <w:r>
              <w:rPr>
                <w:b/>
                <w:sz w:val="18"/>
              </w:rPr>
              <w:t>Week 1 demo</w:t>
            </w:r>
          </w:p>
        </w:tc>
        <w:tc>
          <w:tcPr>
            <w:tcW w:type="dxa" w:w="1440"/>
          </w:tcPr>
          <w:p>
            <w:r>
              <w:rPr>
                <w:b/>
                <w:sz w:val="18"/>
              </w:rPr>
              <w:t>HSE Manager</w:t>
            </w:r>
          </w:p>
        </w:tc>
        <w:tc>
          <w:tcPr>
            <w:tcW w:type="dxa" w:w="1440"/>
          </w:tcPr>
          <w:p>
            <w:r>
              <w:rPr>
                <w:b/>
                <w:sz w:val="18"/>
              </w:rPr>
              <w:t>Open</w:t>
            </w:r>
          </w:p>
        </w:tc>
      </w:tr>
      <w:tr>
        <w:tc>
          <w:tcPr>
            <w:tcW w:type="dxa" w:w="1440"/>
          </w:tcPr>
          <w:p>
            <w:r>
              <w:rPr>
                <w:b/>
                <w:sz w:val="18"/>
              </w:rPr>
              <w:t>13</w:t>
            </w:r>
          </w:p>
        </w:tc>
        <w:tc>
          <w:tcPr>
            <w:tcW w:type="dxa" w:w="1440"/>
          </w:tcPr>
          <w:p>
            <w:r>
              <w:rPr>
                <w:b/>
                <w:sz w:val="18"/>
              </w:rPr>
              <w:t>Milieuzorgplan H411-stoffen (V₂O₅, NaVO₃, elektrolyt) opstellen</w:t>
            </w:r>
          </w:p>
        </w:tc>
        <w:tc>
          <w:tcPr>
            <w:tcW w:type="dxa" w:w="1440"/>
          </w:tcPr>
          <w:p>
            <w:r>
              <w:rPr>
                <w:b/>
                <w:sz w:val="18"/>
              </w:rPr>
              <w:t>Hoog</w:t>
            </w:r>
          </w:p>
        </w:tc>
        <w:tc>
          <w:tcPr>
            <w:tcW w:type="dxa" w:w="1440"/>
          </w:tcPr>
          <w:p>
            <w:r>
              <w:rPr>
                <w:b/>
                <w:sz w:val="18"/>
              </w:rPr>
              <w:t>Voor start demo</w:t>
            </w:r>
          </w:p>
        </w:tc>
        <w:tc>
          <w:tcPr>
            <w:tcW w:type="dxa" w:w="1440"/>
          </w:tcPr>
          <w:p>
            <w:r>
              <w:rPr>
                <w:b/>
                <w:sz w:val="18"/>
              </w:rPr>
              <w:t>HSE Manager</w:t>
            </w:r>
          </w:p>
        </w:tc>
        <w:tc>
          <w:tcPr>
            <w:tcW w:type="dxa" w:w="1440"/>
          </w:tcPr>
          <w:p>
            <w:r>
              <w:rPr>
                <w:b/>
                <w:sz w:val="18"/>
              </w:rPr>
              <w:t>Open</w:t>
            </w:r>
          </w:p>
        </w:tc>
      </w:tr>
      <w:tr>
        <w:tc>
          <w:tcPr>
            <w:tcW w:type="dxa" w:w="1440"/>
          </w:tcPr>
          <w:p>
            <w:r>
              <w:rPr>
                <w:b/>
                <w:sz w:val="18"/>
              </w:rPr>
              <w:t>14</w:t>
            </w:r>
          </w:p>
        </w:tc>
        <w:tc>
          <w:tcPr>
            <w:tcW w:type="dxa" w:w="1440"/>
          </w:tcPr>
          <w:p>
            <w:r>
              <w:rPr>
                <w:b/>
                <w:sz w:val="18"/>
              </w:rPr>
              <w:t>Opslagplattegrond actualiseren met 18 stoffen + segregatiezones</w:t>
            </w:r>
          </w:p>
        </w:tc>
        <w:tc>
          <w:tcPr>
            <w:tcW w:type="dxa" w:w="1440"/>
          </w:tcPr>
          <w:p>
            <w:r>
              <w:rPr>
                <w:b/>
                <w:sz w:val="18"/>
              </w:rPr>
              <w:t>Midden</w:t>
            </w:r>
          </w:p>
        </w:tc>
        <w:tc>
          <w:tcPr>
            <w:tcW w:type="dxa" w:w="1440"/>
          </w:tcPr>
          <w:p>
            <w:r>
              <w:rPr>
                <w:b/>
                <w:sz w:val="18"/>
              </w:rPr>
              <w:t>Week 2 demo</w:t>
            </w:r>
          </w:p>
        </w:tc>
        <w:tc>
          <w:tcPr>
            <w:tcW w:type="dxa" w:w="1440"/>
          </w:tcPr>
          <w:p>
            <w:r>
              <w:rPr>
                <w:b/>
                <w:sz w:val="18"/>
              </w:rPr>
              <w:t>HSE Manager</w:t>
            </w:r>
          </w:p>
        </w:tc>
        <w:tc>
          <w:tcPr>
            <w:tcW w:type="dxa" w:w="1440"/>
          </w:tcPr>
          <w:p>
            <w:r>
              <w:rPr>
                <w:b/>
                <w:sz w:val="18"/>
              </w:rPr>
              <w:t>Open</w:t>
            </w:r>
          </w:p>
        </w:tc>
      </w:tr>
      <w:tr>
        <w:tc>
          <w:tcPr>
            <w:tcW w:type="dxa" w:w="1440"/>
          </w:tcPr>
          <w:p>
            <w:r>
              <w:rPr>
                <w:b/>
                <w:sz w:val="18"/>
              </w:rPr>
              <w:t>15</w:t>
            </w:r>
          </w:p>
        </w:tc>
        <w:tc>
          <w:tcPr>
            <w:tcW w:type="dxa" w:w="1440"/>
          </w:tcPr>
          <w:p>
            <w:r>
              <w:rPr>
                <w:b/>
                <w:sz w:val="18"/>
              </w:rPr>
              <w:t>Brandblusmiddelen controleren (incl. H₂O₂-compatibiliteit)</w:t>
            </w:r>
          </w:p>
        </w:tc>
        <w:tc>
          <w:tcPr>
            <w:tcW w:type="dxa" w:w="1440"/>
          </w:tcPr>
          <w:p>
            <w:r>
              <w:rPr>
                <w:b/>
                <w:sz w:val="18"/>
              </w:rPr>
              <w:t>Midden</w:t>
            </w:r>
          </w:p>
        </w:tc>
        <w:tc>
          <w:tcPr>
            <w:tcW w:type="dxa" w:w="1440"/>
          </w:tcPr>
          <w:p>
            <w:r>
              <w:rPr>
                <w:b/>
                <w:sz w:val="18"/>
              </w:rPr>
              <w:t>Voor start demo</w:t>
            </w:r>
          </w:p>
        </w:tc>
        <w:tc>
          <w:tcPr>
            <w:tcW w:type="dxa" w:w="1440"/>
          </w:tcPr>
          <w:p>
            <w:r>
              <w:rPr>
                <w:b/>
                <w:sz w:val="18"/>
              </w:rPr>
              <w:t>HSE Manager</w:t>
            </w:r>
          </w:p>
        </w:tc>
        <w:tc>
          <w:tcPr>
            <w:tcW w:type="dxa" w:w="1440"/>
          </w:tcPr>
          <w:p>
            <w:r>
              <w:rPr>
                <w:b/>
                <w:sz w:val="18"/>
              </w:rPr>
              <w:t>Open</w:t>
            </w:r>
          </w:p>
        </w:tc>
      </w:tr>
      <w:tr>
        <w:tc>
          <w:tcPr>
            <w:tcW w:type="dxa" w:w="1440"/>
          </w:tcPr>
          <w:p>
            <w:r>
              <w:rPr>
                <w:b/>
                <w:sz w:val="18"/>
              </w:rPr>
              <w:t>16</w:t>
            </w:r>
          </w:p>
        </w:tc>
        <w:tc>
          <w:tcPr>
            <w:tcW w:type="dxa" w:w="1440"/>
          </w:tcPr>
          <w:p>
            <w:r>
              <w:rPr>
                <w:b/>
                <w:sz w:val="18"/>
              </w:rPr>
              <w:t>CMR-register aanleggen voor V₂O₅, NaVO₃, elektrolyt</w:t>
            </w:r>
          </w:p>
        </w:tc>
        <w:tc>
          <w:tcPr>
            <w:tcW w:type="dxa" w:w="1440"/>
          </w:tcPr>
          <w:p>
            <w:r>
              <w:rPr>
                <w:b/>
                <w:sz w:val="18"/>
              </w:rPr>
              <w:t>Hoog</w:t>
            </w:r>
          </w:p>
        </w:tc>
        <w:tc>
          <w:tcPr>
            <w:tcW w:type="dxa" w:w="1440"/>
          </w:tcPr>
          <w:p>
            <w:r>
              <w:rPr>
                <w:b/>
                <w:sz w:val="18"/>
              </w:rPr>
              <w:t>Voor start demo</w:t>
            </w:r>
          </w:p>
        </w:tc>
        <w:tc>
          <w:tcPr>
            <w:tcW w:type="dxa" w:w="1440"/>
          </w:tcPr>
          <w:p>
            <w:r>
              <w:rPr>
                <w:b/>
                <w:sz w:val="18"/>
              </w:rPr>
              <w:t>HSE Manager</w:t>
            </w:r>
          </w:p>
        </w:tc>
        <w:tc>
          <w:tcPr>
            <w:tcW w:type="dxa" w:w="1440"/>
          </w:tcPr>
          <w:p>
            <w:r>
              <w:rPr>
                <w:b/>
                <w:sz w:val="18"/>
              </w:rPr>
              <w:t>Open</w:t>
            </w:r>
          </w:p>
        </w:tc>
      </w:tr>
    </w:tbl>
    <w:p>
      <w:pPr>
        <w:pStyle w:val="Heading2"/>
      </w:pPr>
      <w:r>
        <w:t>7.2 Commerciële fase (toekomstig)</w:t>
      </w:r>
    </w:p>
    <w:tbl>
      <w:tblPr>
        <w:tblStyle w:val="LightGrid-Accent1"/>
        <w:tblW w:type="auto" w:w="0"/>
        <w:jc w:val="center"/>
        <w:tblLook w:firstColumn="1" w:firstRow="1" w:lastColumn="0" w:lastRow="0" w:noHBand="0" w:noVBand="1" w:val="04A0"/>
      </w:tblPr>
      <w:tblGrid>
        <w:gridCol w:w="2160"/>
        <w:gridCol w:w="2160"/>
        <w:gridCol w:w="2160"/>
        <w:gridCol w:w="2160"/>
      </w:tblGrid>
      <w:tr>
        <w:tc>
          <w:tcPr>
            <w:tcW w:type="dxa" w:w="2160"/>
          </w:tcPr>
          <w:p>
            <w:r>
              <w:rPr>
                <w:b/>
                <w:sz w:val="18"/>
              </w:rPr>
              <w:t>#</w:t>
            </w:r>
          </w:p>
        </w:tc>
        <w:tc>
          <w:tcPr>
            <w:tcW w:type="dxa" w:w="2160"/>
          </w:tcPr>
          <w:p>
            <w:r>
              <w:rPr>
                <w:b/>
                <w:sz w:val="18"/>
              </w:rPr>
              <w:t>Actie</w:t>
            </w:r>
          </w:p>
        </w:tc>
        <w:tc>
          <w:tcPr>
            <w:tcW w:type="dxa" w:w="2160"/>
          </w:tcPr>
          <w:p>
            <w:r>
              <w:rPr>
                <w:b/>
                <w:sz w:val="18"/>
              </w:rPr>
              <w:t>Prioriteit</w:t>
            </w:r>
          </w:p>
        </w:tc>
        <w:tc>
          <w:tcPr>
            <w:tcW w:type="dxa" w:w="2160"/>
          </w:tcPr>
          <w:p>
            <w:r>
              <w:rPr>
                <w:b/>
                <w:sz w:val="18"/>
              </w:rPr>
              <w:t>Opmerking</w:t>
            </w:r>
          </w:p>
        </w:tc>
      </w:tr>
      <w:tr>
        <w:tc>
          <w:tcPr>
            <w:tcW w:type="dxa" w:w="2160"/>
          </w:tcPr>
          <w:p>
            <w:r>
              <w:rPr>
                <w:b/>
                <w:sz w:val="18"/>
              </w:rPr>
              <w:t>1</w:t>
            </w:r>
          </w:p>
        </w:tc>
        <w:tc>
          <w:tcPr>
            <w:tcW w:type="dxa" w:w="2160"/>
          </w:tcPr>
          <w:p>
            <w:r>
              <w:rPr>
                <w:b/>
                <w:sz w:val="18"/>
              </w:rPr>
              <w:t>PGS 15-risicoklasse herbeoordelen bij &gt;2.500 kg per ADR-klasse (5.1, 6.1, 8)</w:t>
            </w:r>
          </w:p>
        </w:tc>
        <w:tc>
          <w:tcPr>
            <w:tcW w:type="dxa" w:w="2160"/>
          </w:tcPr>
          <w:p>
            <w:r>
              <w:rPr>
                <w:b/>
                <w:sz w:val="18"/>
              </w:rPr>
              <w:t>Hoog</w:t>
            </w:r>
          </w:p>
        </w:tc>
        <w:tc>
          <w:tcPr>
            <w:tcW w:type="dxa" w:w="2160"/>
          </w:tcPr>
          <w:p>
            <w:r>
              <w:rPr>
                <w:b/>
                <w:sz w:val="18"/>
              </w:rPr>
              <w:t>Kan leiden tot veiligheidsniveau A of C</w:t>
            </w:r>
          </w:p>
        </w:tc>
      </w:tr>
      <w:tr>
        <w:tc>
          <w:tcPr>
            <w:tcW w:type="dxa" w:w="2160"/>
          </w:tcPr>
          <w:p>
            <w:r>
              <w:rPr>
                <w:b/>
                <w:sz w:val="18"/>
              </w:rPr>
              <w:t>2</w:t>
            </w:r>
          </w:p>
        </w:tc>
        <w:tc>
          <w:tcPr>
            <w:tcW w:type="dxa" w:w="2160"/>
          </w:tcPr>
          <w:p>
            <w:r>
              <w:rPr>
                <w:b/>
                <w:sz w:val="18"/>
              </w:rPr>
              <w:t>BRZO-toepasselijkheid herbeoordelen (incl. H₂O₂ drempel 50 ton)</w:t>
            </w:r>
          </w:p>
        </w:tc>
        <w:tc>
          <w:tcPr>
            <w:tcW w:type="dxa" w:w="2160"/>
          </w:tcPr>
          <w:p>
            <w:r>
              <w:rPr>
                <w:b/>
                <w:sz w:val="18"/>
              </w:rPr>
              <w:t>Hoog</w:t>
            </w:r>
          </w:p>
        </w:tc>
        <w:tc>
          <w:tcPr>
            <w:tcW w:type="dxa" w:w="2160"/>
          </w:tcPr>
          <w:p>
            <w:r>
              <w:rPr>
                <w:b/>
                <w:sz w:val="18"/>
              </w:rPr>
              <w:t>Bij opschaling naar tonnenniveau</w:t>
            </w:r>
          </w:p>
        </w:tc>
      </w:tr>
      <w:tr>
        <w:tc>
          <w:tcPr>
            <w:tcW w:type="dxa" w:w="2160"/>
          </w:tcPr>
          <w:p>
            <w:r>
              <w:rPr>
                <w:b/>
                <w:sz w:val="18"/>
              </w:rPr>
              <w:t>3</w:t>
            </w:r>
          </w:p>
        </w:tc>
        <w:tc>
          <w:tcPr>
            <w:tcW w:type="dxa" w:w="2160"/>
          </w:tcPr>
          <w:p>
            <w:r>
              <w:rPr>
                <w:b/>
                <w:sz w:val="18"/>
              </w:rPr>
              <w:t>VBB-installatie ontwerpen (indien veiligheidsniveau A)</w:t>
            </w:r>
          </w:p>
        </w:tc>
        <w:tc>
          <w:tcPr>
            <w:tcW w:type="dxa" w:w="2160"/>
          </w:tcPr>
          <w:p>
            <w:r>
              <w:rPr>
                <w:b/>
                <w:sz w:val="18"/>
              </w:rPr>
              <w:t>Hoog</w:t>
            </w:r>
          </w:p>
        </w:tc>
        <w:tc>
          <w:tcPr>
            <w:tcW w:type="dxa" w:w="2160"/>
          </w:tcPr>
          <w:p>
            <w:r>
              <w:rPr>
                <w:b/>
                <w:sz w:val="18"/>
              </w:rPr>
              <w:t>PGS 14 UPD vereist</w:t>
            </w:r>
          </w:p>
        </w:tc>
      </w:tr>
      <w:tr>
        <w:tc>
          <w:tcPr>
            <w:tcW w:type="dxa" w:w="2160"/>
          </w:tcPr>
          <w:p>
            <w:r>
              <w:rPr>
                <w:b/>
                <w:sz w:val="18"/>
              </w:rPr>
              <w:t>4</w:t>
            </w:r>
          </w:p>
        </w:tc>
        <w:tc>
          <w:tcPr>
            <w:tcW w:type="dxa" w:w="2160"/>
          </w:tcPr>
          <w:p>
            <w:r>
              <w:rPr>
                <w:b/>
                <w:sz w:val="18"/>
              </w:rPr>
              <w:t>Wbdbo berekenen en realiseren (indien veiligheidsniveau A)</w:t>
            </w:r>
          </w:p>
        </w:tc>
        <w:tc>
          <w:tcPr>
            <w:tcW w:type="dxa" w:w="2160"/>
          </w:tcPr>
          <w:p>
            <w:r>
              <w:rPr>
                <w:b/>
                <w:sz w:val="18"/>
              </w:rPr>
              <w:t>Hoog</w:t>
            </w:r>
          </w:p>
        </w:tc>
        <w:tc>
          <w:tcPr>
            <w:tcW w:type="dxa" w:w="2160"/>
          </w:tcPr>
          <w:p>
            <w:r>
              <w:rPr>
                <w:b/>
                <w:sz w:val="18"/>
              </w:rPr>
              <w:t>NEN 6068</w:t>
            </w:r>
          </w:p>
        </w:tc>
      </w:tr>
      <w:tr>
        <w:tc>
          <w:tcPr>
            <w:tcW w:type="dxa" w:w="2160"/>
          </w:tcPr>
          <w:p>
            <w:r>
              <w:rPr>
                <w:b/>
                <w:sz w:val="18"/>
              </w:rPr>
              <w:t>5</w:t>
            </w:r>
          </w:p>
        </w:tc>
        <w:tc>
          <w:tcPr>
            <w:tcW w:type="dxa" w:w="2160"/>
          </w:tcPr>
          <w:p>
            <w:r>
              <w:rPr>
                <w:b/>
                <w:sz w:val="18"/>
              </w:rPr>
              <w:t>Bluswateropvang voorzien (100% bij H411-stoffen)</w:t>
            </w:r>
          </w:p>
        </w:tc>
        <w:tc>
          <w:tcPr>
            <w:tcW w:type="dxa" w:w="2160"/>
          </w:tcPr>
          <w:p>
            <w:r>
              <w:rPr>
                <w:b/>
                <w:sz w:val="18"/>
              </w:rPr>
              <w:t>Hoog</w:t>
            </w:r>
          </w:p>
        </w:tc>
        <w:tc>
          <w:tcPr>
            <w:tcW w:type="dxa" w:w="2160"/>
          </w:tcPr>
          <w:p>
            <w:r>
              <w:rPr>
                <w:b/>
                <w:sz w:val="18"/>
              </w:rPr>
              <w:t>Milieugevaarlijke stoffen (V₂O₅, NaVO₃, elektrolyt)</w:t>
            </w:r>
          </w:p>
        </w:tc>
      </w:tr>
      <w:tr>
        <w:tc>
          <w:tcPr>
            <w:tcW w:type="dxa" w:w="2160"/>
          </w:tcPr>
          <w:p>
            <w:r>
              <w:rPr>
                <w:b/>
                <w:sz w:val="18"/>
              </w:rPr>
              <w:t>6</w:t>
            </w:r>
          </w:p>
        </w:tc>
        <w:tc>
          <w:tcPr>
            <w:tcW w:type="dxa" w:w="2160"/>
          </w:tcPr>
          <w:p>
            <w:r>
              <w:rPr>
                <w:b/>
                <w:sz w:val="18"/>
              </w:rPr>
              <w:t>Tankopslag conform PGS 15 aanleggen</w:t>
            </w:r>
          </w:p>
        </w:tc>
        <w:tc>
          <w:tcPr>
            <w:tcW w:type="dxa" w:w="2160"/>
          </w:tcPr>
          <w:p>
            <w:r>
              <w:rPr>
                <w:b/>
                <w:sz w:val="18"/>
              </w:rPr>
              <w:t>Midden</w:t>
            </w:r>
          </w:p>
        </w:tc>
        <w:tc>
          <w:tcPr>
            <w:tcW w:type="dxa" w:w="2160"/>
          </w:tcPr>
          <w:p>
            <w:r>
              <w:rPr>
                <w:b/>
                <w:sz w:val="18"/>
              </w:rPr>
              <w:t>Nieuwe tanks: zie plant layout</w:t>
            </w:r>
          </w:p>
        </w:tc>
      </w:tr>
      <w:tr>
        <w:tc>
          <w:tcPr>
            <w:tcW w:type="dxa" w:w="2160"/>
          </w:tcPr>
          <w:p>
            <w:r>
              <w:rPr>
                <w:b/>
                <w:sz w:val="18"/>
              </w:rPr>
              <w:t>7</w:t>
            </w:r>
          </w:p>
        </w:tc>
        <w:tc>
          <w:tcPr>
            <w:tcW w:type="dxa" w:w="2160"/>
          </w:tcPr>
          <w:p>
            <w:r>
              <w:rPr>
                <w:b/>
                <w:sz w:val="18"/>
              </w:rPr>
              <w:t>Scenariostudie uitvoeren (PGS 15 §7.7)</w:t>
            </w:r>
          </w:p>
        </w:tc>
        <w:tc>
          <w:tcPr>
            <w:tcW w:type="dxa" w:w="2160"/>
          </w:tcPr>
          <w:p>
            <w:r>
              <w:rPr>
                <w:b/>
                <w:sz w:val="18"/>
              </w:rPr>
              <w:t>Midden</w:t>
            </w:r>
          </w:p>
        </w:tc>
        <w:tc>
          <w:tcPr>
            <w:tcW w:type="dxa" w:w="2160"/>
          </w:tcPr>
          <w:p>
            <w:r>
              <w:rPr>
                <w:b/>
                <w:sz w:val="18"/>
              </w:rPr>
              <w:t>Voor grotere hoeveelheden</w:t>
            </w:r>
          </w:p>
        </w:tc>
      </w:tr>
      <w:tr>
        <w:tc>
          <w:tcPr>
            <w:tcW w:type="dxa" w:w="2160"/>
          </w:tcPr>
          <w:p>
            <w:r>
              <w:rPr>
                <w:b/>
                <w:sz w:val="18"/>
              </w:rPr>
              <w:t>8</w:t>
            </w:r>
          </w:p>
        </w:tc>
        <w:tc>
          <w:tcPr>
            <w:tcW w:type="dxa" w:w="2160"/>
          </w:tcPr>
          <w:p>
            <w:r>
              <w:rPr>
                <w:b/>
                <w:sz w:val="18"/>
              </w:rPr>
              <w:t>HZS-overleg met veiligheidsregio actualiseren</w:t>
            </w:r>
          </w:p>
        </w:tc>
        <w:tc>
          <w:tcPr>
            <w:tcW w:type="dxa" w:w="2160"/>
          </w:tcPr>
          <w:p>
            <w:r>
              <w:rPr>
                <w:b/>
                <w:sz w:val="18"/>
              </w:rPr>
              <w:t>Midden</w:t>
            </w:r>
          </w:p>
        </w:tc>
        <w:tc>
          <w:tcPr>
            <w:tcW w:type="dxa" w:w="2160"/>
          </w:tcPr>
          <w:p>
            <w:r>
              <w:rPr>
                <w:b/>
                <w:sz w:val="18"/>
              </w:rPr>
              <w:t>Bij wijziging inrichting</w:t>
            </w:r>
          </w:p>
        </w:tc>
      </w:tr>
      <w:tr>
        <w:tc>
          <w:tcPr>
            <w:tcW w:type="dxa" w:w="2160"/>
          </w:tcPr>
          <w:p>
            <w:r>
              <w:rPr>
                <w:b/>
                <w:sz w:val="18"/>
              </w:rPr>
              <w:t>9</w:t>
            </w:r>
          </w:p>
        </w:tc>
        <w:tc>
          <w:tcPr>
            <w:tcW w:type="dxa" w:w="2160"/>
          </w:tcPr>
          <w:p>
            <w:r>
              <w:rPr>
                <w:b/>
                <w:sz w:val="18"/>
              </w:rPr>
              <w:t>Oxiderende stoffen opslag aanleggen (H₂O₂, Na₂S₂O₈)</w:t>
            </w:r>
          </w:p>
        </w:tc>
        <w:tc>
          <w:tcPr>
            <w:tcW w:type="dxa" w:w="2160"/>
          </w:tcPr>
          <w:p>
            <w:r>
              <w:rPr>
                <w:b/>
                <w:sz w:val="18"/>
              </w:rPr>
              <w:t>Hoog</w:t>
            </w:r>
          </w:p>
        </w:tc>
        <w:tc>
          <w:tcPr>
            <w:tcW w:type="dxa" w:w="2160"/>
          </w:tcPr>
          <w:p>
            <w:r>
              <w:rPr>
                <w:b/>
                <w:sz w:val="18"/>
              </w:rPr>
              <w:t>ADR 5.1 vereist specifieke voorzieningen</w:t>
            </w:r>
          </w:p>
        </w:tc>
      </w:tr>
      <w:tr>
        <w:tc>
          <w:tcPr>
            <w:tcW w:type="dxa" w:w="2160"/>
          </w:tcPr>
          <w:p>
            <w:r>
              <w:rPr>
                <w:b/>
                <w:sz w:val="18"/>
              </w:rPr>
              <w:t>10</w:t>
            </w:r>
          </w:p>
        </w:tc>
        <w:tc>
          <w:tcPr>
            <w:tcW w:type="dxa" w:w="2160"/>
          </w:tcPr>
          <w:p>
            <w:r>
              <w:rPr>
                <w:b/>
                <w:sz w:val="18"/>
              </w:rPr>
              <w:t>Toxische stoffen opslag aanleggen (V₂O₅, NaVO₃)</w:t>
            </w:r>
          </w:p>
        </w:tc>
        <w:tc>
          <w:tcPr>
            <w:tcW w:type="dxa" w:w="2160"/>
          </w:tcPr>
          <w:p>
            <w:r>
              <w:rPr>
                <w:b/>
                <w:sz w:val="18"/>
              </w:rPr>
              <w:t>Hoog</w:t>
            </w:r>
          </w:p>
        </w:tc>
        <w:tc>
          <w:tcPr>
            <w:tcW w:type="dxa" w:w="2160"/>
          </w:tcPr>
          <w:p>
            <w:r>
              <w:rPr>
                <w:b/>
                <w:sz w:val="18"/>
              </w:rPr>
              <w:t>ADR 6.1 + CMR Carc. 1B voorzieningen</w:t>
            </w:r>
          </w:p>
        </w:tc>
      </w:tr>
    </w:tbl>
    <w:p>
      <w:r/>
    </w:p>
    <w:p>
      <w:pPr>
        <w:pStyle w:val="Heading1"/>
      </w:pPr>
      <w:r>
        <w:t>8. Bronverwijzingen</w:t>
      </w:r>
    </w:p>
    <w:p>
      <w:pPr>
        <w:pStyle w:val="Heading2"/>
      </w:pPr>
      <w:r>
        <w:t>8.1 PGS 15:2025</w:t>
      </w:r>
    </w:p>
    <w:p>
      <w:r>
        <w:t>[1] PGS 15:2025, versie 1.0 (januari 2025) — Opslag van verpakte gevaarlijke stoffen. Publicatiereeks Gevaarlijke Stoffen. URL: publicatiereeksgevaarlijkestoffen.nl</w:t>
      </w:r>
    </w:p>
    <w:p>
      <w:r>
        <w:t>[2] PGS 15:2025, §4 — Opslagclassificaties en veiligheidsniveaus (Tabellen 6, 7)</w:t>
      </w:r>
    </w:p>
    <w:p>
      <w:r>
        <w:t>[3] PGS 15:2025, §5 — Bouwkundige eisen en brandwerendheid (Wbdbo)</w:t>
      </w:r>
    </w:p>
    <w:p>
      <w:r>
        <w:t>[4] PGS 15:2025, Bijlage E — Onverenigbare combinaties</w:t>
      </w:r>
    </w:p>
    <w:p>
      <w:r>
        <w:t>[5] PGS 15:2025, M21, M29, M30, M35, M45, M85, M95, M115-M121, M135-M137 — Specifieke maatregelen</w:t>
      </w:r>
    </w:p>
    <w:p>
      <w:pPr>
        <w:pStyle w:val="Heading2"/>
      </w:pPr>
      <w:r>
        <w:t>8.2 BRZO &amp; Wetgeving</w:t>
      </w:r>
    </w:p>
    <w:p>
      <w:r>
        <w:t>[1] Besluit risico's zware ongevallen 2020 (BRZO 2020), Stb. 2015, 373</w:t>
      </w:r>
    </w:p>
    <w:p>
      <w:r>
        <w:t>[2] Besluit activiteiten leefomgeving (Bal), art. 3.27, 4.1012</w:t>
      </w:r>
    </w:p>
    <w:p>
      <w:r>
        <w:t>[3] Besluit bouwwerken leefomgeving (Bbl) — brandcompartimentering</w:t>
      </w:r>
    </w:p>
    <w:p>
      <w:r>
        <w:t>[4] Arbeidsomstandighedenwet, art. 5 (RI&amp;E)</w:t>
      </w:r>
    </w:p>
    <w:p>
      <w:r>
        <w:t>[5] Arbobesluit, hoofdstuk 4 — Gevaarlijke stoffen</w:t>
      </w:r>
    </w:p>
    <w:p>
      <w:r>
        <w:t>[6] Besluit basisveiligheidsnormen stralingsbescherming, art. 2.2, 3.17, 3.20</w:t>
      </w:r>
    </w:p>
    <w:p>
      <w:r>
        <w:t>[7] CLP-verordening (EG) 1272/2008</w:t>
      </w:r>
    </w:p>
    <w:p>
      <w:r>
        <w:t>[8] REACH (EG) 1907/2006</w:t>
      </w:r>
    </w:p>
    <w:p>
      <w:pPr>
        <w:pStyle w:val="Heading2"/>
      </w:pPr>
      <w:r>
        <w:t>8.3 Normen</w:t>
      </w:r>
    </w:p>
    <w:p>
      <w:r>
        <w:t>[1] NEN 6068 — Bepaling weerstand tegen branddoorslag en brandoverslag</w:t>
      </w:r>
    </w:p>
    <w:p>
      <w:r>
        <w:t>[2] NEN 6069 — Brandwerendheid van constructies</w:t>
      </w:r>
    </w:p>
    <w:p>
      <w:r>
        <w:t>[3] NEN 6063 — Bepaling brandgedrag van dakconstructies</w:t>
      </w:r>
    </w:p>
    <w:p>
      <w:r>
        <w:t>[4] NEN 2535 — Branddetectieinstallaties</w:t>
      </w:r>
    </w:p>
    <w:p>
      <w:r>
        <w:t>[5] NEN-EN 14470-1/2 — Brandveiligheidsopslagkasten</w:t>
      </w:r>
    </w:p>
    <w:p>
      <w:r>
        <w:t>[6] NEN-EN-ISO 20560 — Signalering leidingen en tanks</w:t>
      </w:r>
    </w:p>
    <w:p>
      <w:r>
        <w:t>[7] NEN-EN-ISO 7010 — Veiligheidskleuren en veiligheidstekens</w:t>
      </w:r>
    </w:p>
    <w:p>
      <w:pPr>
        <w:pStyle w:val="Heading2"/>
      </w:pPr>
      <w:r>
        <w:t>8.4 Phoenix Metals brondocumenten</w:t>
      </w:r>
    </w:p>
    <w:p>
      <w:r>
        <w:t>[1] Registration Chemicals — MASTER v2.1.0 (29 november 2024)</w:t>
      </w:r>
    </w:p>
    <w:p>
      <w:r>
        <w:t>[2] Fact sheet Ash v1.0 (LM van Langen, november 2024)</w:t>
      </w:r>
    </w:p>
    <w:p>
      <w:r>
        <w:t>[3] Demo Process VR — Procesbeschrijving (28 stappen)</w:t>
      </w:r>
    </w:p>
    <w:p>
      <w:r>
        <w:t>[4] Plant Layout — Schaal 1:75 (A1)</w:t>
      </w:r>
    </w:p>
    <w:p>
      <w:r>
        <w:t>[5] PBM Matrix Phoenix Metals Draft 1</w:t>
      </w:r>
    </w:p>
    <w:p>
      <w:r>
        <w:t>[6] Overzicht Relatie BRZO Elementen en VBS</w:t>
      </w:r>
    </w:p>
    <w:p>
      <w:r>
        <w:t>[7] Phoenix Metals Bedrijfsomschrijving (HSE Manager sollicitatie)</w:t>
      </w:r>
    </w:p>
    <w:p>
      <w:r>
        <w:t>[8] Meta-Dossier Pilot Plant Slag Chemicals v6.1 (7 mei 2026) — Geverifieerde stoffenlijst met SDS-data voor 18 stoffen</w:t>
      </w:r>
    </w:p>
    <w:p>
      <w:r/>
    </w:p>
    <w:p>
      <w:r>
        <w:t>TIERVERIFY — D1 Kennisdossier v6.1</w:t>
        <w:br/>
        <w:t>✓ Versie: 6.1 → 6.1, datum bijgewerkt</w:t>
        <w:br/>
        <w:t>✓ Stoffenaantal: 8 → 18 (geverifieerd tegen Meta-Dossier v6.1)</w:t>
        <w:br/>
        <w:t>✓ CAS-nummers: letterlijk uit Meta-Dossier overgenomen</w:t>
        <w:br/>
        <w:t>✓ H-codes: geverifieerd tegen SDS-data uit Meta-Dossier</w:t>
        <w:br/>
        <w:t>✓ ADR-classificaties: geverifieerd (5.1, 6.1, 8)</w:t>
        <w:br/>
        <w:t>✓ Correctie 1: NaVO₃ — H341 (Muta. 2) toegevoegd per Merck SDS ✓</w:t>
        <w:br/>
        <w:t>✓ Correctie 2: NaAlO₂ — H290 toegevoegd, ADR PG III → PG II per SDS ✓</w:t>
        <w:br/>
        <w:t>✓ Correctie 3: V-elektrolyt — H411 (milieugevaarlijk) toegevoegd per SDS ✓</w:t>
        <w:br/>
        <w:t>✓ CMR-stoffen: V₂O₅ (Carc. 1B, Muta. 2, Repr. 2), NaVO₃ (Muta. 2, Repr. 2), elektrolyt (Repr. 2)</w:t>
        <w:br/>
        <w:t>✓ Bronverwijzingen: [1]-[8] notatie aanwezig</w:t>
        <w:br/>
        <w:t>✓ Versiehistorie: v6.1 rij toegevoegd</w:t>
        <w:br/>
        <w:t>✓ Tabellen: 3,4,5,6,7,9,10,14,15,16 geüpdatet naar 18 stoffen</w:t>
        <w:br/>
        <w:t>Status: GEVERIFIEERD — 7 mei 2026</w:t>
      </w:r>
    </w:p>
    <w:p>
      <w:pPr>
        <w:pStyle w:val="Heading1"/>
      </w:pPr>
      <w:r>
        <w:t>TierVerify Log</w:t>
      </w:r>
    </w:p>
    <w:p>
      <w:pPr>
        <w:pStyle w:val="Heading1"/>
      </w:pPr>
      <w:r>
        <w:t>Kolofon</w:t>
      </w:r>
    </w:p>
    <w:p>
      <w:r>
        <w:t>Dit document is samengesteld door J. van Gemert, HSEQ Consultant, in opdracht van Phoenix Metals B.V. Alle informatie is gebaseerd op openbaar toegankelijke brondocumenten, PGS 15:2025 en bedrijfsdocumentatie van Phoenix Metals.</w:t>
      </w:r>
    </w:p>
    <w:p>
      <w:r>
        <w:t>© 2026 Phoenix Metals B.V. — Alle rechten voorbehouden. Dit document is vertrouwelijk en uitsluitend bestemd voor intern gebruik.</w:t>
      </w:r>
    </w:p>
    <w:sectPr w:rsidR="00FC693F" w:rsidRPr="0006063C" w:rsidSect="00034616">
      <w:headerReference w:type="default" r:id="rId9"/>
      <w:headerReference w:type="first" r:id="rId10"/>
      <w:footerReference w:type="default" r:id="rId11"/>
      <w:footerReference w:type="first" r:id="rId1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before="6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3366"/>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3366"/>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336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