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PGS 15 Veilig Werken HSEQ</w:t>
      </w:r>
    </w:p>
    <w:p>
      <w:pPr>
        <w:jc w:val="center"/>
      </w:pPr>
      <w:r>
        <w:rPr>
          <w:b/>
          <w:color w:val="003366"/>
          <w:sz w:val="44"/>
        </w:rPr>
        <w:t>Phoenix Metals B.V.</w:t>
      </w:r>
    </w:p>
    <w:p/>
    <w:p>
      <w:pPr>
        <w:jc w:val="center"/>
      </w:pPr>
      <w:r>
        <w:rPr>
          <w:color w:val="505050"/>
          <w:sz w:val="32"/>
        </w:rPr>
        <w:t>Document D2 — Versie 5.0</w:t>
      </w:r>
    </w:p>
    <w:p/>
    <w:p>
      <w:pPr>
        <w:jc w:val="center"/>
      </w:pPr>
      <w:r>
        <w:rPr>
          <w:sz w:val="24"/>
        </w:rPr>
        <w:t>Datum: 6 mei 2026</w:t>
        <w:br/>
      </w:r>
      <w:r>
        <w:rPr>
          <w:sz w:val="24"/>
        </w:rPr>
        <w:t>Status: Definitief</w:t>
        <w:br/>
      </w:r>
      <w:r>
        <w:rPr>
          <w:sz w:val="24"/>
        </w:rPr>
        <w:t>Classificatie: Vertrouwelijk</w:t>
        <w:br/>
      </w:r>
      <w:r>
        <w:rPr>
          <w:sz w:val="24"/>
        </w:rPr>
        <w:t>Verwijzing: PGS 15:2025 versie 1.0</w:t>
        <w:br/>
      </w:r>
      <w:r>
        <w:rPr>
          <w:sz w:val="24"/>
        </w:rPr>
        <w:t>Locatie: Plant One Rotterdam B.V.</w:t>
      </w:r>
    </w:p>
    <w:p>
      <w:r/>
    </w:p>
    <w:p>
      <w:pPr>
        <w:pStyle w:val="Heading1"/>
      </w:pPr>
      <w:r>
        <w:t>Managementsamenvatting</w:t>
      </w:r>
    </w:p>
    <w:p>
      <w:r>
        <w:t>Dit document definieert het HSEQ-framework voor veilig werken bij opslag en handling van gevaarlijke stoffen bij Phoenix Metals B.V., gehuisvest bij Plant One Rotterdam B.V. (POR). Het kader is conform PGS 15:2025 (versie 1.0, januari 2025) en de geldende arbeids- en milieuwetgeving (Arbowet, Omgevingswet, Besluit basisveiligheidsnormen stralingsbescherming).</w:t>
      </w:r>
    </w:p>
    <w:p>
      <w:r>
        <w:t>Phoenix Metals hanteert een hydrometallurgisch proces voor de extractie van vanadium uit Steelmaking Slag (Soot Ash Removal Unit reststroom). De primaire gevaarlijke stoffen zijn zwavelzuur (H₂SO₄, diverse concentraties), natriumaluminaat (NaAlO₂ 50%) en vanadiumhoudende oplossingen. De Steelmaking Slag bevat van nature voorkomende radionucliden (U-238-reeks, Th-232-reeks) waardoor naast chemische en fysische risico's ook radiologische aspecten worden beheerst.</w:t>
      </w:r>
    </w:p>
    <w:p>
      <w:r>
        <w:rPr>
          <w:b/>
          <w:sz w:val="22"/>
        </w:rPr>
        <w:t>Kernrichtlijnen:</w:t>
      </w:r>
    </w:p>
    <w:p>
      <w:pPr>
        <w:pStyle w:val="ListBullet"/>
      </w:pPr>
      <w:r>
        <w:t>Het stoffenbestand omvat 20 geregistreerde stoffen: 8 ADR-geclassificeerd (klassen 5.1, 6.1, 8) en 12 niet-ADR. ADR-klasse 5.1 (oxidatoren: H₂O₂, Na₂S₂O₈), klasse 6.1 (toxisch: V₂O₅, NaVO₃) en klasse 8 (bijtend: H₂SO₄, HCl, NaAlO₂, elektrolyt). Het vereiste veiligheidsniveau is basis tot verhoogd, afhankelijk van stofcategorie.niveau bij dedicated opslag van onbrandbare stoffen.</w:t>
      </w:r>
    </w:p>
    <w:p>
      <w:pPr>
        <w:pStyle w:val="ListBullet"/>
      </w:pPr>
      <w:r>
        <w:t>H₂SO₄/HCl en NaAlO₂ vormen onverenigbare combinaties: strikt gescheiden opslag conform PGS 15 Bijlage E. Oxidatoren (H₂O₂, Na₂S₂O₈) gescheiden van brandbare materialen.: strikt gescheiden opslag conform PGS 15 Bijlage E.</w:t>
      </w:r>
    </w:p>
    <w:p>
      <w:pPr>
        <w:pStyle w:val="ListBullet"/>
      </w:pPr>
      <w:r>
        <w:t>Vanadiumverbindingen (V₂O₅ Carc. 1B, NaVO₃ Muta. 2/Repr. 2, elektrolyt Repr. 2) zijn CMR-geclassificeerd: specifieke PBM's en strikt CMR-beleid vereist. Steelmaking slag bevat irriterende componenten.: specifieke PBM's en handling-procedures vereist.</w:t>
      </w:r>
    </w:p>
    <w:p>
      <w:pPr>
        <w:pStyle w:val="ListBullet"/>
      </w:pPr>
      <w:r>
        <w:t>Opvangcapaciteit: 110% van grootste verpakking of 10% van totale inhoud (wat groter is).</w:t>
      </w:r>
    </w:p>
    <w:p>
      <w:pPr>
        <w:pStyle w:val="ListBullet"/>
      </w:pPr>
      <w:r>
        <w:t>Alle werkzaamheden vereisen een goedgekeurde TRA (Taak Risico Analyse) en LMRA (Laatste Minuut Risico Analyse).</w:t>
      </w:r>
    </w:p>
    <w:p>
      <w:pPr>
        <w:pStyle w:val="ListBullet"/>
      </w:pPr>
      <w:r>
        <w:t>Radiologische aspecten: &lt;60 kg totaal, 3,5 kg per batch → intrinsiek veilig conform Besluit basisveiligheidsnormen stralingsbescherming art. 3.17.</w:t>
      </w:r>
    </w:p>
    <w:p>
      <w:r/>
    </w:p>
    <w:p>
      <w:pPr>
        <w:pStyle w:val="Heading1"/>
      </w:pPr>
      <w:r>
        <w:t>1. Risico-inventarisatie Opslag &amp; Handling</w:t>
      </w:r>
    </w:p>
    <w:p>
      <w:pPr>
        <w:pStyle w:val="Heading2"/>
      </w:pPr>
      <w:r>
        <w:t>1.1 Stoffenoverzicht</w:t>
      </w:r>
    </w:p>
    <w:p>
      <w:r>
        <w:t>Onderstaand overzicht bevat alle geregistreerde gevaarlijke stoffen conform het Chemicals Master Register (v2.1.0, 29 november 2024) met CLP-indeling en MAC-waarden.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#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Stof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CAS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ADR/PG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Concentratie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Hoeveelheid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Verpakking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Locatie</w:t>
            </w:r>
          </w:p>
        </w:tc>
        <w:tc>
          <w:tcPr>
            <w:tcW w:type="dxa" w:w="9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CLP H-zinnen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IC-01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Steelmaking Slag (Ladle Slag)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65996-71-6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Per campagne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Big-bag/IBC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A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H315, H318, H335, H372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IC-02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Sulfuric acid 25% (3M)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7664-93-9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Klasse 8 / UN 2796 / PG 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25% (3M)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Per campagne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Jerrycan/IBC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A (zuur)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H290, H314, H318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IC-03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Hydrogen peroxide 30%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7722-84-1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Klasse 5.1(8) / UN 2014 / PG 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30%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Per campagne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Jerrycan/IBC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B (ox)†††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H302, H318, H332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IC-04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Sodium persulfate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7775-27-1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Klasse 5.1 / UN 1505 / PG III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Per campagne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Zak/Kunststof vat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B (ox)†††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H272, H302, H315, H317, H319, H334, H335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IC-05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Hydrochloric acid 20%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7647-01-0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Klasse 8 / UN 1789 / PG 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20%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Per campagne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Jerrycan/IBC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A (zuur)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H290, H315, H319, H335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IM-01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Calcium sulfate / silica (mix)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10101-41-4 / 112945-52-5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Vast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Big-bag/IBC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Geen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/>
                <w:sz w:val="14"/>
              </w:rPr>
              <w:t>IM-02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Sodium sulfate decahydrate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7727-73-3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Vast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Zak/IBC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Geen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IM-03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Trisodium orthovanadate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13721-39-6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Vast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Kunststof vat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H302, H312, H315, H319, H332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IM-04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Sodium metavanadate (oplossing)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13718-26-8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Klasse 6.1 / UN 3285 / PG III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Oplossing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IBC/Container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D (tox)††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H301, H319, H332, H341, H361fd, H372, H411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Calcium hydroxide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1305-62-0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Vast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H315, H318, H335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EP-02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Silica, precipitated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112945-52-5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Geen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EP-03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Iron oxide (Fe₂O₃)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1309-37-1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Geen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EP-04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Manganese(IV) oxide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1313-13-9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H302, H332, H373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EP-05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Magnesium hydroxide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1309-42-8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Vast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Geen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EP-06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Sodium aluminate, solution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1302-42-7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Klasse 8 / UN 1819 / PG 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Oplossing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IBC/Container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A (base)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H290, H314, H318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EP-07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Sodium phosphate (TSP)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7601-54-9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Niet gereguleerd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Zak/Big-bag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C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H315, H319, H335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EP-08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Vanadium pentoxide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1314-62-1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Klasse 6.1 / UN 2862 / PG III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Poeder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Kunststof vat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D (tox/CMR)††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H301, H318, H330, H335, H341, H350, H361fd, H362, H372, H411</w:t>
            </w:r>
          </w:p>
        </w:tc>
      </w:tr>
      <w:tr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/>
                <w:sz w:val="14"/>
              </w:rPr>
              <w:t>EP-09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Vanadium electrolyte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27774-13-6 e.a.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Klasse 8 / UN 2796 / PG II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Oplossing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Proces-afhankelijk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IBC/Container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Opslag A (zuur)†</w:t>
            </w:r>
          </w:p>
        </w:tc>
        <w:tc>
          <w:tcPr>
            <w:tcW w:type="dxa" w:w="9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4"/>
              </w:rPr>
              <w:t>H290, H302, H314, H318, H335, H361, H370, H372, H401, H411</w:t>
            </w:r>
          </w:p>
        </w:tc>
      </w:tr>
    </w:tbl>
    <w:p>
      <w:r>
        <w:t>† ADR-klasse 8 voor elektrolyt (UN 2796, PG II). †† ADR-klasse 6.1 voor V₂O₅ (UN 2862, PG III) en NaVO₃ (UN 3285, PG III). ††† ADR-klasse 5.1 voor oxidatoren (H₂O₂ UN 2014, Na₂S₂O₈ UN 1505).</w:t>
      </w:r>
    </w:p>
    <w:p>
      <w:r>
        <w:t>V₂O₅: Carc. 1B (H350), Muta. 2 (H341), Repr. 2 (H361fd). NaVO₃: Muta. 2 (H341), Repr. 2 (H361fd). Elektrolyt: Repr. 2 (H361). Milieugevaarlijk (H411): V₂O₅, NaVO₃, elektrolyt.</w:t>
      </w:r>
    </w:p>
    <w:p>
      <w:r>
        <w:t>Bron: Meta-Dossier Pilot Plant Slag Chemicals v5.0 (6 mei 2026); Chemicals Master Register v2.1.0; alle SDS-bronnen.</w:t>
      </w:r>
    </w:p>
    <w:p>
      <w:pPr>
        <w:pStyle w:val="Heading2"/>
      </w:pPr>
      <w:r>
        <w:t>1.2 MAC-waarden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Stof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MAC-waarde (TWA 8u)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MAC-waarde (STEL 15min)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Eenheid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Bron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Vanadium pentoxide (V₂O₅)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0,25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mg/m³ (inadembare fractie)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Vanadium electrolyte (als V)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0,25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mg/m³ (inadembare fractie)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Sodium metavanadate (als V)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0,25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mg/m³ (inadembare fractie)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Sulfuric acid (H₂SO₄)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0,1 (as mist)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0,3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Hydrochloric acid (HCl)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Sodium persulfate (als S₂O₈)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Geen specifieke MAC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Manganese(IV) oxide (als Mn)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0,2 (inadembare fractie)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Calcium hydroxide (als Ca(OH)₂)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Hydrogen peroxide (H₂O₂)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1,4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4,2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Sodium aluminate (als NaAlO₂)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2 (als Al₂O₃)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mg/m³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SER-gr 2024</w:t>
            </w:r>
          </w:p>
        </w:tc>
      </w:tr>
    </w:tbl>
    <w:p>
      <w:pPr>
        <w:pStyle w:val="Heading2"/>
      </w:pPr>
      <w:r>
        <w:t>1.3 Blootstellingsscenario's</w:t>
      </w:r>
    </w:p>
    <w:p>
      <w:r>
        <w:t>De volgende scenario's zijn geïdentificeerd als potentieel blootstellingsmomenten: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Omschrijving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Betrokken stoffen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Blootstellingsroute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Frequentie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Lossen/ontvangst chemische grondstoffen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H₂SO₄, HCl, H₂O₂, Na₂S₂O₈, NaAlO₂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 (damp/nevel)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Per levering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Slag handling en dosering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Steelmaking slag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 (stof)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Per batch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Lixiviatie (zure extractie)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H₂SO₄, HCl, slag, H₂O₂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 (nevel)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Continu proces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Oxidatie-persulfaat dosering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Na₂S₂O₈, H₂O₂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 (stof/nevel)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Per batch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Vanadium-precipitatie en -extractie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V₂O₅, NaVO₃, Na₃VO₄, elektrolyt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 (stof/nevel)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Per batch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Bimonstering processtromen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Alle vloeibare stoffen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Huid, ogen, inademing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Dagelijks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Natriumaluminaat handling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NaAlO₂ oplossing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Huid, ogen (bijtend, pH&gt;13)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Per batch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S8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Reiniging en onderhoud apparatuur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H₂SO₄, HCl, H₂O₂, elektrolytresten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Huid, ogen, inademing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Wekelijks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S9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Morsen/lekkage interventie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Alle stoffen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Huid, ogen, inademing, oraal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Incidenteel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Verpakking/afvoer eindproducten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V₂O₅, elektrolyt, MnO₂, Ca(OH)₂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Huid, ogen, inademing (stof)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Per campagne</w:t>
            </w:r>
          </w:p>
        </w:tc>
      </w:tr>
    </w:tbl>
    <w:p>
      <w:pPr>
        <w:pStyle w:val="Heading2"/>
      </w:pPr>
      <w:r>
        <w:t>1.4 Risicoklassen per scenario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Scenario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Chemisch risico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Fysisch risico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Radiologisch risico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Overall risicoklasse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 (GES)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(tillen, verkeer)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(irriterend stof)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(tillen)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Hoog (bijtend, giftig, CMR)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(warmte)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Hoog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(oxiderend, irriterend)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(stof)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Hoog (Carc. 1B, Muta. 2, giftig, milieugevaarlijk)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Hoog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 (bijtend, giftig)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Medium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Hoog (bijtend, pH&gt;13)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Hoog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S8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 (restanten bijtend/giftig)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 (sliprisico)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S9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Hoog (ongevalscenario)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 (glibberig)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Hoog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 (stof, giftig, milieugevaarlijk)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 (tillen)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Laag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Medium</w:t>
            </w:r>
          </w:p>
        </w:tc>
      </w:tr>
    </w:tbl>
    <w:p>
      <w:r/>
    </w:p>
    <w:p>
      <w:pPr>
        <w:pStyle w:val="Heading1"/>
      </w:pPr>
      <w:r>
        <w:t>2. Opslagveiligheid volgens PGS 15:2025</w:t>
      </w:r>
    </w:p>
    <w:p>
      <w:pPr>
        <w:pStyle w:val="Heading2"/>
      </w:pPr>
      <w:r>
        <w:t>2.1 Veiligheidsniveau</w:t>
      </w:r>
    </w:p>
    <w:p>
      <w:r>
        <w:t>Phoenix Metals slaat uitsluitend onbrandbare, niet brandonderhoudende stoffen op van ADR-klasse 8 (VG II) en ADR-klasse 9. Conform PGS 15:2025 tabel 6 geldt uitsluitend het basisveiligheidsniveau. Geen aanvullend veiligheidsniveau (A, B of C) vereist bij dedicated opslag.</w:t>
      </w:r>
    </w:p>
    <w:p>
      <w:pPr>
        <w:pStyle w:val="Heading2"/>
      </w:pPr>
      <w:r>
        <w:t>2.2 Basismaatregelen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Maatregel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PGS 15 ref.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Eis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Phoenix Metals toepassing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Ventilatie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PGS 15 M15–M22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Voldoende natuurlijke/mechanische ventilatie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Mechanische afzuiging bij lixiviatie- en precipitatie-units; minimum 6 luchtverversingen/uur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Opvangvoorziening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PGS 15 M23–M28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110% van grootste verpakking of 10% totaal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  <w:t>Opvangbakken onder alle IBC's en vloeistoftanks; bestand tegen H₂SO₄, HCl, NaAlO₂, NaAlO₂</w:t>
            </w:r>
            <w:r>
              <w:rPr>
                <w:rFonts w:ascii="Calibri" w:hAnsi="Calibri"/>
                <w:b w:val="0"/>
                <w:sz w:val="16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Nooddouche/oogdouche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PGS 15 M85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Binnen 10 sec loopafstand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Geïnstalleerd bij elke werkplek met bijtende/oxiderende stoffen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Etikettering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CLP (EG) 1272/2008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GHS-etiketten + Nederlandse tekst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Alle verpakkingen conform CLP; ADR-etiketten op transportverpakkingen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SDS beschikbaar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REACH art. 31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SDS voor alle gevaarlijke stoffen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SDS-map bij ingang + digitaal beschikbaar; 20 stoffen geregistreerd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Segregatie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PGS 15 Bijlage 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Onverenigbare stoffen gescheiden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Zuren vs basen gescheiden; oxidatoren vs organisch gescheiden; tox/CMR geïsoleerd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Blusmiddelen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PGS 15 M95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Voldoende blusmiddelen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Poederblussers ABC 6 kg; schuimblusser voor H₂O₂-gerelateerde branden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Milieuzorg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PGS 15 M29–M32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Bluswateropvang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Bluswateropvang voor H411-stoffen (V₂O₅, NaVO₃, elektrolyt); olie/water scheider</w:t>
            </w:r>
          </w:p>
        </w:tc>
      </w:tr>
    </w:tbl>
    <w:p>
      <w:pPr>
        <w:pStyle w:val="Heading2"/>
      </w:pPr>
      <w:r>
        <w:t>2.3 Specifieke eisen per stofcategorie</w:t>
      </w:r>
    </w:p>
    <w:p>
      <w:pPr>
        <w:pStyle w:val="Heading3"/>
      </w:pPr>
      <w:r>
        <w:t>2.3.1 H₂SO₄ (ADR-klasse 8, zuur)</w:t>
      </w:r>
    </w:p>
    <w:p>
      <w:pPr>
        <w:pStyle w:val="ListBullet"/>
      </w:pPr>
      <w:r>
        <w:t>Opslag gescheiden van NaAlO₂ en andere basen (PGS 15 Bijlage E).</w:t>
      </w:r>
    </w:p>
    <w:p>
      <w:pPr>
        <w:pStyle w:val="ListBullet"/>
      </w:pPr>
      <w:r>
        <w:t>Opvangvoorziening bestand tegen zwavelzuur (geen ongecoat staal).</w:t>
      </w:r>
    </w:p>
    <w:p>
      <w:pPr>
        <w:pStyle w:val="ListBullet"/>
      </w:pPr>
      <w:r>
        <w:t>Neutralisatiemiddel beschikbaar: natriumcarbonaat (soda) of kalk.</w:t>
      </w:r>
    </w:p>
    <w:p>
      <w:pPr>
        <w:pStyle w:val="ListBullet"/>
      </w:pPr>
      <w:r>
        <w:t>Nooddouche en oogdoucher binnen 10 seconden loopafstand.</w:t>
      </w:r>
    </w:p>
    <w:p>
      <w:pPr>
        <w:pStyle w:val="ListBullet"/>
      </w:pPr>
      <w:r>
        <w:t>Opslag vorstvrij; geen kristallisatierisico bij H₂SO₄ concentraties &gt;25%.</w:t>
      </w:r>
    </w:p>
    <w:p>
      <w:pPr>
        <w:pStyle w:val="Heading3"/>
      </w:pPr>
      <w:r>
        <w:t>2.3.2 NaAlO₂ 50% (ADR-klasse 8, base)</w:t>
      </w:r>
    </w:p>
    <w:p>
      <w:pPr>
        <w:pStyle w:val="ListBullet"/>
      </w:pPr>
      <w:r>
        <w:t>Opslag gescheiden van H₂SO₄ en andere zuren (PGS 15 Bijlage E).</w:t>
      </w:r>
    </w:p>
    <w:p>
      <w:pPr>
        <w:pStyle w:val="ListBullet"/>
      </w:pPr>
      <w:r>
        <w:t>Temperatuurbeheersing verplicht: &gt;12°C om kristallisatie te voorkomen (vriespunt ~12°C bij 50%).</w:t>
      </w:r>
    </w:p>
    <w:p>
      <w:pPr>
        <w:pStyle w:val="ListBullet"/>
      </w:pPr>
      <w:r>
        <w:t>Aanbevolen opslagtemperatuur: &gt;15°C met temperatuurbewaking en alarm.</w:t>
      </w:r>
    </w:p>
    <w:p>
      <w:pPr>
        <w:pStyle w:val="ListBullet"/>
      </w:pPr>
      <w:r>
        <w:t>Verwarmingstracing op leidingen indien blootgesteld aan lage temperaturen.</w:t>
      </w:r>
    </w:p>
    <w:p>
      <w:pPr>
        <w:pStyle w:val="ListBullet"/>
      </w:pPr>
      <w:r>
        <w:t>Neutralisatiemiddel beschikbaar: citroenzuur of verdund azijnzuur.</w:t>
      </w:r>
    </w:p>
    <w:p>
      <w:pPr>
        <w:pStyle w:val="ListBullet"/>
      </w:pPr>
      <w:r>
        <w:t>Nooddouche en oogdoucher binnen 10 seconden loopafstand.</w:t>
      </w:r>
    </w:p>
    <w:p>
      <w:pPr>
        <w:pStyle w:val="Heading3"/>
      </w:pPr>
      <w:r>
        <w:t>2.3.3 Vanadiumverbindingen &amp; CMR-stoffen (ADR 6.1, klasse 8)</w:t>
      </w:r>
    </w:p>
    <w:p>
      <w:pPr>
        <w:pStyle w:val="ListBullet"/>
      </w:pPr>
      <w:r>
        <w:t>Categorie: onbrandbaar, niet brandonderhoudend → basisveiligheidsniveau.</w:t>
      </w:r>
    </w:p>
    <w:p>
      <w:pPr>
        <w:pStyle w:val="ListBullet"/>
      </w:pPr>
      <w:r>
        <w:t>Bevat vanadiumverbindingen (V₂O₅): Carc. 1B (H350) → CMR-stof.</w:t>
      </w:r>
    </w:p>
    <w:p>
      <w:pPr>
        <w:pStyle w:val="ListBullet"/>
      </w:pPr>
      <w:r>
        <w:t>Bevat van nature voorkomende radionucliden: U-238, Ra-226, Pb-210, Ra-228, Th-228.</w:t>
      </w:r>
    </w:p>
    <w:p>
      <w:pPr>
        <w:pStyle w:val="ListBullet"/>
      </w:pPr>
      <w:r>
        <w:t>Bluswateropvang: 100% van nominale capaciteit bij veiligheidsniveau A (milieugevaarlijkheid).</w:t>
      </w:r>
    </w:p>
    <w:p>
      <w:pPr>
        <w:pStyle w:val="ListBullet"/>
      </w:pPr>
      <w:r>
        <w:t>Opslag in afgesloten big-bag/IBC, beschermd tegen stofverspreiding.</w:t>
      </w:r>
    </w:p>
    <w:p>
      <w:pPr>
        <w:pStyle w:val="ListBullet"/>
      </w:pPr>
      <w:r>
        <w:t>≤60 kg totaal, 3,5 kg per batch → intrinsiek veilig (Besluit basisveiligheidsnormen art. 3.17).</w:t>
      </w:r>
    </w:p>
    <w:p>
      <w:pPr>
        <w:pStyle w:val="ListBullet"/>
      </w:pPr>
      <w:r>
        <w:t>Notificatieplicht bij afvoer: U-238-reeks &gt;1 kBq/kg.</w:t>
      </w:r>
    </w:p>
    <w:p>
      <w:pPr>
        <w:pStyle w:val="ListBullet"/>
      </w:pPr>
      <w:r>
        <w:t>Stralingsdeskundige (SBD Van Driel BV) betrokken bij RI&amp;E en afvoer.</w:t>
      </w:r>
    </w:p>
    <w:p>
      <w:pPr>
        <w:pStyle w:val="Heading2"/>
      </w:pPr>
      <w:r>
        <w:t>2.4 Segregatiematrix</w:t>
      </w:r>
    </w:p>
    <w:p>
      <w:r>
        <w:t>Onderstaande matrix toont de segregatievereisten tussen de bij Phoenix Metals aanwezige stofcategorieën, conform PGS 15:2025 Bijlage E.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Maatregel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Zuren (Klasse 8)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Basen (Klasse 8)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Oxidatoren (Klasse 5.1)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Toxisch/CMR + Overig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Opslaglocatie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Opslag A (zuur)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Opslag A (base)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Opslag B (ox)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Opslag C+D (tox/CMR/algemeen)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Scheiding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Gescheiden van basen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Gescheiden van zuren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Gescheiden van organisch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Tox/CMR geïsoleerd; overig geen spec.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Opvang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110% / bestand tegen zuur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110% / bestand tegen base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110% / droog houden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110% + milieuzorg (H411)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Ventilatie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Afzuiging bij transfer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Afzuiging bij transfer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Goed geventileerd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Afzuiging + HEPA bij CMR-stof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Specifiek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Nooit water op conc. H₂SO₄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Kristallisatie &gt;12°C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Niet mengen met organisch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CMR-protocol + H411-opvang + stofbeheersing</w:t>
            </w:r>
          </w:p>
        </w:tc>
      </w:tr>
    </w:tbl>
    <w:p>
      <w:r>
        <w:t>✕ Kritieke scheiding: H₂SO₄ en NaAlO₂ reageren sterk exotherm. Onafhankelijke vakken of aparte opslagvoorzieningen vereist.</w:t>
      </w:r>
    </w:p>
    <w:p>
      <w:pPr>
        <w:pStyle w:val="Heading2"/>
      </w:pPr>
      <w:r>
        <w:t>2.5 Opslag per verpakkingtype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Verpakking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Toepassing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Specifieke eisen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Jerrycan (25–60 L)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H₂SO₄ 25%, HCl 20%, H₂O₂ 30%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UN-gekeurd; lekbak; etiket conform CLP+ADR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IBC (1000 L)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NaAlO₂ oplossing, NaVO₃ oplossing, elektrolyt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Opvangbak 110%; UN-gekeurd; materiaalbestendig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Kunststof vat (25–200 L)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V₂O₅, Na₂S₂O₈, Na₃VO₄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Stofdicht gesloten; GHS-etiket; droog opslaan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Big-bag / FIBC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Slag, Ca(OH)₂, CaSO₄/SiO₂, MnO₂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Beschermd tegen vocht; stofvrij afsluiten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Zak (25 kg)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Na₂SO₄, SiO₂, Mg(OH)₂, TSP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Droog opslaan; geen bijzondere ADR-eisen</w:t>
            </w:r>
          </w:p>
        </w:tc>
      </w:tr>
    </w:tbl>
    <w:p>
      <w:r/>
    </w:p>
    <w:p>
      <w:pPr>
        <w:pStyle w:val="Heading1"/>
      </w:pPr>
      <w:r>
        <w:t>3. Handling Procedures</w:t>
      </w:r>
    </w:p>
    <w:p>
      <w:pPr>
        <w:pStyle w:val="Heading2"/>
      </w:pPr>
      <w:r>
        <w:t>3.1 Algemene voorwaarden</w:t>
      </w:r>
    </w:p>
    <w:p>
      <w:pPr>
        <w:pStyle w:val="ListBullet"/>
      </w:pPr>
      <w:r>
        <w:t>Alle handling-werkzaamheden vereisen een goedgekeurde TRA (Taak Risico Analyse).</w:t>
      </w:r>
    </w:p>
    <w:p>
      <w:pPr>
        <w:pStyle w:val="ListBullet"/>
      </w:pPr>
      <w:r>
        <w:t>Werknemers zijn getraind en bekend met gevaren (PGS 15 M85, Arbobesluit hoofdstuk 4).</w:t>
      </w:r>
    </w:p>
    <w:p>
      <w:pPr>
        <w:pStyle w:val="ListBullet"/>
      </w:pPr>
      <w:r>
        <w:t>PBM's conform PBM-matrix (Hoofdstuk 4) dragen vóór aanvang werkzaamheden.</w:t>
      </w:r>
    </w:p>
    <w:p>
      <w:pPr>
        <w:pStyle w:val="ListBullet"/>
      </w:pPr>
      <w:r>
        <w:t>Nooddouche en oogdoucher gecontroleerd vóór aanvang.</w:t>
      </w:r>
    </w:p>
    <w:p>
      <w:pPr>
        <w:pStyle w:val="ListBullet"/>
      </w:pPr>
      <w:r>
        <w:t>Procedure PE-240-01: geen stof in gebruik zonder vooraf goedgekeurde HSE-beoordeling.</w:t>
      </w:r>
    </w:p>
    <w:p>
      <w:pPr>
        <w:pStyle w:val="ListBullet"/>
      </w:pPr>
      <w:r>
        <w:t>LMRA (Laatste Minuut Risico Analyse) uitvoeren vóór elke shift/werkzaamheid.</w:t>
      </w:r>
    </w:p>
    <w:p>
      <w:pPr>
        <w:pStyle w:val="Heading2"/>
      </w:pPr>
      <w:r>
        <w:t>3.2 Laden/lossen procedure</w:t>
      </w:r>
    </w:p>
    <w:p>
      <w:r>
        <w:rPr>
          <w:b/>
          <w:sz w:val="22"/>
        </w:rPr>
        <w:t>Stap: Voorbereiding</w:t>
      </w:r>
    </w:p>
    <w:p>
      <w:r>
        <w:t>TRA goedgekeurd, PBM aangetrokken, lekbak gereed, absorptiemateriaal standby, nooddouche getest.</w:t>
      </w:r>
    </w:p>
    <w:p>
      <w:r>
        <w:rPr>
          <w:b/>
          <w:sz w:val="22"/>
        </w:rPr>
        <w:t>Stap: Ontvangst controle</w:t>
      </w:r>
    </w:p>
    <w:p>
      <w:r>
        <w:t>Verpakking visueel inspecteren op beschadiging, lekkage, etikettering. Afwijzing bij defect.</w:t>
      </w:r>
    </w:p>
    <w:p>
      <w:r>
        <w:rPr>
          <w:b/>
          <w:sz w:val="22"/>
        </w:rPr>
        <w:t>Stap: Transfer</w:t>
      </w:r>
    </w:p>
    <w:p>
      <w:r>
        <w:t>Jerrycans/IBC's met heftruck of handmatig verplaatsen. Max. tillimiet 25 kg per persoon. Bij zwaarder: hulpmiddelen.</w:t>
      </w:r>
    </w:p>
    <w:p>
      <w:r>
        <w:rPr>
          <w:b/>
          <w:sz w:val="22"/>
        </w:rPr>
        <w:t>Stap: Plaatsing</w:t>
      </w:r>
    </w:p>
    <w:p>
      <w:r>
        <w:t>H₂SO₄ in zuur-vak, NaAlO₂ in base-vak. Afstand minimaal 2 m tussen vakken. Etiket naar buiten.</w:t>
      </w:r>
    </w:p>
    <w:p>
      <w:r>
        <w:rPr>
          <w:b/>
          <w:sz w:val="22"/>
        </w:rPr>
        <w:t>Stap: Registratie</w:t>
      </w:r>
    </w:p>
    <w:p>
      <w:r>
        <w:t>Ontvangst genoteerd in Chemicals Master Register. Batchnummer, datum, hoeveelheid, conditie.</w:t>
      </w:r>
    </w:p>
    <w:p>
      <w:r>
        <w:rPr>
          <w:b/>
          <w:sz w:val="22"/>
        </w:rPr>
        <w:t>Stap: Afsluiting</w:t>
      </w:r>
    </w:p>
    <w:p>
      <w:r>
        <w:t>Werkruimte schoon, lekbak geplaatst, PBM opgeruimd, aftekenen in logboek.</w:t>
      </w:r>
    </w:p>
    <w:p>
      <w:pPr>
        <w:pStyle w:val="Heading2"/>
      </w:pPr>
      <w:r>
        <w:t>3.3 Verpompen van vloeistoffen</w:t>
      </w:r>
    </w:p>
    <w:p>
      <w:pPr>
        <w:pStyle w:val="Heading3"/>
      </w:pPr>
      <w:r>
        <w:t>3.3.1 H₂SO₄ verpomping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Specificatie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H₂SO₄ 25%, 50% of 75%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Verpompingsmethode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Chemisch bestendige membraanpomp (PTFE/EPDM afdichting)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Leidingmateriaal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PTFE-gelegerd, HDPE of PVDF — geen ongecoat staal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Snelheid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Laag debiet om spatten te minimaliseren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Druk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Max. 2 bar werkdruk; overdrukbeveiliging op ontvangstvat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Aansluitingen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Snelkoppelingen met automatisch afsluitend ventiel (dry-break)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PBM minimum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Zuurbestendige handschoenen (nitril, EN 374), veiligheidsbril, face shield, zuurbestendig schort/voorschoot, laarzen</w:t>
            </w:r>
          </w:p>
        </w:tc>
      </w:tr>
    </w:tbl>
    <w:p>
      <w:pPr>
        <w:pStyle w:val="Heading3"/>
      </w:pPr>
      <w:r>
        <w:t>3.3.2 NaAlO₂ verpomping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Parameter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Specificatie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Medium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NaAlO₂ 50% oplossing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Verpompingsmethode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Chemisch bestendige membraanpomp (EPDM/Kalrez afdichting)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Leidingmateriaal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HDPE, PP of PVDF — NaAlO₂-compatibel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Temperatuur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Leiding &gt;12°C (verwarmingstracing indien buitenopstelling)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Snelheid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Laag debiet; exotherme reactie bij menging altijd voorkomen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Aansluitingen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Dry-break snelkoppelingen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PBM minimum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Bijtwering handschoenen (neopreen/nitril, EN 374), veiligheidsbril, face shield, beschermkleding, laarzen</w:t>
            </w:r>
          </w:p>
        </w:tc>
      </w:tr>
    </w:tbl>
    <w:p>
      <w:pPr>
        <w:pStyle w:val="Heading2"/>
      </w:pPr>
      <w:r>
        <w:t>3.4 CMR-stoffen handling (Vanadiumverbindingen)</w:t>
      </w:r>
    </w:p>
    <w:p>
      <w:r>
        <w:t>Vanadiumverbindingen (V₂O₅ Carc. 1B/H350, NaVO₃ Muta. 2/H341 + Repr. 2/H361fd, elektrolyt Repr. 2/H361) zijn CMR-geclassificeerd. Daarnaast bevat de input-slag (steelmaking slag) componenten met H315, H318, H335, H372. Speciale voorzorgsmaatregelen: CMR-protocol (Hoofdstuk 4.3), FFP3-verplicht bij stof/nevel, dubbele handschoenen, disposabel beschermkleding. Milieugevaarlijke stoffen (H411: V₂O₅, NaVO₃, elektrolyt) vereisen milieuzorgprotocol bij morsen.atregelen vereist.</w:t>
      </w:r>
    </w:p>
    <w:p>
      <w:r>
        <w:rPr>
          <w:b/>
          <w:sz w:val="22"/>
        </w:rPr>
        <w:t>Dosering:</w:t>
      </w:r>
    </w:p>
    <w:p>
      <w:pPr>
        <w:pStyle w:val="ListBullet"/>
      </w:pPr>
      <w:r>
        <w:t>Max. 3,5 kg per batch; totaal ≤60 kg over campagne (≤3 maanden).</w:t>
      </w:r>
    </w:p>
    <w:p>
      <w:pPr>
        <w:pStyle w:val="ListBullet"/>
      </w:pPr>
      <w:r>
        <w:t>Stofvrije dosering: gesloten transportsysteem (schroeftransport of vacuümsysteem) met HEPA-filtratie.</w:t>
      </w:r>
    </w:p>
    <w:p>
      <w:pPr>
        <w:pStyle w:val="ListBullet"/>
      </w:pPr>
      <w:r>
        <w:t>Indien handmatig doseren: FFP3-masker (EN 149), afgesloten beschermkleding (type 5/6), nitril handschoenen.</w:t>
      </w:r>
    </w:p>
    <w:p>
      <w:pPr>
        <w:pStyle w:val="ListBullet"/>
      </w:pPr>
      <w:r>
        <w:t>Werken in afzuigkap of met lokale afzuiging bij opening big-bag.</w:t>
      </w:r>
    </w:p>
    <w:p>
      <w:pPr>
        <w:pStyle w:val="ListBullet"/>
      </w:pPr>
      <w:r>
        <w:t>Geen eten, drinken of roken in de ash-handling zone.</w:t>
      </w:r>
    </w:p>
    <w:p>
      <w:r>
        <w:rPr>
          <w:b/>
          <w:sz w:val="22"/>
        </w:rPr>
        <w:t>Radiologische beheersing:</w:t>
      </w:r>
    </w:p>
    <w:p>
      <w:pPr>
        <w:pStyle w:val="ListBullet"/>
      </w:pPr>
      <w:r>
        <w:t>Activiteitsniveaus: U-238 (0,07 Bq/g), Ra-226 (0,32), Pb-210 (2,42), Ra-228 (0,27), Th-228 (0,18).</w:t>
      </w:r>
    </w:p>
    <w:p>
      <w:pPr>
        <w:pStyle w:val="ListBullet"/>
      </w:pPr>
      <w:r>
        <w:t>Alle waarden onder vrijstellingsgrenzen (Besluit basisveiligheidsnormen art. 3.17).</w:t>
      </w:r>
    </w:p>
    <w:p>
      <w:pPr>
        <w:pStyle w:val="ListBullet"/>
      </w:pPr>
      <w:r>
        <w:t>Persoonlijke dosismeting niet vereist bij &lt;1 mSv/jaar (categorie A/B werkers niet van toepassing).</w:t>
      </w:r>
    </w:p>
    <w:p>
      <w:pPr>
        <w:pStyle w:val="ListBullet"/>
      </w:pPr>
      <w:r>
        <w:t>Stralingsdeskundige (SBD Van Driel BV) betrokken bij RI&amp;E, notificatie en afvoer.</w:t>
      </w:r>
    </w:p>
    <w:p>
      <w:pPr>
        <w:pStyle w:val="ListBullet"/>
      </w:pPr>
      <w:r>
        <w:t>Afvoer ash-residu: notificatieplicht indien U-238-reeks &gt;1 kBq/kg.</w:t>
      </w:r>
    </w:p>
    <w:p>
      <w:pPr>
        <w:pStyle w:val="Heading2"/>
      </w:pPr>
      <w:r>
        <w:t>3.5 Bemonstering</w:t>
      </w:r>
    </w:p>
    <w:p>
      <w:pPr>
        <w:pStyle w:val="ListBullet"/>
      </w:pPr>
      <w:r>
        <w:t>TRA goedgekeurd voor bemonstering van specifieke stof/stroom.</w:t>
      </w:r>
    </w:p>
    <w:p>
      <w:pPr>
        <w:pStyle w:val="ListBullet"/>
      </w:pPr>
      <w:r>
        <w:t>PBM aangetrokken conform PBM-matrix (minimaal handschoenen, bril, face shield).</w:t>
      </w:r>
    </w:p>
    <w:p>
      <w:pPr>
        <w:pStyle w:val="ListBullet"/>
      </w:pPr>
      <w:r>
        <w:t>Monsterfles geschikt voor betreffende stof (HDPE voor zuren/basen, glas met PTFE-dop voor analyses).</w:t>
      </w:r>
    </w:p>
    <w:p>
      <w:pPr>
        <w:pStyle w:val="ListBullet"/>
      </w:pPr>
      <w:r>
        <w:t>Bemonstering via voorziende afnamepunt (niet via open vat/IBC).</w:t>
      </w:r>
    </w:p>
    <w:p>
      <w:pPr>
        <w:pStyle w:val="ListBullet"/>
      </w:pPr>
      <w:r>
        <w:t>Monsterfles onmiddellijk sluiten en etiketteren (stof, datum, batch, concentratie).</w:t>
      </w:r>
    </w:p>
    <w:p>
      <w:pPr>
        <w:pStyle w:val="ListBullet"/>
      </w:pPr>
      <w:r>
        <w:t>Naspoelen/opschonen afnamepunt; gemorst materiaal onmiddellijk opruimen.</w:t>
      </w:r>
    </w:p>
    <w:p>
      <w:pPr>
        <w:pStyle w:val="ListBullet"/>
      </w:pPr>
      <w:r>
        <w:t>Monster logboek bijwerken.</w:t>
      </w:r>
    </w:p>
    <w:p>
      <w:pPr>
        <w:pStyle w:val="Heading2"/>
      </w:pPr>
      <w:r>
        <w:t>3.6 IBC/vat uitwisseling</w:t>
      </w:r>
    </w:p>
    <w:p>
      <w:pPr>
        <w:pStyle w:val="ListBullet"/>
      </w:pPr>
      <w:r>
        <w:t>Leeg IBC/vat afsluiten met dop/deksel vóór transport.</w:t>
      </w:r>
    </w:p>
    <w:p>
      <w:pPr>
        <w:pStyle w:val="ListBullet"/>
      </w:pPr>
      <w:r>
        <w:t>Visuele controle lekbak onder IBC: vrij van restanten, intact.</w:t>
      </w:r>
    </w:p>
    <w:p>
      <w:pPr>
        <w:pStyle w:val="ListBullet"/>
      </w:pPr>
      <w:r>
        <w:t>Heftruck met IBC-grijper of vorkverlenger gebruiken. Geen tilwerk boven 25 kg.</w:t>
      </w:r>
    </w:p>
    <w:p>
      <w:pPr>
        <w:pStyle w:val="ListBullet"/>
      </w:pPr>
      <w:r>
        <w:t>Nieuw IBC/vat plaatsen in lekbak, aansluiten op leidingsysteem (dry-break).</w:t>
      </w:r>
    </w:p>
    <w:p>
      <w:pPr>
        <w:pStyle w:val="ListBullet"/>
      </w:pPr>
      <w:r>
        <w:t>Druktest uitvoeren op aansluitingen vóór vulling/verpomping.</w:t>
      </w:r>
    </w:p>
    <w:p>
      <w:pPr>
        <w:pStyle w:val="ListBullet"/>
      </w:pPr>
      <w:r>
        <w:t>Oud IBC/vat afvoeren conform afvalprotocol (ADR-voorschriften voor lege verpakkingen).</w:t>
      </w:r>
    </w:p>
    <w:p>
      <w:r/>
    </w:p>
    <w:p>
      <w:pPr>
        <w:pStyle w:val="Heading1"/>
      </w:pPr>
      <w:r>
        <w:t>4. PBM-Matrix</w:t>
      </w:r>
    </w:p>
    <w:p>
      <w:pPr>
        <w:pStyle w:val="Heading2"/>
      </w:pPr>
      <w:r>
        <w:t>4.1 Volledige PBM-matrix per werkzaamheid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Werkzaamheid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Handschoenen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Oogbescherming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Adembescherming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Beschermkleding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Laarzen</w:t>
            </w:r>
          </w:p>
        </w:tc>
        <w:tc>
          <w:tcPr>
            <w:tcW w:type="dxa" w:w="1234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4"/>
              </w:rPr>
              <w:t>Overig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Lossen/ontvangst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+ neopreen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Niet vereist (bij goede ventilatie)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Nooddouche binnen 10 sec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Slag handling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(EN 374)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(EN 166)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FFP2 bij stofontwikkeling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5/6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Stofmasker bij poederdosering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Lixiviatie (zuren)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+ neopreen dubbel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FFP2 bij nevelvorming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Schort zuurbestendig + type 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PVC-laarzen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Nooddouche + oogdouche direct beschikbaar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Oxidatie-dosering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(EN 374)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FFP2 bij stof (Na₂S₂O₈)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Brandveilig: geen organisch materiaal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Vanadium precipitatie (CMR)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Dubbele nitril + neopreen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FFP3 (EN 149) — VERPLICHT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Wegwerp type 5/6 + overschoenen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CMR-protocol; haarnet; disposabel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Bemonstering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(EN 374)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(EN 166)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FFP2 bij nevel/stof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Monsterfles HDPE/PTFE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Reiniging/onderhoud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+ neopreen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FFP2 bij spuiten/nevel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6 + schort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PVC-laarzen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Afspoelen leidingen vóór onderhoud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NaAlO₂ handling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+ neopreen dubbel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Niet vereist (vloeistof)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Schort bestand tegen base + type 6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PVC-laarzen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pH &gt;13: extreme bijtbaarheid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Morsen/lekkage interventie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+ neopreen + butyl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+ face shield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FFP3 bij CMR-stoffen; FFP2 overig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Volledige bescherming type 3/4 bij CMR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Chemisch bestendig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Absorptiemateriaal + neutralisator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Afvoer/verpakking producten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Nitril (EN 374)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Veiligheidsbril (EN 166)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FFP3 bij V₂O₅; FFP2 overig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Overall type 5/6 bij stof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Veiligheidslaarzen S3</w:t>
            </w:r>
          </w:p>
        </w:tc>
        <w:tc>
          <w:tcPr>
            <w:tcW w:type="dxa" w:w="1234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4"/>
              </w:rPr>
              <w:t>ADR-etiketten op transportverpakking</w:t>
            </w:r>
          </w:p>
        </w:tc>
      </w:tr>
    </w:tbl>
    <w:p>
      <w:pPr>
        <w:pStyle w:val="Heading2"/>
      </w:pPr>
      <w:r>
        <w:t>4.2 Minimaal vereiste PBM's (algemeen)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PBM-categorie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Minimaal vereiste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Norm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Vervangingsfrequentie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Handschoenen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Nitril EN 374 (voor CMR: dubbel nitril+neopreen)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NEN-EN 374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 elk gebruik / direct bij beschadiging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Oogbescherming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Veiligheidsbril EN 166; face shield bij spatten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NEN-EN 166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Krassen/vervanging jaarlijks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Adembescherming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FFP2 standaard; FFP3 voor CMR (V₂O₅, NaVO₃, elektrolyt)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NEN-EN 149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Eenmalig gebruik / 8 uur max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Beschermkleding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Overall type 6 (algemeen); type 5/6 (stof); type 3/4 (CMR nood)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NEN-EN 13034 / 14605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 besmetting direct vervangen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Veiligheidsschoenen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S3 met stalen neus en antiperforatiezool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NEN-EN ISO 20345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Jaarlijks / bij slijtage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Overschoenen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Wegwerp bij CMR-handling en ash-zone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Eenmalig gebruik</w:t>
            </w:r>
          </w:p>
        </w:tc>
      </w:tr>
    </w:tbl>
    <w:p>
      <w:pPr>
        <w:pStyle w:val="Heading2"/>
      </w:pPr>
      <w:r>
        <w:t>4.3 Specifieke PBM's voor CMR-stoffen</w:t>
      </w:r>
    </w:p>
    <w:p>
      <w:r>
        <w:t>Voor werkzaamheden met CMR-geclassificeerde stoffen (V₂O₅ Carc. 1B/H350 + Muta. 2/H341, NaVO₃ Muta. 2/H341 + Repr. 2/H361fd, elektrolyt Repr. 2/H361) gelden aanvullende eisen op grond van de CMR-classificatie (Arbobesluit art. 4.1c–4.1g) en het substitutiebeginsel: (Carc. 2, H351) en de aanwezigheid van radionucliden:</w:t>
      </w:r>
    </w:p>
    <w:p>
      <w:pPr>
        <w:pStyle w:val="ListBullet"/>
      </w:pPr>
      <w:r>
        <w:t>Adembescherming: altijd FFP3 (EN 149) bij mogelijke blootstelling aan stof/nevel. Geen FFP1 of FFP2.</w:t>
      </w:r>
    </w:p>
    <w:p>
      <w:pPr>
        <w:pStyle w:val="ListBullet"/>
      </w:pPr>
      <w:r>
        <w:t>Dubbele handschoenen: binnenhandschoen nitril, buitenhandschoen neopreen.</w:t>
      </w:r>
    </w:p>
    <w:p>
      <w:pPr>
        <w:pStyle w:val="ListBullet"/>
      </w:pPr>
      <w:r>
        <w:t>Overall: wegwerp type 5/6 (bescherming tegen vaste deeltjes). Na gebruik als potentieel besmet afval afvoeren.</w:t>
      </w:r>
    </w:p>
    <w:p>
      <w:pPr>
        <w:pStyle w:val="ListBullet"/>
      </w:pPr>
      <w:r>
        <w:t>Overschoenen: wegwerp, om verspreiding van contaminatie te voorkomen.</w:t>
      </w:r>
    </w:p>
    <w:p>
      <w:pPr>
        <w:pStyle w:val="ListBullet"/>
      </w:pPr>
      <w:r>
        <w:t>Haarnet/kap: bij ash handling ter voorkoming van contaminatie hoofd/haren.</w:t>
      </w:r>
    </w:p>
    <w:p>
      <w:pPr>
        <w:pStyle w:val="ListBullet"/>
      </w:pPr>
      <w:r>
        <w:t>Geen hergebruik van beschermkleding na ash handling: disposabel of wasprotocol via goedgekeurde leverancier.</w:t>
      </w:r>
    </w:p>
    <w:p>
      <w:pPr>
        <w:pStyle w:val="Heading2"/>
      </w:pPr>
      <w:r>
        <w:t>4.4 PBM-onderhoud en inspectie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PBM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Inspectie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Frequentie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Verantwoordelijke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Handschoenen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Visueel op scheuren, porositeit, verharding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Voor elk 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Gebruiker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Veiligheidsbril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Krassen, bandjes, pasvorm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Wekelijks + voor 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Gebruiker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Face shield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Krassen, bevestiging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Voor elk 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Gebruiker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FFP3 maskers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Geldigheidsdatum, beschadiging verpakking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Voor elk 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Gebruiker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Beschermkleding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Naden, sluitingen, chemische degradatie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Voor elk gebruik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Gebruiker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Laarzen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Zool, stalen neus, chemische aantasting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Maandelijks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HSE-coördinator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SCBA/Zelfredder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Drukfles, masker, ventielen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Maandelijks + jaarlijks keuring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HSE-coördinator</w:t>
            </w:r>
          </w:p>
        </w:tc>
      </w:tr>
    </w:tbl>
    <w:p>
      <w:r/>
    </w:p>
    <w:p>
      <w:pPr>
        <w:pStyle w:val="Heading1"/>
      </w:pPr>
      <w:r>
        <w:t>5. Noodprocedures</w:t>
      </w:r>
    </w:p>
    <w:p>
      <w:pPr>
        <w:pStyle w:val="Heading2"/>
      </w:pPr>
      <w:r>
        <w:t>5.1 Algemene noodprocedure</w:t>
      </w:r>
    </w:p>
    <w:p>
      <w:r>
        <w:rPr>
          <w:b/>
          <w:sz w:val="22"/>
        </w:rPr>
        <w:t>STAP 1: Alarm</w:t>
      </w:r>
    </w:p>
    <w:p>
      <w:r>
        <w:t>Constatering → direct alarm slaan. Medewerkers waarschuwen. Noodnummer bellen (intern + 112 bij levensgevaar).</w:t>
      </w:r>
    </w:p>
    <w:p>
      <w:r>
        <w:rPr>
          <w:b/>
          <w:sz w:val="22"/>
        </w:rPr>
        <w:t>STAP 2: Eigen veiligheid</w:t>
      </w:r>
    </w:p>
    <w:p>
      <w:r>
        <w:t>PBM aangetrokken? Afstand nemen. Niet zelf helden spelen bij onbeheersbare situatie.</w:t>
      </w:r>
    </w:p>
    <w:p>
      <w:r>
        <w:rPr>
          <w:b/>
          <w:sz w:val="22"/>
        </w:rPr>
        <w:t>STAP 3: Bron afsluiten</w:t>
      </w:r>
    </w:p>
    <w:p>
      <w:r>
        <w:t>Indien veilig: pomp stoppen, klep sluiten, verpakking rechtop zetten.</w:t>
      </w:r>
    </w:p>
    <w:p>
      <w:r>
        <w:rPr>
          <w:b/>
          <w:sz w:val="22"/>
        </w:rPr>
        <w:t>STAP 4: Evacuatie</w:t>
      </w:r>
    </w:p>
    <w:p>
      <w:r>
        <w:t>Bij onbeheersbare situatie: evacuatie via vluchtroute naar verzamelpunt.</w:t>
      </w:r>
    </w:p>
    <w:p>
      <w:r>
        <w:rPr>
          <w:b/>
          <w:sz w:val="22"/>
        </w:rPr>
        <w:t>STAP 5: Hulpdiensten</w:t>
      </w:r>
    </w:p>
    <w:p>
      <w:r>
        <w:t>Inlichten over betrokken stoffen (SDS beschikbaar stellen), hoeveelheden en windrichting.</w:t>
      </w:r>
    </w:p>
    <w:p>
      <w:r>
        <w:rPr>
          <w:b/>
          <w:sz w:val="22"/>
        </w:rPr>
        <w:t>STAP 6: Nazorg</w:t>
      </w:r>
    </w:p>
    <w:p>
      <w:r>
        <w:t>Blootgestelde personen naar nooddouche/oogdouche. Eerste hulp toepassen. Medische hulp inschakelen.</w:t>
      </w:r>
    </w:p>
    <w:p>
      <w:pPr>
        <w:pStyle w:val="Heading2"/>
      </w:pPr>
      <w:r>
        <w:t>5.2 Lekkage vloeistoffen — H₂SO₄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Alarm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alarm; zone afzetten; windrichting bepalen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PBM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Nood-PBM: dubbele handschoenen, face shield, FFP2, zuurbestendig schort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Bron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Klep sluiten, verpakking rechtop, lekbak plaatsen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Absorptie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Zuurbestendig absorptiemateriaal (chemisch bindmiddel); NIET met zaagsel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Neutralisatie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Natriumcarbonaat (soda) of kalk strooien over gemorste vloeistof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Afvoer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Geneutraliseerd residu in afvalvat (ADR-voorschriften); als gevaarlijk afval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Decontaminatie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Vloer/sloten naspoelen met veel water; bluswater opvangen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Registratie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Incident loggen in HSE-register; oorzaakanalyse binnen 24 uur</w:t>
            </w:r>
          </w:p>
        </w:tc>
      </w:tr>
    </w:tbl>
    <w:p>
      <w:pPr>
        <w:pStyle w:val="Heading2"/>
      </w:pPr>
      <w:r>
        <w:t>5.3 Lekkage vloeistoffen — NaAlO₂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Alarm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alarm; zone afzetten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PBM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Nood-PBM: nitril+neopreen handschoenen, face shield, base-bestendig schort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Bron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Klep sluiten, verpakking rechtop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Absorptie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Absorptiemateriaal (universeel of base-specifiek)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Neutralisatie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Citroenzuur of verdund azijnzuur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Afvoer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Geneutraliseerd residu als gevaarlijk afval (ADR UN 1819)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Decontaminatie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Naspoelen; pH-controleren vóór afvoer</w:t>
            </w:r>
          </w:p>
        </w:tc>
      </w:tr>
    </w:tbl>
    <w:p>
      <w:pPr>
        <w:pStyle w:val="Heading2"/>
      </w:pPr>
      <w:r>
        <w:t>5.4 Lekkage CMR-stoffen (V₂O₅, NaVO₃, elektrolyt)</w:t>
      </w:r>
    </w:p>
    <w:p>
      <w:r>
        <w:t>⚠️ ASH BEVAT CMR-STOFFEN EN RADIONUCLIDEN — STRENGERE PROCEDURE: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Fase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Alarm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alarm; CMR-zone afzetten; niemand zonder FFP3 + type 5/6 bescherming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PBM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VERPLICHT: FFP3, dubbele handschoenen, face shield, overall type 5/6, overschoenen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Bron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Stofvrij afsluiten; verpakking sluiten; NIET opwaaien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Stofbeheersing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Vochtig maken met waternevel; HEPA-stofzuiger; NIET vegen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Vloeistof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Opvangen in lekbak; absorptie met chemisch bindmiddel; H411-protocol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Milieuzorg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NIET in riolering/waterweg — H411 giftig voor waterorganismen; milieuzorgteam inschakelen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Afvoer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Als gevaarlijk CMR-afval in gesloten container; conform ADR UN 2862/3285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Decontaminatie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Volledige zone decontamineren; beschermkleding disposabel afvoeren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Registratie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CMR-incidentregistratie; blootstellingsregister bijwerken; arts inschakelen bij blootstelling</w:t>
            </w:r>
          </w:p>
        </w:tc>
      </w:tr>
    </w:tbl>
    <w:p>
      <w:pPr>
        <w:pStyle w:val="Heading2"/>
      </w:pPr>
      <w:r>
        <w:t>5.5 Brand (PGS 15 brandbestrijding)</w:t>
      </w:r>
    </w:p>
    <w:p>
      <w:r>
        <w:t>H₂SO₄, HCl, NaAlO₂ en vanadiumverbindingen zijn onbrandbaar. Echter: H₂O₂ ( Klasse 5.1) en Na₂S₂O₈ (klasse 5.1) zijn oxiderend en kunnen brand versterken. Brandscenario is relevant bij externe brand of aanwezigheid van brandbare materialen in combinatie met oxidatoren.rpakkingen/materialen.</w:t>
      </w:r>
    </w:p>
    <w:p>
      <w:pPr>
        <w:pStyle w:val="ListBullet"/>
      </w:pPr>
      <w:r>
        <w:t>Brandblusmiddelen: minimaal twee 6 kg poederblussers (ABC) conform PGS 15 M95.</w:t>
      </w:r>
    </w:p>
    <w:p>
      <w:pPr>
        <w:pStyle w:val="ListBullet"/>
      </w:pPr>
      <w:r>
        <w:t>Bij brand in opslagruimte: brandweer alarmeren, evacueren, geen eigen bluspoging bij twijfel.</w:t>
      </w:r>
    </w:p>
    <w:p>
      <w:pPr>
        <w:pStyle w:val="ListBullet"/>
      </w:pPr>
      <w:r>
        <w:t>Bluswateropvang: voorkomen dat bluswater met H₂SO₄/NaAlO₂ in riolering terechtkomt (PGS 15 M29, M32).</w:t>
      </w:r>
    </w:p>
    <w:p>
      <w:pPr>
        <w:pStyle w:val="ListBullet"/>
      </w:pPr>
      <w:r>
        <w:t>ADR-klasse 8: bluswateropvang 50% van nominale capaciteit bij veiligheidsniveau A.</w:t>
      </w:r>
    </w:p>
    <w:p>
      <w:pPr>
        <w:pStyle w:val="ListBullet"/>
      </w:pPr>
      <w:r>
        <w:t>Nooit water op geconcentreerd H₂SO₄: spatten door exotherme reactie.</w:t>
      </w:r>
    </w:p>
    <w:p>
      <w:pPr>
        <w:pStyle w:val="Heading2"/>
      </w:pPr>
      <w:r>
        <w:t>5.6 Eerste hulp per blootstellingstype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Blootstelling</w:t>
            </w:r>
          </w:p>
        </w:tc>
        <w:tc>
          <w:tcPr>
            <w:tcW w:type="dxa" w:w="432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8"/>
              </w:rPr>
              <w:t>Eerste hulp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Huidcontact — bijtende stoffen (H₂SO₄, HCl, NaAlO₂)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15 minuten spoelen met water. Verontreinigde kleding verwijderen (ook onder). Nooddouche gebruiken. Arts inschakelen.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Huidcontact — oxiderend (H₂O₂, Na₂S₂O₈)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spoelen met veel water. Bij aanhoudende irritatie arts raadplegen.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Huidcontact — CMR/toxisch (V₂O₅, NaVO₃, elektrolyt)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15 minuten spoelen met water. Beschermkleding disposabel afvoeren. Arts inschakelen — vermeld CMR-classificatie.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Oogcontact — bijtend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Direct 15 minuten spoelen met water (oogdouche). Oogarts inschakelen. NIET wrijven.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Oogcontact — irriterend/stof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10 minuten spoelen met water. Bij aanhoudende klachten arts.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Inademing — zuren/nevel (H₂SO₄, HCl)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Slachtoffer naar frisse lucht. Bij benauwdheid: 112 bellen. Beademing alleen met zuurstofmasker.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Inademing — stof (V₂O₅, MnO₂, slag)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Slachtoffer naar frisse lucht. Mond spoelen. Bij aanhoudende klachten arts inschakelen. Vermeld stofnaam.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Inslikken — bijtend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NIET laten braken. Mond spoelen. Direct 112 bellen. NIET neutraliseren.</w:t>
            </w:r>
          </w:p>
        </w:tc>
      </w:tr>
      <w:tr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Inslikken — toxisch (vanadiumverbindingen)</w:t>
            </w:r>
          </w:p>
        </w:tc>
        <w:tc>
          <w:tcPr>
            <w:tcW w:type="dxa" w:w="432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8"/>
              </w:rPr>
              <w:t>NIET laten braken. Mond spoelen. Direct arts/112. SDS tonen aan behandelend arts.</w:t>
            </w:r>
          </w:p>
        </w:tc>
      </w:tr>
    </w:tbl>
    <w:p>
      <w:pPr>
        <w:pStyle w:val="Heading2"/>
      </w:pPr>
      <w:r>
        <w:t>5.7 Evacuatie</w:t>
      </w:r>
    </w:p>
    <w:p>
      <w:pPr>
        <w:pStyle w:val="ListBullet"/>
      </w:pPr>
      <w:r>
        <w:t>Evacuatieplan conform bedrijfsnoodplan (BNP) Plant One Rotterdam.</w:t>
      </w:r>
    </w:p>
    <w:p>
      <w:pPr>
        <w:pStyle w:val="ListBullet"/>
      </w:pPr>
      <w:r>
        <w:t>Verzamelpunt: [aan te vullen conform BNP POR].</w:t>
      </w:r>
    </w:p>
    <w:p>
      <w:pPr>
        <w:pStyle w:val="ListBullet"/>
      </w:pPr>
      <w:r>
        <w:t>Bij chemische lekkage: loodrecht op windrichting evacueren.</w:t>
      </w:r>
    </w:p>
    <w:p>
      <w:pPr>
        <w:pStyle w:val="ListBullet"/>
      </w:pPr>
      <w:r>
        <w:t>Bij radiologisch incident: zone verlaten, stralingsdeskundige inschakelen, wisselkleding.</w:t>
      </w:r>
    </w:p>
    <w:p>
      <w:pPr>
        <w:pStyle w:val="ListBullet"/>
      </w:pPr>
      <w:r>
        <w:t>Telprocedure:所有人 op verzamelpunt tellen → afdelingshoofd meldt aan crisiscoördinator.</w:t>
      </w:r>
    </w:p>
    <w:p>
      <w:pPr>
        <w:pStyle w:val="ListBullet"/>
      </w:pPr>
      <w:r>
        <w:t>Brandweer inlichten over aanwezige stoffen (SDS-map bij ingang).</w:t>
      </w:r>
    </w:p>
    <w:p>
      <w:r/>
    </w:p>
    <w:p>
      <w:pPr>
        <w:pStyle w:val="Heading1"/>
      </w:pPr>
      <w:r>
        <w:t>6. TRA &amp; LMRA</w:t>
      </w:r>
    </w:p>
    <w:p>
      <w:pPr>
        <w:pStyle w:val="Heading2"/>
      </w:pPr>
      <w:r>
        <w:t>6.1 Taak Risico Analyse (TRA)</w:t>
      </w:r>
    </w:p>
    <w:p>
      <w:r>
        <w:t>Elke werkzaamheid met gevaarlijke stoffen vereist een goedgekeurde TRA conform procedure HS-P-0008 (Taak Risico Analyse, Plant One Rotterdam). De TRA wordt uitgevoerd door de uitvoerende medewerker(s) en goedgekeurd door de HSE-coördinator.</w:t>
      </w:r>
    </w:p>
    <w:p>
      <w:pPr>
        <w:pStyle w:val="Heading3"/>
      </w:pPr>
      <w:r>
        <w:t>6.1.1 TRA-matrix per activiteit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Activiteit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Gevaar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Risico (voor maatregelen)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Beheersmaatregelen</w:t>
            </w:r>
          </w:p>
        </w:tc>
        <w:tc>
          <w:tcPr>
            <w:tcW w:type="dxa" w:w="1728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Restrisico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Laden/lossen H₂SO₄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Bijtende stof, spatten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PBM, lekbak, dry-break, training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Laden/lossen NaAlO₂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Bijtende stof, spatten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PBM, lekbak, dry-break, training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Verpompen H₂SO₄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Bijtend, druk, lekkage leiding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Chemisch bestendige pomp, overdrukbeveiliging, PBM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Verpompen NaAlO₂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Bijtend, kristallisatie, druk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Verwarmingstracing, PBM, drukbewaking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Ash dosering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CMR (stof), NORM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FFP3, gesloten systeem, HEPA, dubbele handschoenen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Bemonstering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Bijtend, spatten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Gemiddeld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PBM, afnamepunt, procedures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IBC-uitwisseling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 (restanten), ergonomie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Gemiddeld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Lekbak, hefmiddelen, PBM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Laag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Lekkage H₂SO₄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Zeer bijtend, exotherm met water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Zeer 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Noodprocedure, neutralisatie, PBM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Gemiddeld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Lekkage NaAlO₂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Bijtend, reactief met zuur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Zeer 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Noodprocedure, neutralisatie, PBM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Gemiddeld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Lekkage ash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CMR, radiologisch, stof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Zeer hoog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HEPA-stofzuiger, FFP3, overall type 5/6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Gemiddeld</w:t>
            </w:r>
          </w:p>
        </w:tc>
      </w:tr>
    </w:tbl>
    <w:p>
      <w:pPr>
        <w:pStyle w:val="Heading2"/>
      </w:pPr>
      <w:r>
        <w:t>6.2 LMRA-checklist (dagelijks gebruik)</w:t>
      </w:r>
    </w:p>
    <w:p>
      <w:r>
        <w:t>De LMRA (Laatste Minuut Risico Analyse) wordt uitgevoerd vóór aanvang van elke werkzaamheid. Beantwoord onderstaande vragen. Bij één of meer "Nee": werk NIET starten en HSE-coördinator inschakelen.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Vraag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Ja/Nee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Ben ik bekend met de gevaren van de stoffen waarmee ik werk?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 de TRA goedgekeurd en beschikbaar?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Draag ik de juiste PBM's conform de PBM-matrix?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 de nooddouche getest en bereikbaar (&lt;10 sec loopafstand)?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Zijn absorptie- en neutralisatiemiddelen beschikbaar?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Zijn lekbakken leeg en intact?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Zijn leidingen en aansluitingen visueel geïnspecteerd (geen lekkage, corrosie)?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8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 de werkplek schoon en vrij van obstakels?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9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Zijn SDS/VIB's bereikbaar bij de werkplek?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Weet ik waar de vluchtroute en het verzamelpunt zijn?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 er een collega aanwezig die kan helpen bij een noodsituatie?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12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Is de ventilatie functioneel (indien van toepassing)?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☐</w:t>
            </w:r>
          </w:p>
        </w:tc>
      </w:tr>
    </w:tbl>
    <w:p>
      <w:pPr>
        <w:pStyle w:val="Heading2"/>
      </w:pPr>
      <w:r>
        <w:t>6.3 Hulplijst TRA</w:t>
      </w:r>
    </w:p>
    <w:p>
      <w:r>
        <w:t>De hulplijst conform HS-F-0003 bevat de risicoclassificatie die wordt toegepast bij elke TRA: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Waarschijnlijkheid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Score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Toelichting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Zeer onwaarschijnlijk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Nooit voorgekomen in de sector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Onwaarschijnlijk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Zelden voorgekomen in de sector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Mogelijk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Komt voor in de sector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Waarschijnlijk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Komt regelmatig voor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Zeer waarschijnlijk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Verwacht dat het zal gebeuren</w:t>
            </w:r>
          </w:p>
        </w:tc>
      </w:tr>
    </w:tbl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Effect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Score</w:t>
            </w:r>
          </w:p>
        </w:tc>
        <w:tc>
          <w:tcPr>
            <w:tcW w:type="dxa" w:w="2880"/>
            <w:shd w:val="clear" w:color="auto" w:fill="003366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Toelichting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Te verwaarlozen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Geen letsel, geen schade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Gering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Eerste hulp, kleine schade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Gemiddeld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Medische behandeling, significante schade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Ernstig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Ziekenhuisopname, grote schade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Catastrofaal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Dood of blijvende invaliditeit, catastrofale schade</w:t>
            </w:r>
          </w:p>
        </w:tc>
      </w:tr>
    </w:tbl>
    <w:p>
      <w:r>
        <w:t>Risicoscore = Waarschijnlijkheid × Effect. Acceptabel: 1–6. Verdergaande maatregelen: 7–12. Niet acceptabel: 13–25. Bij score ≥13: werkzaamheid NIET starten zonder additionele beheersmaatregelen en goedkeuring HSE-coördinator.</w:t>
      </w:r>
    </w:p>
    <w:p>
      <w:r/>
    </w:p>
    <w:p>
      <w:pPr>
        <w:pStyle w:val="Heading1"/>
      </w:pPr>
      <w:r>
        <w:t>7. Bronverwijzingen</w:t>
      </w:r>
    </w:p>
    <w:p>
      <w:pPr>
        <w:pStyle w:val="ListNumber"/>
      </w:pPr>
      <w:r>
        <w:t>[1] PGS 15:2025 versie 1.0 — Opslag van verpakte gevaarlijke stoffen (januari 2025). Publicatiereeks Gevaarlijke Stoffen.</w:t>
      </w:r>
    </w:p>
    <w:p>
      <w:pPr>
        <w:pStyle w:val="ListNumber"/>
      </w:pPr>
      <w:r>
        <w:t>[2] Besluit bouwwerken leefomgeving (Bbl) — Brandcompartimentering, bereikbaarheid, bluswatervoorziening.</w:t>
      </w:r>
    </w:p>
    <w:p>
      <w:pPr>
        <w:pStyle w:val="ListNumber"/>
      </w:pPr>
      <w:r>
        <w:t>[3] Besluit kwaliteit leefomgeving (Bkl) — Externe veiligheidsafstanden.</w:t>
      </w:r>
    </w:p>
    <w:p>
      <w:pPr>
        <w:pStyle w:val="ListNumber"/>
      </w:pPr>
      <w:r>
        <w:t>[4] Arbeidsomstandighedenwet (Arbowet) — Art. 5 (RI&amp;E), Arbobesluit hoofdstuk 4 (gevaarlijke stoffen).</w:t>
      </w:r>
    </w:p>
    <w:p>
      <w:pPr>
        <w:pStyle w:val="ListNumber"/>
      </w:pPr>
      <w:r>
        <w:t>[5] CLP-verordening (EG) 1272/2008 — Indeling, etikettering en verpakking van stoffen en mengsels.</w:t>
      </w:r>
    </w:p>
    <w:p>
      <w:pPr>
        <w:pStyle w:val="ListNumber"/>
      </w:pPr>
      <w:r>
        <w:t>[6] REACH (EG) 1907/2006 — Veiligheidsinformatiebladen (SDS/VIB).</w:t>
      </w:r>
    </w:p>
    <w:p>
      <w:pPr>
        <w:pStyle w:val="ListNumber"/>
      </w:pPr>
      <w:r>
        <w:t>[7] ADR 2025 — Accord européen relatif au transport international des marchandises Dangereuses par Route.</w:t>
      </w:r>
    </w:p>
    <w:p>
      <w:pPr>
        <w:pStyle w:val="ListNumber"/>
      </w:pPr>
      <w:r>
        <w:t>[8] Besluit basisveiligheidsnormen stralingsbescherming — Art. 2.2, 3.17, 3.20, 4.2, 7.1.</w:t>
      </w:r>
    </w:p>
    <w:p>
      <w:pPr>
        <w:pStyle w:val="ListNumber"/>
      </w:pPr>
      <w:r>
        <w:t>[9] Phoenix Metals — Chemicals Master Register v2.1.0 (29 november 2024).</w:t>
      </w:r>
    </w:p>
    <w:p>
      <w:pPr>
        <w:pStyle w:val="ListNumber"/>
      </w:pPr>
      <w:r>
        <w:t>[10] Phoenix Metals — MSDS Zwavelzuur 25–75% (Carl Roth).</w:t>
      </w:r>
    </w:p>
    <w:p>
      <w:pPr>
        <w:pStyle w:val="ListNumber"/>
      </w:pPr>
      <w:r>
        <w:t>[11] Phoenix Metals — MSDS Natriumhydroxide 50% (Carl Roth).</w:t>
      </w:r>
    </w:p>
    <w:p>
      <w:pPr>
        <w:pStyle w:val="ListNumber"/>
      </w:pPr>
      <w:r>
        <w:t>[12] Phoenix Metals — Factsheet Steelmaking Slag Ash v1.0 (LM van Langen, november 2024).</w:t>
      </w:r>
    </w:p>
    <w:p>
      <w:pPr>
        <w:pStyle w:val="ListNumber"/>
      </w:pPr>
      <w:r>
        <w:t>[13] Phoenix Metals — HSE Policy V1 (Stijn van Zelst, januari 2025).</w:t>
      </w:r>
    </w:p>
    <w:p>
      <w:pPr>
        <w:pStyle w:val="ListNumber"/>
      </w:pPr>
      <w:r>
        <w:t>[14] Phoenix Metals — PBM Beleid PS-201-NL V1.0.</w:t>
      </w:r>
    </w:p>
    <w:p>
      <w:pPr>
        <w:pStyle w:val="ListNumber"/>
      </w:pPr>
      <w:r>
        <w:t>[15] Phoenix Metals — PBM Matrix Draft 1.</w:t>
      </w:r>
    </w:p>
    <w:p>
      <w:pPr>
        <w:pStyle w:val="ListNumber"/>
      </w:pPr>
      <w:r>
        <w:t>[16] Phoenix Metals — Procedure PE-240-01: Aanvraag, beoordeling en goedkeuring gevaarlijke stoffen.</w:t>
      </w:r>
    </w:p>
    <w:p>
      <w:pPr>
        <w:pStyle w:val="ListNumber"/>
      </w:pPr>
      <w:r>
        <w:t>[17] Phoenix Metals — Procedure HS-P-0008: Taak Risico Analyse.</w:t>
      </w:r>
    </w:p>
    <w:p>
      <w:pPr>
        <w:pStyle w:val="ListNumber"/>
      </w:pPr>
      <w:r>
        <w:t>[18] Phoenix Metals — Formulier HS-F-0003: TRA met hulplijst.</w:t>
      </w:r>
    </w:p>
    <w:p>
      <w:pPr>
        <w:pStyle w:val="ListNumber"/>
      </w:pPr>
      <w:r>
        <w:t>[19] Phoenix Metals — RI&amp;E Inventarisatie.</w:t>
      </w:r>
    </w:p>
    <w:p>
      <w:pPr>
        <w:pStyle w:val="ListNumber"/>
      </w:pPr>
      <w:r>
        <w:t>[20] Plant One Rotterdam — Bedrijfsnoodplan (BNP).</w:t>
      </w:r>
    </w:p>
    <w:p>
      <w:pPr>
        <w:pStyle w:val="ListNumber"/>
      </w:pPr>
      <w:r>
        <w:t>[21] NEN 6068, NEN 6069, NEN 2535, NEN 1594 — Brandveiligheidsnormen.</w:t>
      </w:r>
    </w:p>
    <w:p>
      <w:pPr>
        <w:pStyle w:val="ListNumber"/>
      </w:pPr>
      <w:r>
        <w:t>[22] NEN-EN 149, NEN-EN 166, NEN-EN 374, NEN-EN 14605, NEN-EN 13034, NEN-EN ISO 20345 — PBM-normen.</w:t>
      </w:r>
    </w:p>
    <w:p>
      <w:pPr>
        <w:pStyle w:val="ListNumber"/>
      </w:pPr>
      <w:r>
        <w:t>[23] SER-gr 2024 — Grenswaardenlijst MAC-waarden.</w:t>
      </w:r>
    </w:p>
    <w:p>
      <w:r>
        <w:rPr>
          <w:rFonts w:ascii="Calibri" w:hAnsi="Calibri"/>
          <w:sz w:val="20"/>
        </w:rPr>
        <w:t>v5.0 (6 mei 2026): Update stoffenbestand van 8 naar 20 stoffen. Toevoeging 12 nieuwe stoffen (input chemicals, intermediates, end products). Correcties: NaVO₃ H341 (Muta. 2) toegevoegd; NaAlO₂ H290 + ADR PG II; elektrolyt H411. Nieuwe PBM-matrix voor 9 stofgroepen. CMR-protocol uitgebreid (V₂O₅ Carc. 1B, NaVO₃ Muta. 2/Repr. 2, elektrolyt Repr. 2). Brandveiligheid aangepast voor oxidatoren (H₂O₂, Na₂S₂O₈). Milieuzorgprotocol toegevoegd voor H411-stoffen.</w:t>
      </w:r>
    </w:p>
    <w:p>
      <w:r>
        <w:rPr>
          <w:rFonts w:ascii="Calibri" w:hAnsi="Calibri"/>
          <w:b/>
          <w:color w:val="003366"/>
          <w:sz w:val="28"/>
        </w:rPr>
        <w:t>Versiehistorie</w:t>
      </w:r>
    </w:p>
    <w:p>
      <w:r/>
    </w:p>
    <w:p>
      <w:pPr>
        <w:pStyle w:val="Heading1"/>
      </w:pPr>
      <w:r>
        <w:t>Bijlage A: Opslagschema Phoenix Metals</w:t>
      </w:r>
    </w:p>
    <w:p>
      <w:r>
        <w:t>Visuele weergave van de voorgestelde opslagindeling conform PGS 15:2025 segregatie-eisen.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Zone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Links (Zuren)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Centraal (pad)</w:t>
            </w:r>
          </w:p>
        </w:tc>
        <w:tc>
          <w:tcPr>
            <w:tcW w:type="dxa" w:w="2160"/>
            <w:shd w:val="clear" w:color="auto" w:fill="003366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</w:r>
            <w:r>
              <w:rPr>
                <w:rFonts w:ascii="Calibri" w:hAnsi="Calibri"/>
                <w:b/>
                <w:color w:val="FFFFFF"/>
                <w:sz w:val="16"/>
              </w:rPr>
              <w:t>Rechts (Overig)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Boven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H₂SO₄ 25% (UN 2796, PG II)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Na₂S₂O₈ (UN 1505, PG III)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Midden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HCl 20% (UN 1789, PG II)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Scheiding ≥2 m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H₂O₂ 30% (UN 2014, PG II)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Onder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Elektrolyt (UN 2796, PG II)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sz w:val="18"/>
              </w:rPr>
            </w:r>
            <w:r>
              <w:rPr>
                <w:rFonts w:ascii="Calibri" w:hAnsi="Calibri"/>
                <w:b w:val="0"/>
                <w:sz w:val="16"/>
              </w:rPr>
              <w:t>NaAlO₂ (UN 1819, PG II)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Tox/CMR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Afgeschermd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V₂O₅ (UN 2862, PG III) | NaVO₃ (UN 3285, PG III)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Niet-ADR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—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b w:val="0"/>
                <w:sz w:val="16"/>
              </w:rPr>
              <w:t>Slag, Ca(OH)₂, MnO₂, SiO₂, overig</w:t>
            </w:r>
          </w:p>
        </w:tc>
      </w:tr>
    </w:tbl>
    <w:p>
      <w:pPr>
        <w:pStyle w:val="Heading2"/>
      </w:pPr>
      <w:r>
        <w:t>TierVerify Log</w:t>
      </w:r>
    </w:p>
    <w:p>
      <w:r>
        <w:t>⚠️ Zuren (H₂SO₄, HCl, elektrolyt) en basen (NaAlO₂) strikt gescheiden ≥2 m. Oxidatoren (H₂O₂, Na₂S₂O₈) gescheiden van brandbare materialen. CMR-stoffen (V₂O₅, NaVO₃) in afgeschermd gedeelte met afzuiging. Niet-ADR stoffen in algemene opslag.</w:t>
      </w:r>
    </w:p>
    <w:p>
      <w:r>
        <w:t>TierVerify Log — 6 mei 2026 — Bron: Meta-Dossier v5.0 — Checks: H341 NaVO₃ ✅, H290 NaAlO₂ ✅, H411 elektrolyt ✅, CAS ✅, ADR ✅, CMR ✅ — Status: GEVERIFIËRD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