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3366"/>
          <w:sz w:val="44"/>
        </w:rPr>
        <w:t>Kennisdossier PGS 15:2025 — Phoenix Metals</w:t>
      </w:r>
    </w:p>
    <w:p>
      <w:r>
        <w:rPr>
          <w:rFonts w:ascii="Calibri" w:hAnsi="Calibri"/>
          <w:color w:val="1F2937"/>
          <w:sz w:val="22"/>
        </w:rPr>
        <w:t xml:space="preserve">**Versie**: 1.0  </w:t>
        <w:br/>
        <w:t xml:space="preserve">**Datum**: 27 april 2026  </w:t>
        <w:br/>
        <w:t xml:space="preserve">**Doelgroep**: HSE professionals, management, operators  </w:t>
        <w:br/>
        <w:t>**Doel**: Kennisoverdracht PGS 15:2025 systeem met Phoenix Metals als werkvoorbeeld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1. Achtergrond PGS 15:2025</w:t>
      </w:r>
    </w:p>
    <w:p>
      <w:pPr>
        <w:pStyle w:val="Heading3"/>
      </w:pPr>
      <w:r>
        <w:rPr>
          <w:b/>
          <w:color w:val="003366"/>
          <w:sz w:val="32"/>
        </w:rPr>
        <w:t>1.1 Wat is PGS 15?</w:t>
        <w:br/>
        <w:t>PGS 15 (Publicatie 565) is de Nederlandse richtlijn voor de veilige opslag van verpakte gevaarlijke stoffen. Versie 1.0 is gepubliceerd in januari 2025 en vervangt de eerdere versie (PGS 15:2019).</w:t>
      </w:r>
    </w:p>
    <w:p>
      <w:pPr>
        <w:pStyle w:val="Heading3"/>
      </w:pPr>
      <w:r>
        <w:rPr>
          <w:b/>
          <w:color w:val="003366"/>
          <w:sz w:val="32"/>
        </w:rPr>
        <w:t>1.2 Wettelijk kader</w:t>
        <w:br/>
        <w:t>- **Basis**: Arbowet art. 4.1c (preventiemaatregelen gevaarlijke stoffen) en art. 4.1d (register gevaarlijke stoffen)</w:t>
        <w:br/>
        <w:t>- **Omgevingswet**: Art. 4.1012 Bal — opslag gevaarlijke stoffen</w:t>
        <w:br/>
        <w:t>- **Status**: PGS 15 is een richtlijn (niet wettelijk bindend), maar wordt gehanteerd als stand van techniek door toezichthouders (Inspectie SZW, omgevingsdiensten)</w:t>
      </w:r>
    </w:p>
    <w:p>
      <w:pPr>
        <w:pStyle w:val="Heading3"/>
      </w:pPr>
      <w:r>
        <w:rPr>
          <w:b/>
          <w:color w:val="003366"/>
          <w:sz w:val="32"/>
        </w:rPr>
        <w:t>1.3 Toepassingsgebied</w:t>
        <w:br/>
        <w:t>PGS 15 is van toepassing op opslag van verpakte gevaarlijke stoffen die vallen onder:</w:t>
        <w:br/>
        <w:t>- ADR-klassen 2, 3, 4.1, 4.2, 4.3, 5.1, 5.2, 6.1, 6.2, 8, 9 (met uitzonderingen, zie Tabel 1)</w:t>
        <w:br/>
        <w:t>- CMR-stoffen (behalve metalen in vaste vorm)</w:t>
        <w:br/>
        <w:t>- CLP-stoffen met Acute Toxiciteit cat. 1/2/3</w:t>
        <w:br/>
        <w:t>- Gewasbeschermingsmiddelen en biociden ≥400 kg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2. Niveaubepaling Systeem</w:t>
      </w:r>
    </w:p>
    <w:p>
      <w:pPr>
        <w:pStyle w:val="Heading3"/>
      </w:pPr>
      <w:r>
        <w:rPr>
          <w:b/>
          <w:color w:val="003366"/>
          <w:sz w:val="32"/>
        </w:rPr>
        <w:t>2.1 Twee routes</w:t>
        <w:br/>
        <w:t>PGS 15:2025 kent twee onafhankelijke classificatieroutes:</w:t>
      </w:r>
    </w:p>
    <w:p>
      <w:r>
        <w:rPr>
          <w:rFonts w:ascii="Calibri" w:hAnsi="Calibri"/>
          <w:color w:val="1F2937"/>
          <w:sz w:val="22"/>
        </w:rPr>
        <w:t>**ADR-route**: Bepaald op basis van ADR-klasse en Verpakkingsgroep (VG).</w:t>
        <w:br/>
        <w:t>- VG I: hoogste gevaar → laagste ondergrens (1 kg)</w:t>
        <w:br/>
        <w:t>- VG II: middelhoge gevaar</w:t>
        <w:br/>
        <w:t>- VG III: lagere gevaar</w:t>
      </w:r>
    </w:p>
    <w:p>
      <w:r>
        <w:rPr>
          <w:rFonts w:ascii="Calibri" w:hAnsi="Calibri"/>
          <w:color w:val="1F2937"/>
          <w:sz w:val="22"/>
        </w:rPr>
        <w:t>**CLP-route**: Bepaald op basis van CLP-classificatie (H-zinnen).</w:t>
        <w:br/>
        <w:t>- Acute Tox. Cat. 1: ondergrens 1 kg</w:t>
        <w:br/>
        <w:t>- Acute Tox. Cat. 2/3: ondergrens 1 kg</w:t>
        <w:br/>
        <w:t>- CMR Cat. 1A/1B: ondergrens 25 kg (poeder/vloeistof)</w:t>
      </w:r>
    </w:p>
    <w:p>
      <w:pPr>
        <w:pStyle w:val="Heading3"/>
      </w:pPr>
      <w:r>
        <w:rPr>
          <w:b/>
          <w:color w:val="003366"/>
          <w:sz w:val="32"/>
        </w:rPr>
        <w:t>2.2 Strengste route prevaleert</w:t>
        <w:br/>
        <w:t>Voor elke stof worden beide routes berekend. Het hoogste (strengste) veiligheidsniveau geldt.</w:t>
      </w:r>
    </w:p>
    <w:p>
      <w:pPr>
        <w:pStyle w:val="Heading3"/>
      </w:pPr>
      <w:r>
        <w:rPr>
          <w:b/>
          <w:color w:val="003366"/>
          <w:sz w:val="32"/>
        </w:rPr>
        <w:t>2.3 Niveaus</w:t>
        <w:br/>
        <w:t>| Niveau | Betekenis | Constructieve eisen |</w:t>
        <w:br/>
        <w:t>|--------|-----------|-------------------|</w:t>
        <w:br/>
        <w:t>| **Basisveiligheidsniveau** | Minimale eisen, altijd van toepassing | Zorgplicht, stellingen, productopvang |</w:t>
        <w:br/>
        <w:t>| **C-niveau** | Brandwerende constructie | Wbdbo 60/90 min, branddetectie |</w:t>
        <w:br/>
        <w:t>| **B-niveau** | Compartimentering | + detectie + doormelding |</w:t>
        <w:br/>
        <w:t>| **A-niveau** | Automatische blussing | + VBB-installatie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3. Tabel 6 — Drempelwaarden (Uitleg)</w:t>
      </w:r>
    </w:p>
    <w:p>
      <w:pPr>
        <w:pStyle w:val="Heading3"/>
      </w:pPr>
      <w:r>
        <w:rPr>
          <w:b/>
          <w:color w:val="003366"/>
          <w:sz w:val="32"/>
        </w:rPr>
        <w:t>3.1 Structuur</w:t>
        <w:br/>
        <w:t>Tabel 6 in PGS 15:2025 geeft per stofklasse en hoeveelheid het vereiste veiligheidsniveau:</w:t>
      </w:r>
    </w:p>
    <w:p>
      <w:r>
        <w:rPr>
          <w:rFonts w:ascii="Calibri" w:hAnsi="Calibri"/>
          <w:color w:val="1F2937"/>
          <w:sz w:val="22"/>
        </w:rPr>
        <w:t>| Stofklasse | VG | Hoeveelheid | Niveau | Wbdbo |</w:t>
        <w:br/>
        <w:t>|-----------|-----|------------|--------|-------|</w:t>
        <w:br/>
        <w:t>| ADR 6.1 | I | &lt;1 ton | C | 60 min |</w:t>
        <w:br/>
        <w:t>| ADR 6.1 | I | &gt;1 ton | A | — |</w:t>
        <w:br/>
        <w:t>| ADR 6.1 | II | &lt;10 ton | C | 60 min |</w:t>
        <w:br/>
        <w:t>| ADR 6.1 | II | &lt;20 ton | C | 90 min |</w:t>
        <w:br/>
        <w:t>| ADR 6.1 | II | &gt;20 ton | A | — |</w:t>
        <w:br/>
        <w:t>| ADR 8 VG II+III onbrandbaar | — | Elke hoeveelheid | Basis (voetnoot c) | — |</w:t>
        <w:br/>
        <w:t>| CLP Acute Tox. 1 | &lt;1 ton | C | 60 min |</w:t>
        <w:br/>
        <w:t>| CLP Acute Tox. 1 | &gt;1 ton | A | — |</w:t>
        <w:br/>
        <w:t>| CLP Acute Tox. 2/3 | &lt;10 ton | C | 60 min |</w:t>
        <w:br/>
        <w:t>| CLP Acute Tox. 2/3 | &gt;10 ton | A | — |</w:t>
      </w:r>
    </w:p>
    <w:p>
      <w:pPr>
        <w:pStyle w:val="Heading3"/>
      </w:pPr>
      <w:r>
        <w:rPr>
          <w:b/>
          <w:color w:val="003366"/>
          <w:sz w:val="32"/>
        </w:rPr>
        <w:t>3.2 Belangrijke voetnoten</w:t>
        <w:br/>
        <w:t>- **Voetnoot a**: Zowel hoofd- als bijkomstig gevaar wordt meegenomen. Bij meerdere klassen: totaal + zwaarste categorie.</w:t>
        <w:br/>
        <w:t>- **Voetnoot b**: Maximale hoeveelheid 2.500 kg als opslag NIET bereikbaar is voor hulpdiensten.</w:t>
        <w:br/>
        <w:t>- **Voetnoot c**: Onbrandbaar/niet brandonderhoudend in dedicated opslag → alleen basisveiligheidsniveau.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4. Tabel 8 — Scheidingstabel (Uitleg)</w:t>
      </w:r>
    </w:p>
    <w:p>
      <w:pPr>
        <w:pStyle w:val="Heading3"/>
      </w:pPr>
      <w:r>
        <w:rPr>
          <w:b/>
          <w:color w:val="003366"/>
          <w:sz w:val="32"/>
        </w:rPr>
        <w:t>4.1 Doel</w:t>
        <w:br/>
        <w:t>Tabel 8 / Bijlage E voorkomt dat onverenigbare stoffen samen worden opgeslagen, wat kan leiden tot ongecontroleerde reacties.</w:t>
      </w:r>
    </w:p>
    <w:p>
      <w:pPr>
        <w:pStyle w:val="Heading3"/>
      </w:pPr>
      <w:r>
        <w:rPr>
          <w:b/>
          <w:color w:val="003366"/>
          <w:sz w:val="32"/>
        </w:rPr>
        <w:t>4.2 Scheidingmethoden</w:t>
        <w:br/>
        <w:t>1. **Afstand**: Minimaal 2,4 meter tussen onverenigbare stoffen</w:t>
        <w:br/>
        <w:t>2. **Constructieve scheiding**: Wand of schot met brandwerendheid ≥30 minuten</w:t>
        <w:br/>
        <w:t>3. **Aparte opslagvoorziening**: Verschillende ruimtes of gebouwen</w:t>
      </w:r>
    </w:p>
    <w:p>
      <w:pPr>
        <w:pStyle w:val="Heading3"/>
      </w:pPr>
      <w:r>
        <w:rPr>
          <w:b/>
          <w:color w:val="003366"/>
          <w:sz w:val="32"/>
        </w:rPr>
        <w:t>4.3 Belangrijke combinaties voor Phoenix Metals</w:t>
        <w:br/>
        <w:t>| Combinatie | Risico | Vereiste scheiding |</w:t>
        <w:br/>
        <w:t>|-----------|--------|-------------------|</w:t>
        <w:br/>
        <w:t>| Zuur ↔ Base (H₂SO₄ ↔ NaOH) | Heftige reactie, hitteontwikkeling | 2,4 m of ≥30 min constructie |</w:t>
        <w:br/>
        <w:t>| Giftig ↔ Bijtend (V₂O₅ ↔ ADR 8) | Onverenigbaar | 2,4 m of constructieve scheiding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5. CMR-stoffen en Opslag</w:t>
      </w:r>
    </w:p>
    <w:p>
      <w:pPr>
        <w:pStyle w:val="Heading3"/>
      </w:pPr>
      <w:r>
        <w:rPr>
          <w:b/>
          <w:color w:val="003366"/>
          <w:sz w:val="32"/>
        </w:rPr>
        <w:t>5.1 Definitie</w:t>
        <w:br/>
        <w:t>CMR-stoffen zijn stoffen die:</w:t>
        <w:br/>
        <w:t>- **Carcinogeen** (kankerverwekkend) — Cat. 1A, 1B, 2</w:t>
        <w:br/>
        <w:t>- **Mutageen** (erfelijk materiaal beschadigend) — Cat. 1A, 1B, 2</w:t>
        <w:br/>
        <w:t>- **Reprotoxisch** (schadelijk voor voortplanting) — Cat. 1A, 1B, 2</w:t>
      </w:r>
    </w:p>
    <w:p>
      <w:pPr>
        <w:pStyle w:val="Heading3"/>
      </w:pPr>
      <w:r>
        <w:rPr>
          <w:b/>
          <w:color w:val="003366"/>
          <w:sz w:val="32"/>
        </w:rPr>
        <w:t>5.2 PGS 15:2025 behandeling</w:t>
        <w:br/>
        <w:t>- CMR-stoffen met ADR-classificatie → via ADR-route in Tabel 6</w:t>
        <w:br/>
        <w:t>- CMR-stoffen zonder ADR-classificatie → basisveiligheidsniveau + zorgplicht (Arbowet)</w:t>
        <w:br/>
        <w:t>- Ondergrens: 25 kg (poeder/vloeistof), metalen vaste vorm uitgezonderd</w:t>
      </w:r>
    </w:p>
    <w:p>
      <w:pPr>
        <w:pStyle w:val="Heading3"/>
      </w:pPr>
      <w:r>
        <w:rPr>
          <w:b/>
          <w:color w:val="003366"/>
          <w:sz w:val="32"/>
        </w:rPr>
        <w:t>5.3 Aanvullende arbo-eisen</w:t>
        <w:br/>
        <w:t>Naast PGS 15 gelden voor CMR-stoffen:</w:t>
        <w:br/>
        <w:t>- Werkplekinventarisatie (Arbobesluit art. 4.1c)</w:t>
        <w:br/>
        <w:t>- Blootstellingsregister (Arbobesluit art. 4.1d)</w:t>
        <w:br/>
        <w:t>- Arbeidsgezondheidskundig onderzoek (AGO)</w:t>
        <w:br/>
        <w:t>- Vervangingsplicht: vervang waar mogelijk door minder gevaarlijk alternatief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6. Specifieke Aandacht voor V₂O₅</w:t>
      </w:r>
    </w:p>
    <w:p>
      <w:pPr>
        <w:pStyle w:val="Heading3"/>
      </w:pPr>
      <w:r>
        <w:rPr>
          <w:b/>
          <w:color w:val="003366"/>
          <w:sz w:val="32"/>
        </w:rPr>
        <w:t>6.1 Waarom V₂O₅ kritiek is</w:t>
        <w:br/>
        <w:t>Vanadium(V) oxide combineert de volgende gevaren in één stof:</w:t>
        <w:br/>
        <w:t>- **Carc. 1B** (H350i) — kankerverwekkend bij inademing</w:t>
        <w:br/>
        <w:t>- **Acute Tox. 2** (H330) — dodelijk bij inademing</w:t>
        <w:br/>
        <w:t>- **Repr. 2** (H361fd) — vermoedelijk schadelijk voor voortplanting</w:t>
        <w:br/>
        <w:t>- **ADR 6.1 VG II** — giftig transportgevaar</w:t>
      </w:r>
    </w:p>
    <w:p>
      <w:pPr>
        <w:pStyle w:val="Heading3"/>
      </w:pPr>
      <w:r>
        <w:rPr>
          <w:b/>
          <w:color w:val="003366"/>
          <w:sz w:val="32"/>
        </w:rPr>
        <w:t>6.2 Impact op Phoenix Metals</w:t>
        <w:br/>
        <w:t>V₂O₅ als eindproduct is de **bepalende factor** voor het opslagniveau:</w:t>
        <w:br/>
        <w:t>- **Vanaf 1 kg** → C-niveau verplicht (via CLP Acute Tox. 2)</w:t>
        <w:br/>
        <w:t>- **Vanaf 10.000 kg** → A-niveau verplicht (automatische blussing)</w:t>
        <w:br/>
        <w:t>- **Vanaf 50.000 kg** → Seveso lagedrempel (H2) bereikt</w:t>
      </w:r>
    </w:p>
    <w:p>
      <w:pPr>
        <w:pStyle w:val="Heading3"/>
      </w:pPr>
      <w:r>
        <w:rPr>
          <w:b/>
          <w:color w:val="003366"/>
          <w:sz w:val="32"/>
        </w:rPr>
        <w:t>6.3 Beheersmaatregelen</w:t>
        <w:br/>
        <w:t>1. Stofvrije, gesloten opslag</w:t>
        <w:br/>
        <w:t>2. P3-ademhalingsbescherming bij handling</w:t>
        <w:br/>
        <w:t>3. Lokale afzuiging bij overslag</w:t>
        <w:br/>
        <w:t>4. Afzonderlijk opslagvak, gescheiden van ADR 8 stoffen</w:t>
        <w:br/>
        <w:t>5. Blootstellingsregister en AGO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7. Casus Phoenix Metals — Werkvoorbeeld</w:t>
      </w:r>
    </w:p>
    <w:p>
      <w:pPr>
        <w:pStyle w:val="Heading3"/>
      </w:pPr>
      <w:r>
        <w:rPr>
          <w:b/>
          <w:color w:val="003366"/>
          <w:sz w:val="32"/>
        </w:rPr>
        <w:t>7.1 Situatie</w:t>
        <w:br/>
        <w:t>Phoenix Metals is een startup die vanadium oxide (V₂O₅) produceert uit staalslakken via een hydrometallurgisch proces. De locatie bevindt zich op het Tata Steel terrein in IJmuiden.</w:t>
      </w:r>
    </w:p>
    <w:p>
      <w:pPr>
        <w:pStyle w:val="Heading3"/>
      </w:pPr>
      <w:r>
        <w:rPr>
          <w:b/>
          <w:color w:val="003366"/>
          <w:sz w:val="32"/>
        </w:rPr>
        <w:t>7.2 Stap 1: Stoffeninventarisatie</w:t>
        <w:br/>
        <w:t>Gevaarlijke stoffen op de locatie:</w:t>
        <w:br/>
        <w:t>- Sodium hydroxide 50% (100 L) — ADR 8 VG II</w:t>
        <w:br/>
        <w:t>- Zwavelzuur 25/50/75% (200 L totaal) — ADR 8 VG II</w:t>
        <w:br/>
        <w:t>- Calcium oxide (10 kg) — ADR 8 VG III</w:t>
        <w:br/>
        <w:t>- **Vanadium(V) oxide** (hoeveelheid TBV) — **ADR 6.1 VG II, CMR 1B, Acute Tox. 2**</w:t>
      </w:r>
    </w:p>
    <w:p>
      <w:pPr>
        <w:pStyle w:val="Heading3"/>
      </w:pPr>
      <w:r>
        <w:rPr>
          <w:b/>
          <w:color w:val="003366"/>
          <w:sz w:val="32"/>
        </w:rPr>
        <w:t>7.3 Stap 2: Ondergrenscontrole</w:t>
        <w:br/>
        <w:t>| Stof | Ondergrens Tabel 2 | Boven ondergrens? |</w:t>
        <w:br/>
        <w:t>|------|--------------------|-------------------|</w:t>
        <w:br/>
        <w:t>| NaOH 50% (120 kg) | 250 kg | Nee (individueel) |</w:t>
        <w:br/>
        <w:t>| H₂SO₄ totaal (~280 kg) | 250 kg (individueel) | Nee (individueel) |</w:t>
        <w:br/>
        <w:t>| ADR 8 geaggregeerd (~410 kg) | 250 kg | **Ja** |</w:t>
        <w:br/>
        <w:t>| V₂O₅ | 1 kg (CLP) / 50 kg (ADR) / 25 kg (CMR) | **Ja** (verwacht) |</w:t>
      </w:r>
    </w:p>
    <w:p>
      <w:pPr>
        <w:pStyle w:val="Heading3"/>
      </w:pPr>
      <w:r>
        <w:rPr>
          <w:b/>
          <w:color w:val="003366"/>
          <w:sz w:val="32"/>
        </w:rPr>
        <w:t>7.4 Stap 3: Niveaubepaling</w:t>
        <w:br/>
        <w:t>- ADR 8 onbrandbaar → Basisveiligheidsniveau (voetnoot c)</w:t>
        <w:br/>
        <w:t>- V₂O₅ via ADR 6.1 VG II → C-niveau (&lt;10 ton)</w:t>
        <w:br/>
        <w:t>- V₂O₅ via CLP Acute Tox. 2 → C-niveau (&lt;10 ton)</w:t>
        <w:br/>
        <w:t>- **Strengste: C-niveau**</w:t>
      </w:r>
    </w:p>
    <w:p>
      <w:pPr>
        <w:pStyle w:val="Heading3"/>
      </w:pPr>
      <w:r>
        <w:rPr>
          <w:b/>
          <w:color w:val="003366"/>
          <w:sz w:val="32"/>
        </w:rPr>
        <w:t>7.5 Stap 4: Maatregelen C-niveau</w:t>
        <w:br/>
        <w:t>- Wbdbo 60 min voor opslagconstructie</w:t>
        <w:br/>
        <w:t>- Branddetectiesysteem (NEN 2535)</w:t>
        <w:br/>
        <w:t>- Productopvang (grootste individuele vak)</w:t>
        <w:br/>
        <w:t>- Scheiding: zuur/base, giftig/bijtend</w:t>
        <w:br/>
        <w:t>- CMR-maatregelen voor V₂O₅</w:t>
      </w:r>
    </w:p>
    <w:p>
      <w:pPr>
        <w:pStyle w:val="Heading3"/>
      </w:pPr>
      <w:r>
        <w:rPr>
          <w:b/>
          <w:color w:val="003366"/>
          <w:sz w:val="32"/>
        </w:rPr>
        <w:t>7.6 Stap 5: Compliance beoordeling</w:t>
        <w:br/>
        <w:t>Zie Compliance Toets v1.0 — 18% voldoet, 31% gedeeltelijk, 51% niet te toetsen.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8. Begrippenlijst</w:t>
      </w:r>
    </w:p>
    <w:p>
      <w:r>
        <w:rPr>
          <w:rFonts w:ascii="Calibri" w:hAnsi="Calibri"/>
          <w:color w:val="1F2937"/>
          <w:sz w:val="22"/>
        </w:rPr>
        <w:t>| Begrip | Uitleg |</w:t>
        <w:br/>
        <w:t>|--------|--------|</w:t>
        <w:br/>
        <w:t>| ADR | Accord européen relatif au transport international des marchandises Dangereuses par Route |</w:t>
        <w:br/>
        <w:t>| CLP | Classification, Labelling and Packaging (EG 1272/2008) |</w:t>
        <w:br/>
        <w:t>| CMR | Carcinogeen, Mutageen, Reprotoxisch |</w:t>
        <w:br/>
        <w:t>| SDS | Safety Data Sheet (veiligheidsinformatieblad) |</w:t>
        <w:br/>
        <w:t>| VG | Verpakkingsgroep (I, II, III) — mate van gevaar |</w:t>
        <w:br/>
        <w:t>| Wbdbo | Weerstand tegen branddoorgang en brandoverslag |</w:t>
        <w:br/>
        <w:t>| PBM | Persoonlijk Beschermingsmiddel |</w:t>
        <w:br/>
        <w:t>| RI&amp;E | Risico-Inventarisatie en -Evaluatie |</w:t>
        <w:br/>
        <w:t>| NEN 2535 | Nederlandse norm voor branddetectie |</w:t>
      </w:r>
    </w:p>
    <w:p>
      <w:r>
        <w:rPr>
          <w:rFonts w:ascii="Calibri" w:hAnsi="Calibri"/>
          <w:color w:val="1F2937"/>
          <w:sz w:val="22"/>
        </w:rPr>
        <w:t>---</w:t>
      </w:r>
    </w:p>
    <w:p>
      <w:r>
        <w:rPr>
          <w:rFonts w:ascii="Calibri" w:hAnsi="Calibri"/>
          <w:color w:val="1F2937"/>
          <w:sz w:val="22"/>
        </w:rPr>
        <w:t>*Kennisdossier PGS 15:2025 v1.0 — Phoenix Metals — 27 april 2026*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jc w:val="center"/>
    </w:pPr>
    <w:r>
      <w:t>Phoenix Metals | kennisdossier_pgs15_2025_v1.0_v1.0 | 27 april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ing1"/>
      <w:jc w:val="left"/>
    </w:pPr>
    <w:r>
      <w:t>Kennisdossier — kennisdossier_pgs15_2025_v1.0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Kennisdossier - kennisdossier_pgs15_2025_v1.0</dc:title>
  <dc:subject/>
  <dc:creator>JvG Consultancy via Kas</dc:creator>
  <cp:keywords/>
  <dc:description>generated by python-docx</dc:description>
  <cp:lastModifiedBy/>
  <cp:revision>1</cp:revision>
  <dcterms:created xsi:type="dcterms:W3CDTF">2026-04-28T07:29:32Z</dcterms:created>
  <dcterms:modified xsi:type="dcterms:W3CDTF">2013-12-23T23:15:00Z</dcterms:modified>
  <cp:category/>
</cp:coreProperties>
</file>