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3366"/>
          <w:sz w:val="44"/>
        </w:rPr>
        <w:t>Basishandleiding Medewerkers — Opslag Gevaarlijke Stoffen</w:t>
      </w:r>
    </w:p>
    <w:p>
      <w:r>
        <w:rPr>
          <w:rFonts w:ascii="Calibri" w:hAnsi="Calibri"/>
          <w:color w:val="1F2937"/>
          <w:sz w:val="22"/>
        </w:rPr>
        <w:t xml:space="preserve">**Phoenix Metals**  </w:t>
        <w:br/>
        <w:t>**Versie**: 1.0 | **Datum**: april 2026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🔶 Wat is PGS 15?</w:t>
      </w:r>
    </w:p>
    <w:p>
      <w:r>
        <w:rPr>
          <w:rFonts w:ascii="Calibri" w:hAnsi="Calibri"/>
          <w:color w:val="1F2937"/>
          <w:sz w:val="22"/>
        </w:rPr>
        <w:t>PGS 15 is de veiligheidsrichtlijn voor het opslaan van gevaarlijke stoffen. Het zorgt ervoor dat stoffen veilig worden bewaard zodat jij en je collega's gezond blijven.</w:t>
      </w:r>
    </w:p>
    <w:p>
      <w:r>
        <w:rPr>
          <w:rFonts w:ascii="Calibri" w:hAnsi="Calibri"/>
          <w:color w:val="1F2937"/>
          <w:sz w:val="22"/>
        </w:rPr>
        <w:t>Phoenix Metals valt onder **C-niveau** — dit betekent extra veiligheidseisen voor de opslagruimte.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⚗️ Welke Stoffen Hebben We?</w:t>
      </w:r>
    </w:p>
    <w:p>
      <w:r>
        <w:rPr>
          <w:rFonts w:ascii="Calibri" w:hAnsi="Calibri"/>
          <w:color w:val="1F2937"/>
          <w:sz w:val="22"/>
        </w:rPr>
        <w:t>| Stof | Gevaar | Herken aan |</w:t>
        <w:br/>
        <w:t>|------|--------|-----------|</w:t>
        <w:br/>
        <w:t>| **Natriumhydroxide 50%** | Bijtend (brandwonden) | 📛 Etiket:_corrosive |</w:t>
        <w:br/>
        <w:t>| **Zwavelzuur 25/50/75%** | Bijtend (brandwonden) | 📛 Etiket: corrosive |</w:t>
        <w:br/>
        <w:t>| **Calciumoxide** | Bijtend + irriteert luchtwegen | 📛 Etiket: corrosive, |</w:t>
        <w:br/>
        <w:t>| **Vanadium(V) oxide** ⚠️ | **Kankerverwekkend + dodelijk bij inademing** | 📛💀 Etiket: health hazard + skull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⚠️ V₂O₅ — Speciale Aandacht!</w:t>
      </w:r>
    </w:p>
    <w:p>
      <w:r>
        <w:rPr>
          <w:rFonts w:ascii="Calibri" w:hAnsi="Calibri"/>
          <w:color w:val="1F2937"/>
          <w:sz w:val="22"/>
        </w:rPr>
        <w:t>Vanadium(V) oxide is het **meest gevaarlijke** product bij Phoenix Metals: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**Kankerverwekkend** bij inademing (Carc. 1B)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**Dodelijk** bij inademing (Acute Tox. 2)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**Schadelijk** voor voortplanting (Repr. 2)</w:t>
      </w:r>
    </w:p>
    <w:p>
      <w:pPr>
        <w:pStyle w:val="Heading3"/>
      </w:pPr>
      <w:r>
        <w:rPr>
          <w:b/>
          <w:color w:val="003366"/>
          <w:sz w:val="32"/>
        </w:rPr>
        <w:t>Wat MOET je doen bij V₂O₅:</w:t>
      </w:r>
    </w:p>
    <w:p>
      <w:r>
        <w:rPr>
          <w:rFonts w:ascii="Calibri" w:hAnsi="Calibri"/>
          <w:color w:val="1F2937"/>
          <w:sz w:val="22"/>
        </w:rPr>
        <w:t>| ✓ | Regel |</w:t>
        <w:br/>
        <w:t>|---|-------|</w:t>
        <w:br/>
        <w:t>| ✅ | **P3-masker** op bij openen verpakking |</w:t>
        <w:br/>
        <w:t>| ✅ | **Handschoenen** (nitril) aan |</w:t>
        <w:br/>
        <w:t>| ✅ | **Veiligheidsbril** op |</w:t>
        <w:br/>
        <w:t>| ✅ | **Beschermkleding** dragen |</w:t>
        <w:br/>
        <w:t>| ✅ | Verpakking **altijd direct sluiten** |</w:t>
        <w:br/>
        <w:t>| ✅ | **Nooit** stof laten opwaaien |</w:t>
        <w:br/>
        <w:t>| ✅ | Na handling: **handen wassen** |</w:t>
        <w:br/>
        <w:t>| ❌ | **Nooit** zonder PBM's werken |</w:t>
        <w:br/>
        <w:t>| ❌ | **Nooit** stof inademen |</w:t>
        <w:br/>
        <w:t>| ❌ | **Nooit** eten/drinken in opslagruimte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📋 Basisregels Opslag</w:t>
      </w:r>
    </w:p>
    <w:p>
      <w:pPr>
        <w:pStyle w:val="Heading3"/>
      </w:pPr>
      <w:r>
        <w:rPr>
          <w:b/>
          <w:color w:val="003366"/>
          <w:sz w:val="32"/>
        </w:rPr>
        <w:t>Algemeen</w:t>
        <w:br/>
        <w:t>1. **Rookverbod** in en rond de opslagruimte</w:t>
        <w:br/>
        <w:t>2. **Alleen bevoegde medewerkers** in de opslagruimte</w:t>
        <w:br/>
        <w:t>3. **Etiketten lezen** voordat je een stof aanraakt</w:t>
        <w:br/>
        <w:t>4. **SDS raadplegen** bij twijfel over gevaren</w:t>
        <w:br/>
        <w:t>5. **Verpakkingen gesloten** houden wanneer niet in gebruik</w:t>
      </w:r>
    </w:p>
    <w:p>
      <w:pPr>
        <w:pStyle w:val="Heading3"/>
      </w:pPr>
      <w:r>
        <w:rPr>
          <w:b/>
          <w:color w:val="003366"/>
          <w:sz w:val="32"/>
        </w:rPr>
        <w:t>Scheiding — Dit is Belangrijk!</w:t>
        <w:br/>
        <w:t>- **Zuren en basen NIET bij elkaar** → minimaal 2,4 m afstand</w:t>
        <w:br/>
        <w:t>- **V₂O₅ apart** van andere stoffen → apart vak</w:t>
        <w:br/>
        <w:t>- **Nooit** zomaar stoffen verplaatsen naar een ander vak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🚨 Calamiteit — Wat Nu?</w:t>
      </w:r>
    </w:p>
    <w:p>
      <w:pPr>
        <w:pStyle w:val="Heading3"/>
      </w:pPr>
      <w:r>
        <w:rPr>
          <w:b/>
          <w:color w:val="003366"/>
          <w:sz w:val="32"/>
        </w:rPr>
        <w:t>Bij LEKKAGE NaOH of H₂SO₄:</w:t>
        <w:br/>
        <w:t>1. 🧤 Handschoenen + bril aan</w:t>
        <w:br/>
        <w:t>2. 🧹 Absorptiemiddel strooien</w:t>
        <w:br/>
        <w:t>3. 🧼 Opruimen en als gevaarlijk afval afvoeren</w:t>
      </w:r>
    </w:p>
    <w:p>
      <w:pPr>
        <w:pStyle w:val="Heading3"/>
      </w:pPr>
      <w:r>
        <w:rPr>
          <w:b/>
          <w:color w:val="003366"/>
          <w:sz w:val="32"/>
        </w:rPr>
        <w:t>Bij LEKKAGE V₂O₅:</w:t>
        <w:br/>
        <w:t>1. 😷 **DIRECT P3-masker opzetten!**</w:t>
        <w:br/>
        <w:t>2. 💨 Stof NIET opwaaien — vochtig maken met waternevel</w:t>
        <w:br/>
        <w:t>3. 🧹 Voorzichtig opnemen (zuigen, niet vegen)</w:t>
        <w:br/>
        <w:t>4. 🗑️ Als gevaarlijk afval afvoeren</w:t>
        <w:br/>
        <w:t>5. 📝 Blootstelling registreren</w:t>
      </w:r>
    </w:p>
    <w:p>
      <w:pPr>
        <w:pStyle w:val="Heading3"/>
      </w:pPr>
      <w:r>
        <w:rPr>
          <w:b/>
          <w:color w:val="003366"/>
          <w:sz w:val="32"/>
        </w:rPr>
        <w:t>Bij BRAND:</w:t>
        <w:br/>
        <w:t>1. 📢 Alarm slaan (intercom / brandalarm)</w:t>
        <w:br/>
        <w:t>2. 🚪 Ruimte verlaten</w:t>
        <w:br/>
        <w:t>3. 📞 **Bel 112**</w:t>
        <w:br/>
        <w:t>4. 🚫 NIET zelf blussen bij giftige stoffen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📞 Contact</w:t>
      </w:r>
    </w:p>
    <w:p>
      <w:r>
        <w:rPr>
          <w:rFonts w:ascii="Calibri" w:hAnsi="Calibri"/>
          <w:color w:val="1F2937"/>
          <w:sz w:val="22"/>
        </w:rPr>
        <w:t>| Wie | Waarvoor |</w:t>
        <w:br/>
        <w:t>|-----|----------|</w:t>
        <w:br/>
        <w:t>| **HSE Manager** | Vragen over stoffen, PBM's, veiligheid |</w:t>
        <w:br/>
        <w:t>| **Bedrijfsarts** | Gezondheidsklachten na blootstelling |</w:t>
        <w:br/>
        <w:t>| **112** | Brand, letsel, grote lekkage |</w:t>
        <w:br/>
        <w:t>| **NVIC** (030-274 8888) | Vergiftigingsvragen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💡 Onthoud deze 3 Regels</w:t>
      </w:r>
    </w:p>
    <w:p>
      <w:r>
        <w:rPr>
          <w:rFonts w:ascii="Calibri" w:hAnsi="Calibri"/>
          <w:color w:val="1F2937"/>
          <w:sz w:val="22"/>
        </w:rPr>
        <w:t>1. **Ken je stoffen** — lees altijd het etiket</w:t>
        <w:br/>
        <w:t>2. **Draag je PBM's** — vooral bij V₂O₅</w:t>
        <w:br/>
        <w:t>3. **Meld alles** — lekkage, bijna-ongeluk, schade</w:t>
      </w:r>
    </w:p>
    <w:p>
      <w:r>
        <w:rPr>
          <w:rFonts w:ascii="Calibri" w:hAnsi="Calibri"/>
          <w:color w:val="1F2937"/>
          <w:sz w:val="22"/>
        </w:rPr>
        <w:t>---</w:t>
      </w:r>
    </w:p>
    <w:p>
      <w:r>
        <w:rPr>
          <w:rFonts w:ascii="Calibri" w:hAnsi="Calibri"/>
          <w:color w:val="1F2937"/>
          <w:sz w:val="22"/>
        </w:rPr>
        <w:t>*Basishandleiding Medewerkers v1.0 — Phoenix Metals — april 2026*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jc w:val="center"/>
    </w:pPr>
    <w:r>
      <w:t>Phoenix Metals | basishandleiding_medewerkers_v1.0_v1.0 | 27 april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ing1"/>
      <w:jc w:val="left"/>
    </w:pPr>
    <w:r>
      <w:t>Document — basishandleiding_medewerkers_v1.0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- basishandleiding_medewerkers_v1.0</dc:title>
  <dc:subject/>
  <dc:creator>JvG Consultancy via Kas</dc:creator>
  <cp:keywords/>
  <dc:description>generated by python-docx</dc:description>
  <cp:lastModifiedBy/>
  <cp:revision>1</cp:revision>
  <dcterms:created xsi:type="dcterms:W3CDTF">2026-04-28T07:29:32Z</dcterms:created>
  <dcterms:modified xsi:type="dcterms:W3CDTF">2013-12-23T23:15:00Z</dcterms:modified>
  <cp:category/>
</cp:coreProperties>
</file>