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03366"/>
          <w:sz w:val="32"/>
        </w:rPr>
        <w:t>Niveaubepaling Rapport V1.0</w:t>
      </w:r>
    </w:p>
    <w:p/>
    <w:p>
      <w:r>
        <w:rPr>
          <w:rFonts w:ascii="Calibri" w:hAnsi="Calibri"/>
          <w:color w:val="000000"/>
          <w:sz w:val="22"/>
        </w:rPr>
        <w:t>PGS 15:2025 Niveaubepaling Rapport — Phoenix Metals</w:t>
      </w:r>
    </w:p>
    <w:p>
      <w:r>
        <w:rPr>
          <w:rFonts w:ascii="Calibri" w:hAnsi="Calibri"/>
          <w:color w:val="000000"/>
          <w:sz w:val="22"/>
        </w:rPr>
        <w:t xml:space="preserve">Versie: 1.0  </w:t>
        <w:br/>
        <w:t xml:space="preserve">Datum: 27 april 2026  </w:t>
        <w:br/>
        <w:t xml:space="preserve">Gebaseerd op: Niveaubepaling v2.0  </w:t>
        <w:br/>
        <w:t>Status: CONCEPT — vereist bevestiging hoeveelheden door Phoenix Metals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Inleiding</w:t>
      </w:r>
    </w:p>
    <w:p>
      <w:r>
        <w:rPr>
          <w:rFonts w:ascii="Calibri" w:hAnsi="Calibri"/>
          <w:color w:val="000000"/>
          <w:sz w:val="22"/>
        </w:rPr>
        <w:t>1 Doel</w:t>
        <w:br/>
        <w:t>Dit rapport documenteert de niveaubepaling conform PGS 15:2025 Tabel 6 voor de opslag van gevaarlijke stoffen bij Phoenix Metals, locatie Tata Steel terrein, IJmuiden.</w:t>
      </w:r>
    </w:p>
    <w:p>
      <w:r>
        <w:rPr>
          <w:rFonts w:ascii="Calibri" w:hAnsi="Calibri"/>
          <w:color w:val="000000"/>
          <w:sz w:val="22"/>
        </w:rPr>
        <w:t>2 Methodiek</w:t>
        <w:br/>
        <w:t>Per stof: ADR-route en CLP-route onafhankelijk bepalen</w:t>
        <w:br/>
        <w:t>Per ADR-klasse: aggregatie van hoeveelheden</w:t>
        <w:br/>
        <w:t>Strengste niveau over alle routes is het bepaalde opslagniveau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Stoffenlijst met Classificatie</w:t>
      </w:r>
    </w:p>
    <w:p>
      <w:r>
        <w:rPr>
          <w:rFonts w:ascii="Calibri" w:hAnsi="Calibri"/>
          <w:color w:val="000000"/>
          <w:sz w:val="22"/>
        </w:rPr>
        <w:t>1 ADR-geclassificeerde stoffen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t>#</w:t>
            </w:r>
          </w:p>
        </w:tc>
        <w:tc>
          <w:tcPr>
            <w:tcW w:type="dxa" w:w="864"/>
          </w:tcPr>
          <w:p>
            <w:r>
              <w:t>Stof</w:t>
            </w:r>
          </w:p>
        </w:tc>
        <w:tc>
          <w:tcPr>
            <w:tcW w:type="dxa" w:w="864"/>
          </w:tcPr>
          <w:p>
            <w:r>
              <w:t>CAS</w:t>
            </w:r>
          </w:p>
        </w:tc>
        <w:tc>
          <w:tcPr>
            <w:tcW w:type="dxa" w:w="864"/>
          </w:tcPr>
          <w:p>
            <w:r>
              <w:t>ADR</w:t>
            </w:r>
          </w:p>
        </w:tc>
        <w:tc>
          <w:tcPr>
            <w:tcW w:type="dxa" w:w="864"/>
          </w:tcPr>
          <w:p>
            <w:r>
              <w:t>VG</w:t>
            </w:r>
          </w:p>
        </w:tc>
        <w:tc>
          <w:tcPr>
            <w:tcW w:type="dxa" w:w="864"/>
          </w:tcPr>
          <w:p>
            <w:r>
              <w:t>Vorm</w:t>
            </w:r>
          </w:p>
        </w:tc>
        <w:tc>
          <w:tcPr>
            <w:tcW w:type="dxa" w:w="864"/>
          </w:tcPr>
          <w:p>
            <w:r>
              <w:t>Hoeveelheid</w:t>
            </w:r>
          </w:p>
        </w:tc>
        <w:tc>
          <w:tcPr>
            <w:tcW w:type="dxa" w:w="864"/>
          </w:tcPr>
          <w:p>
            <w:r>
              <w:t>Gewicht</w:t>
            </w:r>
          </w:p>
        </w:tc>
        <w:tc>
          <w:tcPr>
            <w:tcW w:type="dxa" w:w="864"/>
          </w:tcPr>
          <w:p>
            <w:r>
              <w:t>CLP extra</w:t>
            </w:r>
          </w:p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---</w:t>
            </w:r>
          </w:p>
        </w:tc>
        <w:tc>
          <w:tcPr>
            <w:tcW w:type="dxa" w:w="864"/>
          </w:tcPr>
          <w:p>
            <w:r>
              <w:t>------</w:t>
            </w:r>
          </w:p>
        </w:tc>
        <w:tc>
          <w:tcPr>
            <w:tcW w:type="dxa" w:w="864"/>
          </w:tcPr>
          <w:p>
            <w:r>
              <w:t>-----</w:t>
            </w:r>
          </w:p>
        </w:tc>
        <w:tc>
          <w:tcPr>
            <w:tcW w:type="dxa" w:w="864"/>
          </w:tcPr>
          <w:p>
            <w:r>
              <w:t>-----</w:t>
            </w:r>
          </w:p>
        </w:tc>
        <w:tc>
          <w:tcPr>
            <w:tcW w:type="dxa" w:w="864"/>
          </w:tcPr>
          <w:p>
            <w:r>
              <w:t>-----</w:t>
            </w:r>
          </w:p>
        </w:tc>
        <w:tc>
          <w:tcPr>
            <w:tcW w:type="dxa" w:w="864"/>
          </w:tcPr>
          <w:p>
            <w:r>
              <w:t>------</w:t>
            </w:r>
          </w:p>
        </w:tc>
        <w:tc>
          <w:tcPr>
            <w:tcW w:type="dxa" w:w="864"/>
          </w:tcPr>
          <w:p>
            <w:r>
              <w:t>-------------</w:t>
            </w:r>
          </w:p>
        </w:tc>
        <w:tc>
          <w:tcPr>
            <w:tcW w:type="dxa" w:w="864"/>
          </w:tcPr>
          <w:p>
            <w:r>
              <w:t>---------</w:t>
            </w:r>
          </w:p>
        </w:tc>
        <w:tc>
          <w:tcPr>
            <w:tcW w:type="dxa" w:w="864"/>
          </w:tcPr>
          <w:p>
            <w:r>
              <w:t>-----------</w:t>
            </w:r>
          </w:p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Sodium hydroxide 50%</w:t>
            </w:r>
          </w:p>
        </w:tc>
        <w:tc>
          <w:tcPr>
            <w:tcW w:type="dxa" w:w="864"/>
          </w:tcPr>
          <w:p>
            <w:r>
              <w:t>1310-73-2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II</w:t>
            </w:r>
          </w:p>
        </w:tc>
        <w:tc>
          <w:tcPr>
            <w:tcW w:type="dxa" w:w="864"/>
          </w:tcPr>
          <w:p>
            <w:r>
              <w:t>Vloeistof</w:t>
            </w:r>
          </w:p>
        </w:tc>
        <w:tc>
          <w:tcPr>
            <w:tcW w:type="dxa" w:w="864"/>
          </w:tcPr>
          <w:p>
            <w:r>
              <w:t>100 L</w:t>
            </w:r>
          </w:p>
        </w:tc>
        <w:tc>
          <w:tcPr>
            <w:tcW w:type="dxa" w:w="864"/>
          </w:tcPr>
          <w:p>
            <w:r>
              <w:t>~120 kg</w:t>
            </w:r>
          </w:p>
        </w:tc>
        <w:tc>
          <w:tcPr>
            <w:tcW w:type="dxa" w:w="864"/>
          </w:tcPr>
          <w:p>
            <w:r>
              <w:t>Skin Corr. 1A</w:t>
            </w:r>
          </w:p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Sulfuric acid 75%</w:t>
            </w:r>
          </w:p>
        </w:tc>
        <w:tc>
          <w:tcPr>
            <w:tcW w:type="dxa" w:w="864"/>
          </w:tcPr>
          <w:p>
            <w:r>
              <w:t>7664-93-9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II</w:t>
            </w:r>
          </w:p>
        </w:tc>
        <w:tc>
          <w:tcPr>
            <w:tcW w:type="dxa" w:w="864"/>
          </w:tcPr>
          <w:p>
            <w:r>
              <w:t>Vloeistof</w:t>
            </w:r>
          </w:p>
        </w:tc>
        <w:tc>
          <w:tcPr>
            <w:tcW w:type="dxa" w:w="864"/>
          </w:tcPr>
          <w:p>
            <w:r>
              <w:t>30 L</w:t>
            </w:r>
          </w:p>
        </w:tc>
        <w:tc>
          <w:tcPr>
            <w:tcW w:type="dxa" w:w="864"/>
          </w:tcPr>
          <w:p>
            <w:r>
              <w:t>~50 kg</w:t>
            </w:r>
          </w:p>
        </w:tc>
        <w:tc>
          <w:tcPr>
            <w:tcW w:type="dxa" w:w="864"/>
          </w:tcPr>
          <w:p>
            <w:r>
              <w:t>Skin Corr. 1A</w:t>
            </w:r>
          </w:p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Sulfuric acid 50%</w:t>
            </w:r>
          </w:p>
        </w:tc>
        <w:tc>
          <w:tcPr>
            <w:tcW w:type="dxa" w:w="864"/>
          </w:tcPr>
          <w:p>
            <w:r>
              <w:t>7664-93-9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II</w:t>
            </w:r>
          </w:p>
        </w:tc>
        <w:tc>
          <w:tcPr>
            <w:tcW w:type="dxa" w:w="864"/>
          </w:tcPr>
          <w:p>
            <w:r>
              <w:t>Vloeistof</w:t>
            </w:r>
          </w:p>
        </w:tc>
        <w:tc>
          <w:tcPr>
            <w:tcW w:type="dxa" w:w="864"/>
          </w:tcPr>
          <w:p>
            <w:r>
              <w:t>70 L</w:t>
            </w:r>
          </w:p>
        </w:tc>
        <w:tc>
          <w:tcPr>
            <w:tcW w:type="dxa" w:w="864"/>
          </w:tcPr>
          <w:p>
            <w:r>
              <w:t>~110 kg</w:t>
            </w:r>
          </w:p>
        </w:tc>
        <w:tc>
          <w:tcPr>
            <w:tcW w:type="dxa" w:w="864"/>
          </w:tcPr>
          <w:p>
            <w:r>
              <w:t>Skin Corr. 1A</w:t>
            </w:r>
          </w:p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Sulfuric acid 25%</w:t>
            </w:r>
          </w:p>
        </w:tc>
        <w:tc>
          <w:tcPr>
            <w:tcW w:type="dxa" w:w="864"/>
          </w:tcPr>
          <w:p>
            <w:r>
              <w:t>7664-93-9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II</w:t>
            </w:r>
          </w:p>
        </w:tc>
        <w:tc>
          <w:tcPr>
            <w:tcW w:type="dxa" w:w="864"/>
          </w:tcPr>
          <w:p>
            <w:r>
              <w:t>Vloeistof</w:t>
            </w:r>
          </w:p>
        </w:tc>
        <w:tc>
          <w:tcPr>
            <w:tcW w:type="dxa" w:w="864"/>
          </w:tcPr>
          <w:p>
            <w:r>
              <w:t>100 L</w:t>
            </w:r>
          </w:p>
        </w:tc>
        <w:tc>
          <w:tcPr>
            <w:tcW w:type="dxa" w:w="864"/>
          </w:tcPr>
          <w:p>
            <w:r>
              <w:t>~120 kg</w:t>
            </w:r>
          </w:p>
        </w:tc>
        <w:tc>
          <w:tcPr>
            <w:tcW w:type="dxa" w:w="864"/>
          </w:tcPr>
          <w:p>
            <w:r>
              <w:t>Skin Corr. 1A</w:t>
            </w:r>
          </w:p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Calcium oxide</w:t>
            </w:r>
          </w:p>
        </w:tc>
        <w:tc>
          <w:tcPr>
            <w:tcW w:type="dxa" w:w="864"/>
          </w:tcPr>
          <w:p>
            <w:r>
              <w:t>1305-78-8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III¹</w:t>
            </w:r>
          </w:p>
        </w:tc>
        <w:tc>
          <w:tcPr>
            <w:tcW w:type="dxa" w:w="864"/>
          </w:tcPr>
          <w:p>
            <w:r>
              <w:t>Vast</w:t>
            </w:r>
          </w:p>
        </w:tc>
        <w:tc>
          <w:tcPr>
            <w:tcW w:type="dxa" w:w="864"/>
          </w:tcPr>
          <w:p>
            <w:r>
              <w:t>10 kg</w:t>
            </w:r>
          </w:p>
        </w:tc>
        <w:tc>
          <w:tcPr>
            <w:tcW w:type="dxa" w:w="864"/>
          </w:tcPr>
          <w:p>
            <w:r>
              <w:t>10 kg</w:t>
            </w:r>
          </w:p>
        </w:tc>
        <w:tc>
          <w:tcPr>
            <w:tcW w:type="dxa" w:w="864"/>
          </w:tcPr>
          <w:p>
            <w:r>
              <w:t>Skin Corr. 1B, STOT SE 3</w:t>
            </w:r>
          </w:p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**Vanadium(V) oxide**</w:t>
            </w:r>
          </w:p>
        </w:tc>
        <w:tc>
          <w:tcPr>
            <w:tcW w:type="dxa" w:w="864"/>
          </w:tcPr>
          <w:p>
            <w:r>
              <w:t>1314-62-1</w:t>
            </w:r>
          </w:p>
        </w:tc>
        <w:tc>
          <w:tcPr>
            <w:tcW w:type="dxa" w:w="864"/>
          </w:tcPr>
          <w:p>
            <w:r>
              <w:t>**6.1**</w:t>
            </w:r>
          </w:p>
        </w:tc>
        <w:tc>
          <w:tcPr>
            <w:tcW w:type="dxa" w:w="864"/>
          </w:tcPr>
          <w:p>
            <w:r>
              <w:t>**II**</w:t>
            </w:r>
          </w:p>
        </w:tc>
        <w:tc>
          <w:tcPr>
            <w:tcW w:type="dxa" w:w="864"/>
          </w:tcPr>
          <w:p>
            <w:r>
              <w:t>Vast</w:t>
            </w:r>
          </w:p>
        </w:tc>
        <w:tc>
          <w:tcPr>
            <w:tcW w:type="dxa" w:w="864"/>
          </w:tcPr>
          <w:p>
            <w:r>
              <w:t>**TBV**</w:t>
            </w:r>
          </w:p>
        </w:tc>
        <w:tc>
          <w:tcPr>
            <w:tcW w:type="dxa" w:w="864"/>
          </w:tcPr>
          <w:p>
            <w:r>
              <w:t>**TBV**</w:t>
            </w:r>
          </w:p>
        </w:tc>
        <w:tc>
          <w:tcPr>
            <w:tcW w:type="dxa" w:w="864"/>
          </w:tcPr>
          <w:p>
            <w:r>
              <w:t>**Carc. 1B, Acute Tox. 2, Repr. 2**</w:t>
            </w:r>
          </w:p>
        </w:tc>
        <w:tc>
          <w:tcPr>
            <w:tcW w:type="dxa" w:w="864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¹ CaO: in registratie als N/A, aangenomen ADR 8 VG III (UN 1910).</w:t>
      </w:r>
    </w:p>
    <w:p>
      <w:r>
        <w:rPr>
          <w:rFonts w:ascii="Calibri" w:hAnsi="Calibri"/>
          <w:color w:val="000000"/>
          <w:sz w:val="22"/>
        </w:rPr>
        <w:t>2 Niet-ADR-geclassificeerde stoffen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Stof</w:t>
            </w:r>
          </w:p>
        </w:tc>
        <w:tc>
          <w:tcPr>
            <w:tcW w:type="dxa" w:w="1440"/>
          </w:tcPr>
          <w:p>
            <w:r>
              <w:t>CAS</w:t>
            </w:r>
          </w:p>
        </w:tc>
        <w:tc>
          <w:tcPr>
            <w:tcW w:type="dxa" w:w="1440"/>
          </w:tcPr>
          <w:p>
            <w:r>
              <w:t>CLP</w:t>
            </w:r>
          </w:p>
        </w:tc>
        <w:tc>
          <w:tcPr>
            <w:tcW w:type="dxa" w:w="1440"/>
          </w:tcPr>
          <w:p>
            <w:r>
              <w:t>PGS 15 relevantie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---</w:t>
            </w:r>
          </w:p>
        </w:tc>
        <w:tc>
          <w:tcPr>
            <w:tcW w:type="dxa" w:w="1440"/>
          </w:tcPr>
          <w:p>
            <w:r>
              <w:t>------</w:t>
            </w:r>
          </w:p>
        </w:tc>
        <w:tc>
          <w:tcPr>
            <w:tcW w:type="dxa" w:w="1440"/>
          </w:tcPr>
          <w:p>
            <w:r>
              <w:t>-----</w:t>
            </w:r>
          </w:p>
        </w:tc>
        <w:tc>
          <w:tcPr>
            <w:tcW w:type="dxa" w:w="1440"/>
          </w:tcPr>
          <w:p>
            <w:r>
              <w:t>-----</w:t>
            </w:r>
          </w:p>
        </w:tc>
        <w:tc>
          <w:tcPr>
            <w:tcW w:type="dxa" w:w="1440"/>
          </w:tcPr>
          <w:p>
            <w:r>
              <w:t>-------------------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Aluminiumsulfaat octadecahydraat</w:t>
            </w:r>
          </w:p>
        </w:tc>
        <w:tc>
          <w:tcPr>
            <w:tcW w:type="dxa" w:w="1440"/>
          </w:tcPr>
          <w:p>
            <w:r>
              <w:t>7784-31-8</w:t>
            </w:r>
          </w:p>
        </w:tc>
        <w:tc>
          <w:tcPr>
            <w:tcW w:type="dxa" w:w="1440"/>
          </w:tcPr>
          <w:p>
            <w:r>
              <w:t>H319</w:t>
            </w:r>
          </w:p>
        </w:tc>
        <w:tc>
          <w:tcPr>
            <w:tcW w:type="dxa" w:w="1440"/>
          </w:tcPr>
          <w:p>
            <w:r>
              <w:t>Geen (geen ADR, geen CMR, geen Acute Tox.)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Vanadium(IV) sulfaat oplossing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</w:tcPr>
          <w:p>
            <w:r>
              <w:t>TBV</w:t>
            </w:r>
          </w:p>
        </w:tc>
        <w:tc>
          <w:tcPr>
            <w:tcW w:type="dxa" w:w="1440"/>
          </w:tcPr>
          <w:p>
            <w:r>
              <w:t>TBV — mogelijk ADR 6.1</w:t>
            </w:r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Vanadium elektrolyt (V³·⁵⁺)</w:t>
            </w:r>
          </w:p>
        </w:tc>
        <w:tc>
          <w:tcPr>
            <w:tcW w:type="dxa" w:w="1440"/>
          </w:tcPr>
          <w:p>
            <w:r>
              <w:t>N/A</w:t>
            </w:r>
          </w:p>
        </w:tc>
        <w:tc>
          <w:tcPr>
            <w:tcW w:type="dxa" w:w="1440"/>
          </w:tcPr>
          <w:p>
            <w:r>
              <w:t>TBV</w:t>
            </w:r>
          </w:p>
        </w:tc>
        <w:tc>
          <w:tcPr>
            <w:tcW w:type="dxa" w:w="1440"/>
          </w:tcPr>
          <w:p>
            <w:r>
              <w:t>TBV — mogelijk ADR 6.1</w:t>
            </w:r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ADR-route Berekeningen</w:t>
      </w:r>
    </w:p>
    <w:p>
      <w:r>
        <w:rPr>
          <w:rFonts w:ascii="Calibri" w:hAnsi="Calibri"/>
          <w:color w:val="000000"/>
          <w:sz w:val="22"/>
        </w:rPr>
        <w:t>1 ADR-klasse 8 — Bijtende stoffen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  <w:tr>
  </w:tr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Toetsing Tabel 6: ADR 8 VG II+III, onbrandbaar, geen Acute Tox. → Basisveiligheidsniveau (voetnoot c)</w:t>
      </w:r>
    </w:p>
    <w:p>
      <w:r>
        <w:rPr>
          <w:rFonts w:ascii="Calibri" w:hAnsi="Calibri"/>
          <w:color w:val="000000"/>
          <w:sz w:val="22"/>
        </w:rPr>
        <w:t>Ondergrens Tabel 2: ADR 8 VG II/III → 250 kg. Geaggregeerd 410 kg &gt; 250 kg → boven ondergrens, maar voetnoot c blijft van toepassing (onbrandbaar).</w:t>
      </w:r>
    </w:p>
    <w:p>
      <w:r>
        <w:rPr>
          <w:rFonts w:ascii="Calibri" w:hAnsi="Calibri"/>
          <w:color w:val="000000"/>
          <w:sz w:val="22"/>
        </w:rPr>
        <w:t>Conclusie ADR 8: Basisveiligheidsniveau</w:t>
      </w:r>
    </w:p>
    <w:p>
      <w:r>
        <w:rPr>
          <w:rFonts w:ascii="Calibri" w:hAnsi="Calibri"/>
          <w:color w:val="000000"/>
          <w:sz w:val="22"/>
        </w:rPr>
        <w:t>2 ADR-klasse 6.1 — Giftige stoffen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</w:tblGrid>
      <w:tr>
  </w:tr>
      <w:tr>
  </w:tr>
      <w:tr>
  </w:tr>
      <w:tr>
  </w:tr>
    </w:tbl>
    <w:p/>
    <w:p>
      <w:r>
        <w:rPr>
          <w:rFonts w:ascii="Calibri" w:hAnsi="Calibri"/>
          <w:color w:val="000000"/>
          <w:sz w:val="22"/>
        </w:rPr>
        <w:t>Toetsing Tabel 6:</w:t>
        <w:br/>
        <w:t>ADR 6.1 VG II, &lt;10 ton → C-niveau (Wbdbo 60 min)</w:t>
        <w:br/>
        <w:t>ADR 6.1 VG II, &lt;20 ton → C-niveau (Wbdbo 90 min)</w:t>
        <w:br/>
        <w:t>ADR 6.1 VG II, &gt;20 ton → A-niveau</w:t>
      </w:r>
    </w:p>
    <w:p>
      <w:r>
        <w:rPr>
          <w:rFonts w:ascii="Calibri" w:hAnsi="Calibri"/>
          <w:color w:val="000000"/>
          <w:sz w:val="22"/>
        </w:rPr>
        <w:t>Ondergrens Tabel 2: ADR 6.1 VG II → 50 kg</w:t>
      </w:r>
    </w:p>
    <w:p>
      <w:r>
        <w:rPr>
          <w:rFonts w:ascii="Calibri" w:hAnsi="Calibri"/>
          <w:color w:val="000000"/>
          <w:sz w:val="22"/>
        </w:rPr>
        <w:t>Conclusie ADR 6.1: C-niveau (bij &lt;10 ton V₂O₅)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CLP-route Berekeningen</w:t>
      </w:r>
    </w:p>
    <w:p>
      <w:r>
        <w:rPr>
          <w:rFonts w:ascii="Calibri" w:hAnsi="Calibri"/>
          <w:color w:val="000000"/>
          <w:sz w:val="22"/>
        </w:rPr>
        <w:t>1 Acute Toxiciteit Cat. 2 — V₂O₅ (H330)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Parameter</w:t>
            </w:r>
          </w:p>
        </w:tc>
        <w:tc>
          <w:tcPr>
            <w:tcW w:type="dxa" w:w="2880"/>
          </w:tcPr>
          <w:p>
            <w:r>
              <w:t>Waarde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-----------</w:t>
            </w:r>
          </w:p>
        </w:tc>
        <w:tc>
          <w:tcPr>
            <w:tcW w:type="dxa" w:w="2880"/>
          </w:tcPr>
          <w:p>
            <w:r>
              <w:t>--------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Stof</w:t>
            </w:r>
          </w:p>
        </w:tc>
        <w:tc>
          <w:tcPr>
            <w:tcW w:type="dxa" w:w="2880"/>
          </w:tcPr>
          <w:p>
            <w:r>
              <w:t>Vanadium(V) oxide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H-zin</w:t>
            </w:r>
          </w:p>
        </w:tc>
        <w:tc>
          <w:tcPr>
            <w:tcW w:type="dxa" w:w="2880"/>
          </w:tcPr>
          <w:p>
            <w:r>
              <w:t>H330 — Dodelijk bij inademing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Categorie</w:t>
            </w:r>
          </w:p>
        </w:tc>
        <w:tc>
          <w:tcPr>
            <w:tcW w:type="dxa" w:w="2880"/>
          </w:tcPr>
          <w:p>
            <w:r>
              <w:t>Acute Tox. Cat. 2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Ondergrens Tabel 2</w:t>
            </w:r>
          </w:p>
        </w:tc>
        <w:tc>
          <w:tcPr>
            <w:tcW w:type="dxa" w:w="2880"/>
          </w:tcPr>
          <w:p>
            <w:r>
              <w:t>1 kg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Verwachte opslag</w:t>
            </w:r>
          </w:p>
        </w:tc>
        <w:tc>
          <w:tcPr>
            <w:tcW w:type="dxa" w:w="2880"/>
          </w:tcPr>
          <w:p>
            <w:r>
              <w:t>&gt;1 kg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Tabel 6 CLP Acute Tox. 2, &lt;10 ton</w:t>
            </w:r>
          </w:p>
        </w:tc>
        <w:tc>
          <w:tcPr>
            <w:tcW w:type="dxa" w:w="2880"/>
          </w:tcPr>
          <w:p>
            <w:r>
              <w:t>**C-niveau** (Wbdbo 60 min)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Tabel 6 CLP Acute Tox. 2, &gt;10 ton</w:t>
            </w:r>
          </w:p>
        </w:tc>
        <w:tc>
          <w:tcPr>
            <w:tcW w:type="dxa" w:w="2880"/>
          </w:tcPr>
          <w:p>
            <w:r>
              <w:t>A-niveau</w:t>
            </w:r>
          </w:p>
        </w:tc>
        <w:tc>
          <w:tcPr>
            <w:tcW w:type="dxa" w:w="288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Conclusie CLP Acute Tox. 2: C-niveau (bij &lt;10 ton V₂O₅). Drempel A-niveau bij 10 ton (via CLP Acute Tox. 2).</w:t>
      </w:r>
    </w:p>
    <w:p>
      <w:r>
        <w:rPr>
          <w:rFonts w:ascii="Calibri" w:hAnsi="Calibri"/>
          <w:color w:val="000000"/>
          <w:sz w:val="22"/>
        </w:rPr>
        <w:t>2 CMR Cat. 1B — V₂O₅ (H350i)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Parameter</w:t>
            </w:r>
          </w:p>
        </w:tc>
        <w:tc>
          <w:tcPr>
            <w:tcW w:type="dxa" w:w="2880"/>
          </w:tcPr>
          <w:p>
            <w:r>
              <w:t>Waarde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-----------</w:t>
            </w:r>
          </w:p>
        </w:tc>
        <w:tc>
          <w:tcPr>
            <w:tcW w:type="dxa" w:w="2880"/>
          </w:tcPr>
          <w:p>
            <w:r>
              <w:t>--------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Stof</w:t>
            </w:r>
          </w:p>
        </w:tc>
        <w:tc>
          <w:tcPr>
            <w:tcW w:type="dxa" w:w="2880"/>
          </w:tcPr>
          <w:p>
            <w:r>
              <w:t>Vanadium(V) oxide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H-zin</w:t>
            </w:r>
          </w:p>
        </w:tc>
        <w:tc>
          <w:tcPr>
            <w:tcW w:type="dxa" w:w="2880"/>
          </w:tcPr>
          <w:p>
            <w:r>
              <w:t>H350i — Kan kanker veroorzaken bij inademing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Categorie</w:t>
            </w:r>
          </w:p>
        </w:tc>
        <w:tc>
          <w:tcPr>
            <w:tcW w:type="dxa" w:w="2880"/>
          </w:tcPr>
          <w:p>
            <w:r>
              <w:t>Carc. 1B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Ondergrens Tabel 2</w:t>
            </w:r>
          </w:p>
        </w:tc>
        <w:tc>
          <w:tcPr>
            <w:tcW w:type="dxa" w:w="2880"/>
          </w:tcPr>
          <w:p>
            <w:r>
              <w:t>25 kg (poeder)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Heeft ADR-classificatie?</w:t>
            </w:r>
          </w:p>
        </w:tc>
        <w:tc>
          <w:tcPr>
            <w:tcW w:type="dxa" w:w="2880"/>
          </w:tcPr>
          <w:p>
            <w:r>
              <w:t>Ja (6.1 VG II) → ADR-route prevaleert</w:t>
            </w:r>
          </w:p>
        </w:tc>
        <w:tc>
          <w:tcPr>
            <w:tcW w:type="dxa" w:w="288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Conclusie CMR: V₂O₅ wordt via de ADR-route beoordeeld (Tabel 6). Aanvullende arbo-maatregelen (AI-06) verplicht.</w:t>
      </w:r>
    </w:p>
    <w:p>
      <w:r>
        <w:rPr>
          <w:rFonts w:ascii="Calibri" w:hAnsi="Calibri"/>
          <w:color w:val="000000"/>
          <w:sz w:val="22"/>
        </w:rPr>
        <w:t>3 Acute Toxiciteit Cat. 4 — V₂O₅ (H302+H312)</w:t>
      </w:r>
    </w:p>
    <w:p>
      <w:r>
        <w:rPr>
          <w:rFonts w:ascii="Calibri" w:hAnsi="Calibri"/>
          <w:color w:val="000000"/>
          <w:sz w:val="22"/>
        </w:rPr>
        <w:t>Niet van toepassing — Cat. 4 valt buiten PGS 15 Tabel 2 ondergrenzen.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Aggregatie per Klasse</w:t>
      </w:r>
    </w:p>
    <w:p>
      <w:r>
        <w:rPr>
          <w:rFonts w:ascii="Calibri" w:hAnsi="Calibri"/>
          <w:color w:val="000000"/>
          <w:sz w:val="22"/>
        </w:rPr>
        <w:t>1 Samenvatting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Route</w:t>
            </w:r>
          </w:p>
        </w:tc>
        <w:tc>
          <w:tcPr>
            <w:tcW w:type="dxa" w:w="2160"/>
          </w:tcPr>
          <w:p>
            <w:r>
              <w:t>Stofklasse</w:t>
            </w:r>
          </w:p>
        </w:tc>
        <w:tc>
          <w:tcPr>
            <w:tcW w:type="dxa" w:w="2160"/>
          </w:tcPr>
          <w:p>
            <w:r>
              <w:t>Resultaat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-------</w:t>
            </w:r>
          </w:p>
        </w:tc>
        <w:tc>
          <w:tcPr>
            <w:tcW w:type="dxa" w:w="2160"/>
          </w:tcPr>
          <w:p>
            <w:r>
              <w:t>-----------</w:t>
            </w:r>
          </w:p>
        </w:tc>
        <w:tc>
          <w:tcPr>
            <w:tcW w:type="dxa" w:w="2160"/>
          </w:tcPr>
          <w:p>
            <w:r>
              <w:t>-----------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ADR 8</w:t>
            </w:r>
          </w:p>
        </w:tc>
        <w:tc>
          <w:tcPr>
            <w:tcW w:type="dxa" w:w="2160"/>
          </w:tcPr>
          <w:p>
            <w:r>
              <w:t>Bijtend, onbrandbaar</w:t>
            </w:r>
          </w:p>
        </w:tc>
        <w:tc>
          <w:tcPr>
            <w:tcW w:type="dxa" w:w="2160"/>
          </w:tcPr>
          <w:p>
            <w:r>
              <w:t>Basisveiligheidsniveau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ADR 6.1</w:t>
            </w:r>
          </w:p>
        </w:tc>
        <w:tc>
          <w:tcPr>
            <w:tcW w:type="dxa" w:w="2160"/>
          </w:tcPr>
          <w:p>
            <w:r>
              <w:t>Giftig (V₂O₅)</w:t>
            </w:r>
          </w:p>
        </w:tc>
        <w:tc>
          <w:tcPr>
            <w:tcW w:type="dxa" w:w="2160"/>
          </w:tcPr>
          <w:p>
            <w:r>
              <w:t>**C-niveau**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CLP Acute Tox. 2</w:t>
            </w:r>
          </w:p>
        </w:tc>
        <w:tc>
          <w:tcPr>
            <w:tcW w:type="dxa" w:w="2160"/>
          </w:tcPr>
          <w:p>
            <w:r>
              <w:t>V₂O₅ (H330)</w:t>
            </w:r>
          </w:p>
        </w:tc>
        <w:tc>
          <w:tcPr>
            <w:tcW w:type="dxa" w:w="2160"/>
          </w:tcPr>
          <w:p>
            <w:r>
              <w:t>**C-niveau**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CLP CMR 1B</w:t>
            </w:r>
          </w:p>
        </w:tc>
        <w:tc>
          <w:tcPr>
            <w:tcW w:type="dxa" w:w="2160"/>
          </w:tcPr>
          <w:p>
            <w:r>
              <w:t>V₂O₅ (H350i)</w:t>
            </w:r>
          </w:p>
        </w:tc>
        <w:tc>
          <w:tcPr>
            <w:tcW w:type="dxa" w:w="2160"/>
          </w:tcPr>
          <w:p>
            <w:r>
              <w:t>Via ADR 6.1 route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Catch-all (~415 kg)</w:t>
            </w:r>
          </w:p>
        </w:tc>
        <w:tc>
          <w:tcPr>
            <w:tcW w:type="dxa" w:w="2160"/>
          </w:tcPr>
          <w:p>
            <w:r>
              <w:t>&lt;1.000 kg</w:t>
            </w:r>
          </w:p>
        </w:tc>
        <w:tc>
          <w:tcPr>
            <w:tcW w:type="dxa" w:w="2160"/>
          </w:tcPr>
          <w:p>
            <w:r>
              <w:t>Niet van toepassing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2 Catch-all controle</w:t>
        <w:br/>
        <w:t xml:space="preserve">Totaal bekende gevaarlijke stoffen: ~415 kg (+ V₂O₅ TBV).  </w:t>
        <w:br/>
        <w:t xml:space="preserve">Catch-all drempel: 1.000 kg.  </w:t>
        <w:br/>
        <w:t>Bij &lt;585 kg V₂O₅: catch-all niet van toepassing (maar C-niveau al vereist via CLP/AOA 6.1).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Conclusie: C-niveau</w:t>
      </w:r>
    </w:p>
    <w:p>
      <w:r>
        <w:rPr>
          <w:rFonts w:ascii="Calibri" w:hAnsi="Calibri"/>
          <w:color w:val="000000"/>
          <w:sz w:val="22"/>
        </w:rPr>
        <w:t>1 Bepaald Opslagniveau</w:t>
        <w:br/>
        <w:t>C-NIVEAU (Wbdbo 60 minuten)</w:t>
      </w:r>
    </w:p>
    <w:p>
      <w:r>
        <w:rPr>
          <w:rFonts w:ascii="Calibri" w:hAnsi="Calibri"/>
          <w:color w:val="000000"/>
          <w:sz w:val="22"/>
        </w:rPr>
        <w:t>2 Argumentatie</w:t>
        <w:br/>
        <w:t>V₂O₅ is de dominante factor. Onafhankelijke routes leiden beiden tot C-niveau:</w:t>
        <w:br/>
        <w:t>ADR-route: ADR 6.1 VG II → C-niveau bij &lt;10 ton</w:t>
        <w:br/>
        <w:t>CLP-route: Acute Tox. Cat. 2 (H330) → C-niveau bij &lt;10 ton</w:t>
      </w:r>
    </w:p>
    <w:p>
      <w:r>
        <w:rPr>
          <w:rFonts w:ascii="Calibri" w:hAnsi="Calibri"/>
          <w:color w:val="000000"/>
          <w:sz w:val="22"/>
        </w:rPr>
        <w:t>Beide routes zijn onafhankelijk en beiden resulteren in C-niveau. Het strengste niveau (C) is het bepaalde opslagniveau.</w:t>
      </w:r>
    </w:p>
    <w:p>
      <w:r>
        <w:rPr>
          <w:rFonts w:ascii="Calibri" w:hAnsi="Calibri"/>
          <w:color w:val="000000"/>
          <w:sz w:val="22"/>
        </w:rPr>
        <w:t>3 Verplichte constructieve eisen C-niveau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Eis</w:t>
            </w:r>
          </w:p>
        </w:tc>
        <w:tc>
          <w:tcPr>
            <w:tcW w:type="dxa" w:w="2160"/>
          </w:tcPr>
          <w:p>
            <w:r>
              <w:t>Vereiste</w:t>
            </w:r>
          </w:p>
        </w:tc>
        <w:tc>
          <w:tcPr>
            <w:tcW w:type="dxa" w:w="2160"/>
          </w:tcPr>
          <w:p>
            <w:r>
              <w:t>PGS 15 referentie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-----</w:t>
            </w:r>
          </w:p>
        </w:tc>
        <w:tc>
          <w:tcPr>
            <w:tcW w:type="dxa" w:w="2160"/>
          </w:tcPr>
          <w:p>
            <w:r>
              <w:t>----------</w:t>
            </w:r>
          </w:p>
        </w:tc>
        <w:tc>
          <w:tcPr>
            <w:tcW w:type="dxa" w:w="2160"/>
          </w:tcPr>
          <w:p>
            <w:r>
              <w:t>-------------------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Weerstand branddoorgang/overslag</w:t>
            </w:r>
          </w:p>
        </w:tc>
        <w:tc>
          <w:tcPr>
            <w:tcW w:type="dxa" w:w="2160"/>
          </w:tcPr>
          <w:p>
            <w:r>
              <w:t>60 minuten</w:t>
            </w:r>
          </w:p>
        </w:tc>
        <w:tc>
          <w:tcPr>
            <w:tcW w:type="dxa" w:w="2160"/>
          </w:tcPr>
          <w:p>
            <w:r>
              <w:t>Tabel 6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Branddetectiesysteem</w:t>
            </w:r>
          </w:p>
        </w:tc>
        <w:tc>
          <w:tcPr>
            <w:tcW w:type="dxa" w:w="2160"/>
          </w:tcPr>
          <w:p>
            <w:r>
              <w:t>NEN 2535</w:t>
            </w:r>
          </w:p>
        </w:tc>
        <w:tc>
          <w:tcPr>
            <w:tcW w:type="dxa" w:w="2160"/>
          </w:tcPr>
          <w:p>
            <w:r>
              <w:t>M103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Brandwerende constructie</w:t>
            </w:r>
          </w:p>
        </w:tc>
        <w:tc>
          <w:tcPr>
            <w:tcW w:type="dxa" w:w="2160"/>
          </w:tcPr>
          <w:p>
            <w:r>
              <w:t>Wanden ≥60 min Wbdbo</w:t>
            </w:r>
          </w:p>
        </w:tc>
        <w:tc>
          <w:tcPr>
            <w:tcW w:type="dxa" w:w="2160"/>
          </w:tcPr>
          <w:p>
            <w:r>
              <w:t>Doel D7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Productopvang</w:t>
            </w:r>
          </w:p>
        </w:tc>
        <w:tc>
          <w:tcPr>
            <w:tcW w:type="dxa" w:w="2160"/>
          </w:tcPr>
          <w:p>
            <w:r>
              <w:t>Grootste individuele vak</w:t>
            </w:r>
          </w:p>
        </w:tc>
        <w:tc>
          <w:tcPr>
            <w:tcW w:type="dxa" w:w="2160"/>
          </w:tcPr>
          <w:p>
            <w:r>
              <w:t>Tabel 8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Basisveiligheidsniveau</w:t>
            </w:r>
          </w:p>
        </w:tc>
        <w:tc>
          <w:tcPr>
            <w:tcW w:type="dxa" w:w="2160"/>
          </w:tcPr>
          <w:p>
            <w:r>
              <w:t>Volledig van toepassing</w:t>
            </w:r>
          </w:p>
        </w:tc>
        <w:tc>
          <w:tcPr>
            <w:tcW w:type="dxa" w:w="2160"/>
          </w:tcPr>
          <w:p>
            <w:r>
              <w:t>§7</w:t>
            </w:r>
          </w:p>
        </w:tc>
        <w:tc>
          <w:tcPr>
            <w:tcW w:type="dxa" w:w="2160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Schaalniveaus</w:t>
      </w:r>
    </w:p>
    <w:p>
      <w:r>
        <w:rPr>
          <w:rFonts w:ascii="Calibri" w:hAnsi="Calibri"/>
          <w:color w:val="000000"/>
          <w:sz w:val="22"/>
        </w:rPr>
        <w:t>1 Wanneer naar A-niveau?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V₂O₅ opslag</w:t>
            </w:r>
          </w:p>
        </w:tc>
        <w:tc>
          <w:tcPr>
            <w:tcW w:type="dxa" w:w="1728"/>
          </w:tcPr>
          <w:p>
            <w:r>
              <w:t>ADR 6.1 VG II</w:t>
            </w:r>
          </w:p>
        </w:tc>
        <w:tc>
          <w:tcPr>
            <w:tcW w:type="dxa" w:w="1728"/>
          </w:tcPr>
          <w:p>
            <w:r>
              <w:t>CLP Acute Tox. 2</w:t>
            </w:r>
          </w:p>
        </w:tc>
        <w:tc>
          <w:tcPr>
            <w:tcW w:type="dxa" w:w="1728"/>
          </w:tcPr>
          <w:p>
            <w:r>
              <w:t>Resultaat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-------------</w:t>
            </w:r>
          </w:p>
        </w:tc>
        <w:tc>
          <w:tcPr>
            <w:tcW w:type="dxa" w:w="1728"/>
          </w:tcPr>
          <w:p>
            <w:r>
              <w:t>---------------</w:t>
            </w:r>
          </w:p>
        </w:tc>
        <w:tc>
          <w:tcPr>
            <w:tcW w:type="dxa" w:w="1728"/>
          </w:tcPr>
          <w:p>
            <w:r>
              <w:t>------------------</w:t>
            </w:r>
          </w:p>
        </w:tc>
        <w:tc>
          <w:tcPr>
            <w:tcW w:type="dxa" w:w="1728"/>
          </w:tcPr>
          <w:p>
            <w:r>
              <w:t>-----------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0 kg</w:t>
            </w:r>
          </w:p>
        </w:tc>
        <w:tc>
          <w:tcPr>
            <w:tcW w:type="dxa" w:w="1728"/>
          </w:tcPr>
          <w:p>
            <w:r>
              <w:t>Niet van toepassing</w:t>
            </w:r>
          </w:p>
        </w:tc>
        <w:tc>
          <w:tcPr>
            <w:tcW w:type="dxa" w:w="1728"/>
          </w:tcPr>
          <w:p>
            <w:r>
              <w:t>Niet van toepassing</w:t>
            </w:r>
          </w:p>
        </w:tc>
        <w:tc>
          <w:tcPr>
            <w:tcW w:type="dxa" w:w="1728"/>
          </w:tcPr>
          <w:p>
            <w:r>
              <w:t>Basis¹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1 – 1.000 kg</w:t>
            </w:r>
          </w:p>
        </w:tc>
        <w:tc>
          <w:tcPr>
            <w:tcW w:type="dxa" w:w="1728"/>
          </w:tcPr>
          <w:p>
            <w:r>
              <w:t>C (60 min)</w:t>
            </w:r>
          </w:p>
        </w:tc>
        <w:tc>
          <w:tcPr>
            <w:tcW w:type="dxa" w:w="1728"/>
          </w:tcPr>
          <w:p>
            <w:r>
              <w:t>C (60 min)</w:t>
            </w:r>
          </w:p>
        </w:tc>
        <w:tc>
          <w:tcPr>
            <w:tcW w:type="dxa" w:w="1728"/>
          </w:tcPr>
          <w:p>
            <w:r>
              <w:t>**C**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1.000 – 10.000 kg</w:t>
            </w:r>
          </w:p>
        </w:tc>
        <w:tc>
          <w:tcPr>
            <w:tcW w:type="dxa" w:w="1728"/>
          </w:tcPr>
          <w:p>
            <w:r>
              <w:t>C (60 min)</w:t>
            </w:r>
          </w:p>
        </w:tc>
        <w:tc>
          <w:tcPr>
            <w:tcW w:type="dxa" w:w="1728"/>
          </w:tcPr>
          <w:p>
            <w:r>
              <w:t>C (60 min)</w:t>
            </w:r>
          </w:p>
        </w:tc>
        <w:tc>
          <w:tcPr>
            <w:tcW w:type="dxa" w:w="1728"/>
          </w:tcPr>
          <w:p>
            <w:r>
              <w:t>**C**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10.000 – 20.000 kg</w:t>
            </w:r>
          </w:p>
        </w:tc>
        <w:tc>
          <w:tcPr>
            <w:tcW w:type="dxa" w:w="1728"/>
          </w:tcPr>
          <w:p>
            <w:r>
              <w:t>C (90 min)</w:t>
            </w:r>
          </w:p>
        </w:tc>
        <w:tc>
          <w:tcPr>
            <w:tcW w:type="dxa" w:w="1728"/>
          </w:tcPr>
          <w:p>
            <w:r>
              <w:t>**A** (aut. blussing)</w:t>
            </w:r>
          </w:p>
        </w:tc>
        <w:tc>
          <w:tcPr>
            <w:tcW w:type="dxa" w:w="1728"/>
          </w:tcPr>
          <w:p>
            <w:r>
              <w:t>**A**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&gt;20.000 kg</w:t>
            </w:r>
          </w:p>
        </w:tc>
        <w:tc>
          <w:tcPr>
            <w:tcW w:type="dxa" w:w="1728"/>
          </w:tcPr>
          <w:p>
            <w:r>
              <w:t>A</w:t>
            </w:r>
          </w:p>
        </w:tc>
        <w:tc>
          <w:tcPr>
            <w:tcW w:type="dxa" w:w="1728"/>
          </w:tcPr>
          <w:p>
            <w:r>
              <w:t>A</w:t>
            </w:r>
          </w:p>
        </w:tc>
        <w:tc>
          <w:tcPr>
            <w:tcW w:type="dxa" w:w="1728"/>
          </w:tcPr>
          <w:p>
            <w:r>
              <w:t>**A**</w:t>
            </w:r>
          </w:p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¹ Alleen als V₂O₅ NIET op locatie wordt opgeslagen. Bij ADR 8 aggregaat 410 kg blijft het op basisniveau.</w:t>
      </w:r>
    </w:p>
    <w:p>
      <w:r>
        <w:rPr>
          <w:rFonts w:ascii="Calibri" w:hAnsi="Calibri"/>
          <w:color w:val="000000"/>
          <w:sz w:val="22"/>
        </w:rPr>
        <w:t>2 Monitoring</w:t>
        <w:br/>
        <w:t>Phoenix Metals dient de V₂O₅ opslaghoeveelheid structureel te monitoren. Bij overschrijding van 10.000 kg moet worden opgeschaald naar A-niveau (automatische blussing).</w:t>
      </w:r>
    </w:p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Aannames en Onzekerheden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Aanname</w:t>
            </w:r>
          </w:p>
        </w:tc>
        <w:tc>
          <w:tcPr>
            <w:tcW w:type="dxa" w:w="1728"/>
          </w:tcPr>
          <w:p>
            <w:r>
              <w:t>Impact</w:t>
            </w:r>
          </w:p>
        </w:tc>
        <w:tc>
          <w:tcPr>
            <w:tcW w:type="dxa" w:w="1728"/>
          </w:tcPr>
          <w:p>
            <w:r>
              <w:t>Actie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---</w:t>
            </w:r>
          </w:p>
        </w:tc>
        <w:tc>
          <w:tcPr>
            <w:tcW w:type="dxa" w:w="1728"/>
          </w:tcPr>
          <w:p>
            <w:r>
              <w:t>---------</w:t>
            </w:r>
          </w:p>
        </w:tc>
        <w:tc>
          <w:tcPr>
            <w:tcW w:type="dxa" w:w="1728"/>
          </w:tcPr>
          <w:p>
            <w:r>
              <w:t>--------</w:t>
            </w:r>
          </w:p>
        </w:tc>
        <w:tc>
          <w:tcPr>
            <w:tcW w:type="dxa" w:w="1728"/>
          </w:tcPr>
          <w:p>
            <w:r>
              <w:t>-------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V₂O₅ wordt opgeslagen op locatie</w:t>
            </w:r>
          </w:p>
        </w:tc>
        <w:tc>
          <w:tcPr>
            <w:tcW w:type="dxa" w:w="1728"/>
          </w:tcPr>
          <w:p>
            <w:r>
              <w:t>HOOG — bepaalt C vs Basis</w:t>
            </w:r>
          </w:p>
        </w:tc>
        <w:tc>
          <w:tcPr>
            <w:tcW w:type="dxa" w:w="1728"/>
          </w:tcPr>
          <w:p>
            <w:r>
              <w:t>Bevestig opslag ja/nee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V₂O₅ hoeveelheid &lt;10 ton</w:t>
            </w:r>
          </w:p>
        </w:tc>
        <w:tc>
          <w:tcPr>
            <w:tcW w:type="dxa" w:w="1728"/>
          </w:tcPr>
          <w:p>
            <w:r>
              <w:t>HOOG — bepaalt C vs A</w:t>
            </w:r>
          </w:p>
        </w:tc>
        <w:tc>
          <w:tcPr>
            <w:tcW w:type="dxa" w:w="1728"/>
          </w:tcPr>
          <w:p>
            <w:r>
              <w:t>Bevestig maximale hoeveelheid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Geen brandstoffen op locatie</w:t>
            </w:r>
          </w:p>
        </w:tc>
        <w:tc>
          <w:tcPr>
            <w:tcW w:type="dxa" w:w="1728"/>
          </w:tcPr>
          <w:p>
            <w:r>
              <w:t>HOOG — ADR 3 verandert niveau</w:t>
            </w:r>
          </w:p>
        </w:tc>
        <w:tc>
          <w:tcPr>
            <w:tcW w:type="dxa" w:w="1728"/>
          </w:tcPr>
          <w:p>
            <w:r>
              <w:t>Inventariseer brandstoffen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CaO = ADR 8 VG III</w:t>
            </w:r>
          </w:p>
        </w:tc>
        <w:tc>
          <w:tcPr>
            <w:tcW w:type="dxa" w:w="1728"/>
          </w:tcPr>
          <w:p>
            <w:r>
              <w:t>LAAG — 10 kg</w:t>
            </w:r>
          </w:p>
        </w:tc>
        <w:tc>
          <w:tcPr>
            <w:tcW w:type="dxa" w:w="1728"/>
          </w:tcPr>
          <w:p>
            <w:r>
              <w:t>Verifieer SDS</w:t>
            </w:r>
          </w:p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V(IV) sulfaat = geen significant ADR</w:t>
            </w:r>
          </w:p>
        </w:tc>
        <w:tc>
          <w:tcPr>
            <w:tcW w:type="dxa" w:w="1728"/>
          </w:tcPr>
          <w:p>
            <w:r>
              <w:t>MIDDEN — bij ADR 6.1 versterkt C</w:t>
            </w:r>
          </w:p>
        </w:tc>
        <w:tc>
          <w:tcPr>
            <w:tcW w:type="dxa" w:w="1728"/>
          </w:tcPr>
          <w:p>
            <w:r>
              <w:t>Verkrijg SDS</w:t>
            </w:r>
          </w:p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color w:val="000000"/>
          <w:sz w:val="22"/>
        </w:rPr>
        <w:t>--</w:t>
      </w:r>
    </w:p>
    <w:p>
      <w:r>
        <w:rPr>
          <w:rFonts w:ascii="Calibri" w:hAnsi="Calibri"/>
          <w:color w:val="000000"/>
          <w:sz w:val="22"/>
        </w:rPr>
        <w:t>PGS 15:2025 Niveaubepaling Rapport v1.0 — Phoenix Metals — 27 april 2026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6"/>
      </w:rPr>
      <w:t>© 2026 JvG Consultancy | HSEQ | 28 april 2026 |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/>
        <w:color w:val="FFFFFF"/>
        <w:sz w:val="20"/>
      </w:rPr>
      <w:t>JvG Consultancy | PGS 15:2025 Phoenix Metals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