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Eindrapport Project V1.0</w:t>
      </w:r>
    </w:p>
    <w:p/>
    <w:p>
      <w:r>
        <w:rPr>
          <w:rFonts w:ascii="Calibri" w:hAnsi="Calibri"/>
          <w:color w:val="000000"/>
          <w:sz w:val="22"/>
        </w:rPr>
        <w:t>Eindrapport — PGS 15:2025 Phoenix Metals Compliance Project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Status: VOLTOOID  </w:t>
        <w:br/>
        <w:t>Projectlocatie: `/root/projects/jg/2026-pgs15-2025-phoenix-metals/`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Samenvatting</w:t>
      </w:r>
    </w:p>
    <w:p>
      <w:r>
        <w:rPr>
          <w:rFonts w:ascii="Calibri" w:hAnsi="Calibri"/>
          <w:color w:val="000000"/>
          <w:sz w:val="22"/>
        </w:rPr>
        <w:t>In opdracht van Phoenix Metals is een volledig PGS 15:2025 compliance project uitgevoerd voor de opslag van gevaarlijke stoffen op de locatie Tata Steel terrein, IJmuiden. Het project omvatte data-extractie, niveaubepaling, compliance-toetsing en generatie van 11 professionele deliverables.</w:t>
      </w:r>
    </w:p>
    <w:p>
      <w:r>
        <w:rPr>
          <w:rFonts w:ascii="Calibri" w:hAnsi="Calibri"/>
          <w:color w:val="000000"/>
          <w:sz w:val="22"/>
        </w:rPr>
        <w:t>Kernresultaat: Het bepaalde opslagniveau is C-niveau (Wbdbo 60 minuten), hoofdzakelijk gedreven door de aanwezigheid van vanadium(V) oxide (V₂O₅).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Kernbevindingen</w:t>
      </w:r>
    </w:p>
    <w:p>
      <w:r>
        <w:rPr>
          <w:rFonts w:ascii="Calibri" w:hAnsi="Calibri"/>
          <w:color w:val="000000"/>
          <w:sz w:val="22"/>
        </w:rPr>
        <w:t>1 Bepaald Opslagniveau: C-niveau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Route</w:t>
            </w:r>
          </w:p>
        </w:tc>
        <w:tc>
          <w:tcPr>
            <w:tcW w:type="dxa" w:w="2880"/>
          </w:tcPr>
          <w:p>
            <w:r>
              <w:t>Resultaat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</w:t>
            </w:r>
          </w:p>
        </w:tc>
        <w:tc>
          <w:tcPr>
            <w:tcW w:type="dxa" w:w="2880"/>
          </w:tcPr>
          <w:p>
            <w:r>
              <w:t>-----------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ADR 8 (bijtend, onbrandbaar)</w:t>
            </w:r>
          </w:p>
        </w:tc>
        <w:tc>
          <w:tcPr>
            <w:tcW w:type="dxa" w:w="2880"/>
          </w:tcPr>
          <w:p>
            <w:r>
              <w:t>Basisveiligheidsniveau (voetnoot c)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ADR 6.1 VG II (V₂O₅)</w:t>
            </w:r>
          </w:p>
        </w:tc>
        <w:tc>
          <w:tcPr>
            <w:tcW w:type="dxa" w:w="2880"/>
          </w:tcPr>
          <w:p>
            <w:r>
              <w:t>**C-niveau** (&lt;10 ton)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CLP Acute Tox. Cat. 2 (V₂O₅, H330)</w:t>
            </w:r>
          </w:p>
        </w:tc>
        <w:tc>
          <w:tcPr>
            <w:tcW w:type="dxa" w:w="2880"/>
          </w:tcPr>
          <w:p>
            <w:r>
              <w:t>**C-niveau** (&lt;10 ton)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**Strengste niveau**</w:t>
            </w:r>
          </w:p>
        </w:tc>
        <w:tc>
          <w:tcPr>
            <w:tcW w:type="dxa" w:w="2880"/>
          </w:tcPr>
          <w:p>
            <w:r>
              <w:t>**C-niveau (Wbdbo 60 min)**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2 Dominante Factor: V₂O₅</w:t>
      </w:r>
    </w:p>
    <w:p>
      <w:r>
        <w:rPr>
          <w:rFonts w:ascii="Calibri" w:hAnsi="Calibri"/>
          <w:color w:val="000000"/>
          <w:sz w:val="22"/>
        </w:rPr>
        <w:t>Vanadium(V) oxide (CAS 1314-62-1) combineert:</w:t>
        <w:br/>
        <w:t>Carc. 1B (H350i) — kankerverwekkend bij inademing</w:t>
        <w:br/>
        <w:t>Acute Tox. 2 (H330) — dodelijk bij inademing</w:t>
        <w:br/>
        <w:t>Repr. 2 (H361fd) — schadelijk voor voortplanting</w:t>
        <w:br/>
        <w:t>ADR 6.1 VG II — giftig</w:t>
      </w:r>
    </w:p>
    <w:p>
      <w:r>
        <w:rPr>
          <w:rFonts w:ascii="Calibri" w:hAnsi="Calibri"/>
          <w:color w:val="000000"/>
          <w:sz w:val="22"/>
        </w:rPr>
        <w:t>V₂O₅ triggert C-niveau vanaf 1 kg (via CLP Acute Tox. 2 ondergrens).</w:t>
      </w:r>
    </w:p>
    <w:p>
      <w:r>
        <w:rPr>
          <w:rFonts w:ascii="Calibri" w:hAnsi="Calibri"/>
          <w:color w:val="000000"/>
          <w:sz w:val="22"/>
        </w:rPr>
        <w:t>3 Schaalniveaus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V₂O₅ opslag</w:t>
            </w:r>
          </w:p>
        </w:tc>
        <w:tc>
          <w:tcPr>
            <w:tcW w:type="dxa" w:w="2160"/>
          </w:tcPr>
          <w:p>
            <w:r>
              <w:t>Opslagniveau</w:t>
            </w:r>
          </w:p>
        </w:tc>
        <w:tc>
          <w:tcPr>
            <w:tcW w:type="dxa" w:w="2160"/>
          </w:tcPr>
          <w:p>
            <w:r>
              <w:t>Verantwoording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-------------</w:t>
            </w:r>
          </w:p>
        </w:tc>
        <w:tc>
          <w:tcPr>
            <w:tcW w:type="dxa" w:w="2160"/>
          </w:tcPr>
          <w:p>
            <w:r>
              <w:t>-------------</w:t>
            </w:r>
          </w:p>
        </w:tc>
        <w:tc>
          <w:tcPr>
            <w:tcW w:type="dxa" w:w="2160"/>
          </w:tcPr>
          <w:p>
            <w:r>
              <w:t>----------------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0 kg</w:t>
            </w:r>
          </w:p>
        </w:tc>
        <w:tc>
          <w:tcPr>
            <w:tcW w:type="dxa" w:w="2160"/>
          </w:tcPr>
          <w:p>
            <w:r>
              <w:t>Basis</w:t>
            </w:r>
          </w:p>
        </w:tc>
        <w:tc>
          <w:tcPr>
            <w:tcW w:type="dxa" w:w="2160"/>
          </w:tcPr>
          <w:p>
            <w:r>
              <w:t>Alleen ADR 8 aggregaat (~410 kg)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 kg – 10.000 kg</w:t>
            </w:r>
          </w:p>
        </w:tc>
        <w:tc>
          <w:tcPr>
            <w:tcW w:type="dxa" w:w="2160"/>
          </w:tcPr>
          <w:p>
            <w:r>
              <w:t>**C-niveau**</w:t>
            </w:r>
          </w:p>
        </w:tc>
        <w:tc>
          <w:tcPr>
            <w:tcW w:type="dxa" w:w="2160"/>
          </w:tcPr>
          <w:p>
            <w:r>
              <w:t>Zowel ADR 6.1 VG II als CLP Acute Tox. 2 → C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10.000 – 20.000 kg</w:t>
            </w:r>
          </w:p>
        </w:tc>
        <w:tc>
          <w:tcPr>
            <w:tcW w:type="dxa" w:w="2160"/>
          </w:tcPr>
          <w:p>
            <w:r>
              <w:t>**A-niveau**</w:t>
            </w:r>
          </w:p>
        </w:tc>
        <w:tc>
          <w:tcPr>
            <w:tcW w:type="dxa" w:w="2160"/>
          </w:tcPr>
          <w:p>
            <w:r>
              <w:t>CLP Acute Tox. 2 triggert A bij &gt;10 ton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&gt;20.000 kg</w:t>
            </w:r>
          </w:p>
        </w:tc>
        <w:tc>
          <w:tcPr>
            <w:tcW w:type="dxa" w:w="2160"/>
          </w:tcPr>
          <w:p>
            <w:r>
              <w:t>**A-niveau**</w:t>
            </w:r>
          </w:p>
        </w:tc>
        <w:tc>
          <w:tcPr>
            <w:tcW w:type="dxa" w:w="2160"/>
          </w:tcPr>
          <w:p>
            <w:r>
              <w:t>Zowel ADR als CLP route → A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Belangrijke correctie: In de oorspronkelijke Fase 3 deliverables stond abusievelijk dat A-niveau geldt vanaf &gt;1.000 kg. Dit is in Fase 4 gecorrigeerd naar &gt;10.000 kg. Zie §3 voor details.</w:t>
      </w:r>
    </w:p>
    <w:p>
      <w:r>
        <w:rPr>
          <w:rFonts w:ascii="Calibri" w:hAnsi="Calibri"/>
          <w:color w:val="000000"/>
          <w:sz w:val="22"/>
        </w:rPr>
        <w:t>4 Compliance Score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Score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Percentage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</w:t>
            </w:r>
          </w:p>
        </w:tc>
        <w:tc>
          <w:tcPr>
            <w:tcW w:type="dxa" w:w="2160"/>
          </w:tcPr>
          <w:p>
            <w:r>
              <w:t>--------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✅ Voldoet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18%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⚠️ Gedeeltelijk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31%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❓ Niet te toetsen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51%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❌ Niet voldoende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0%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Thema-scores:</w:t>
        <w:br/>
        <w:t>Brandveiligheid: ⚠️ Gedeeltelijk</w:t>
        <w:br/>
        <w:t>Gezondheid: ⚠️ Gedeeltelijk</w:t>
        <w:br/>
        <w:t>Milieu: ❓ Grotendeels niet te toetsen</w:t>
        <w:br/>
        <w:t>Constructief (C-niveau): ❓ Niet te toetsen (geen bouwkundige data)</w:t>
        <w:br/>
        <w:t>Organisatorisch: ⚠️ Gedeeltelijk</w:t>
        <w:br/>
        <w:t>Seveso/BRZO: ✅ Voldoet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QC Resultaat — Per Document</w:t>
      </w:r>
    </w:p>
    <w:p>
      <w:r>
        <w:rPr>
          <w:rFonts w:ascii="Calibri" w:hAnsi="Calibri"/>
          <w:color w:val="000000"/>
          <w:sz w:val="22"/>
        </w:rPr>
        <w:t>DOC-01: Beleidsdocument Opslagveiligheid v1.0</w:t>
        <w:br/>
        <w:t>Beoordeling: ✅ GOED</w:t>
        <w:br/>
        <w:t>Feitelijk accuraat, professionele structuur, Golden Standard</w:t>
        <w:br/>
        <w:t>Geen correcties vereist</w:t>
      </w:r>
    </w:p>
    <w:p>
      <w:r>
        <w:rPr>
          <w:rFonts w:ascii="Calibri" w:hAnsi="Calibri"/>
          <w:color w:val="000000"/>
          <w:sz w:val="22"/>
        </w:rPr>
        <w:t>DOC-02: Procedure Opslag Gevaarlijke Stoffen v1.0</w:t>
        <w:br/>
        <w:t>Beoordeling: ✅ GOED (na correctie)</w:t>
        <w:br/>
        <w:t>Correctie: §6.3 tabel: "&gt;1.000 kg → A-niveau" gewijzigd naar "&gt;10.000 kg → A-niveau"</w:t>
      </w:r>
    </w:p>
    <w:p>
      <w:r>
        <w:rPr>
          <w:rFonts w:ascii="Calibri" w:hAnsi="Calibri"/>
          <w:color w:val="000000"/>
          <w:sz w:val="22"/>
        </w:rPr>
        <w:t>DOC-03: Werkinstructie Opslag &amp; H-zin Beheer v1.0</w:t>
        <w:br/>
        <w:t>Beoordeling: ✅ GOED</w:t>
        <w:br/>
        <w:t>Heldere stappenplannen, correcte H-zin interpretatie</w:t>
        <w:br/>
        <w:t>Geen correcties vereist</w:t>
      </w:r>
    </w:p>
    <w:p>
      <w:r>
        <w:rPr>
          <w:rFonts w:ascii="Calibri" w:hAnsi="Calibri"/>
          <w:color w:val="000000"/>
          <w:sz w:val="22"/>
        </w:rPr>
        <w:t>DOC-04: Compliance Toets PGS 15:2025 v1.0</w:t>
        <w:br/>
        <w:t>Beoordeling: ✅ GOED (na correctie)</w:t>
        <w:br/>
        <w:t>Correctie: §2.6 D12: "&gt;1 ton V₂O₅" gewijzigd naar "&gt;10 ton V₂O₅"</w:t>
      </w:r>
    </w:p>
    <w:p>
      <w:r>
        <w:rPr>
          <w:rFonts w:ascii="Calibri" w:hAnsi="Calibri"/>
          <w:color w:val="000000"/>
          <w:sz w:val="22"/>
        </w:rPr>
        <w:t>DOC-05: Kennisdossier PGS 15:2025 v1.0</w:t>
        <w:br/>
        <w:t>Beoordeling: ✅ GOED (na correctie)</w:t>
        <w:br/>
        <w:t>Correctie 1: §6.2: "Vanaf 1.000 kg → A-niveau" gewijzigd naar "Vanaf 10.000 kg"</w:t>
        <w:br/>
        <w:t>Correctie 2: §7.4: "V₂O₅ via CLP Acute Tox. 2 → C-niveau (&lt;1 ton)" gewijzigd naar "&lt;10 ton"</w:t>
      </w:r>
    </w:p>
    <w:p>
      <w:r>
        <w:rPr>
          <w:rFonts w:ascii="Calibri" w:hAnsi="Calibri"/>
          <w:color w:val="000000"/>
          <w:sz w:val="22"/>
        </w:rPr>
        <w:t>DOC-06: Niveaubepaling Rapport v1.0</w:t>
        <w:br/>
        <w:t>Beoordeling: ✅ GOED (na correcties)</w:t>
        <w:br/>
        <w:t>Correctie 1: §4.1: "Drempel A-niveau bij 1 ton" → "Drempel A-niveau bij 10 ton (via CLP Acute Tox. 2)"</w:t>
        <w:br/>
        <w:t>Correctie 2: §7.1 schaalniveaus tabel: Rij 1.000-10.000 kg van A → C gecorrigeerd; nieuwe rij 10.000-20.000 kg (A) toegevoegd</w:t>
        <w:br/>
        <w:t>Correctie 3: §6.3 monitoring: "1.000 kg" → "10.000 kg"</w:t>
        <w:br/>
        <w:t>Correctie 4: §8 aannames: "V₂O₅ hoeveelheid &lt;1 ton" → "&lt;10 ton"</w:t>
      </w:r>
    </w:p>
    <w:p>
      <w:r>
        <w:rPr>
          <w:rFonts w:ascii="Calibri" w:hAnsi="Calibri"/>
          <w:color w:val="000000"/>
          <w:sz w:val="22"/>
        </w:rPr>
        <w:t>DOC-07: Management Presentatie Outline v1.0</w:t>
        <w:br/>
        <w:t>Beoordeling: ✅ GOED (na correcties)</w:t>
        <w:br/>
        <w:t>Correctie 1: Slide 8 tabel: "1 kg – 1 ton" → "1 kg – 10 ton"; "&gt;1 ton" → "&gt;10 ton"</w:t>
        <w:br/>
        <w:t>Correctie 2: Slide 8 key message: "&gt;1 ton" → "&gt;10 ton"</w:t>
        <w:br/>
        <w:t>Correctie 3: Slide 16 samenvatting: "&lt;1 ton" → "&lt;10 ton"</w:t>
      </w:r>
    </w:p>
    <w:p>
      <w:r>
        <w:rPr>
          <w:rFonts w:ascii="Calibri" w:hAnsi="Calibri"/>
          <w:color w:val="000000"/>
          <w:sz w:val="22"/>
        </w:rPr>
        <w:t>DOC-08: eLearning Module PGS 15:2025 v1.0</w:t>
        <w:br/>
        <w:t>Beoordeling: ✅ GOED (na correcties)</w:t>
        <w:br/>
        <w:t>Correctie 1: Niveautabel: "&gt;1 ton V₂O₅" → "&gt;10 ton V₂O₅"</w:t>
        <w:br/>
        <w:t>Correctie 2: CLP-route tabel: "&lt;1 ton / &gt;1 ton" → "&lt;10 ton / &gt;10 ton"</w:t>
        <w:br/>
        <w:t>Correctie 3: Quiz vraag 6: correct antwoord gewijzigd van "1.000 kg" (index 2) naar "10.000 kg" (index 3)</w:t>
      </w:r>
    </w:p>
    <w:p>
      <w:r>
        <w:rPr>
          <w:rFonts w:ascii="Calibri" w:hAnsi="Calibri"/>
          <w:color w:val="000000"/>
          <w:sz w:val="22"/>
        </w:rPr>
        <w:t>DOC-09: Basishandleiding Medewerkers v1.0</w:t>
        <w:br/>
        <w:t>Beoordeling: ✅ GOED</w:t>
        <w:br/>
        <w:t>Toegankelijke taal, correcte gevareninformatie, geen PGS 15-drempels genoemd</w:t>
        <w:br/>
        <w:t>Geen correcties vereist</w:t>
      </w:r>
    </w:p>
    <w:p>
      <w:r>
        <w:rPr>
          <w:rFonts w:ascii="Calibri" w:hAnsi="Calibri"/>
          <w:color w:val="000000"/>
          <w:sz w:val="22"/>
        </w:rPr>
        <w:t>DOC-10: Audit Checklist &amp; Rapport Template v1.0</w:t>
        <w:br/>
        <w:t>Beoordeling: ✅ GOED</w:t>
        <w:br/>
        <w:t>Volledige checklist met 49 controlepunten, correcte PGS 15 referenties</w:t>
        <w:br/>
        <w:t>Geen correcties vereist</w:t>
      </w:r>
    </w:p>
    <w:p>
      <w:r>
        <w:rPr>
          <w:rFonts w:ascii="Calibri" w:hAnsi="Calibri"/>
          <w:color w:val="000000"/>
          <w:sz w:val="22"/>
        </w:rPr>
        <w:t>DOC-11: Scanner Compliance Data v1.0 (JSON)</w:t>
        <w:br/>
        <w:t>Beoordeling: ✅ GOED (na correcties)</w:t>
        <w:br/>
        <w:t>Correctie 1: schaalniveaus.C: "1 kg – 1.000 kg" → "1 kg – 10.000 kg"</w:t>
        <w:br/>
        <w:t>Correctie 2: schaalniveaus.A: "&gt;1.000 kg" → "&gt;10.000 kg"</w:t>
      </w:r>
    </w:p>
    <w:p>
      <w:r>
        <w:rPr>
          <w:rFonts w:ascii="Calibri" w:hAnsi="Calibri"/>
          <w:color w:val="000000"/>
          <w:sz w:val="22"/>
        </w:rPr>
        <w:t>Totaal QC</w:t>
        <w:br/>
        <w:t>11 documenten beoordeeld</w:t>
        <w:br/>
        <w:t>8 documenten gecorrigeerd (allen voor dezelfde systematische fout)</w:t>
        <w:br/>
        <w:t>0 documenten met structurele of inhoudelijke problemen</w:t>
        <w:br/>
        <w:t>Fout: Systematische verwarring tussen CLP Acute Tox. Cat. 1 (A bij &gt;1 ton) en Cat. 2 (A bij &gt;10 ton)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Openstaande Punten</w:t>
      </w:r>
    </w:p>
    <w:p>
      <w:r>
        <w:rPr>
          <w:rFonts w:ascii="Calibri" w:hAnsi="Calibri"/>
          <w:color w:val="000000"/>
          <w:sz w:val="22"/>
        </w:rPr>
        <w:t>Phoenix Metals dient de volgende openstaande punten te adresseren voordat C-niveau compliance kan worden gerealiseerd. Gedetailleerde beschrijving in `/working/openstaande_punten_v1.0.md`.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Aanbevelingen — Volgende Stappen</w:t>
      </w:r>
    </w:p>
    <w:p>
      <w:r>
        <w:rPr>
          <w:rFonts w:ascii="Calibri" w:hAnsi="Calibri"/>
          <w:color w:val="000000"/>
          <w:sz w:val="22"/>
        </w:rPr>
        <w:t>Direct (Week 1-2)</w:t>
        <w:br/>
        <w:t>Beantwoord 3 kritieke vragen (V₂O₅ hoeveelheid, complete stoffenlijst, brandstoffen)</w:t>
        <w:br/>
        <w:t>Goedkeuring beleidsdocument opslagveiligheid door directie</w:t>
        <w:br/>
        <w:t>Completeer stoffenregistratie (V₂O₅ toevoegen aan MASTER)</w:t>
      </w:r>
    </w:p>
    <w:p>
      <w:r>
        <w:rPr>
          <w:rFonts w:ascii="Calibri" w:hAnsi="Calibri"/>
          <w:color w:val="000000"/>
          <w:sz w:val="22"/>
        </w:rPr>
        <w:t>Korte termijn (Week 3-8)</w:t>
        <w:br/>
        <w:t>Implementeer C-niveau constructieve maatregelen: branddetectie (NEN 2535), Wbdbo 60 min verificatie</w:t>
        <w:br/>
        <w:t>Stoffenscheiding fysiek implementeren: zuur/base, giftig/bijtend</w:t>
        <w:br/>
        <w:t>PBM-programma V₂O₅: P3-maskers, training, blootstellingsregister</w:t>
      </w:r>
    </w:p>
    <w:p>
      <w:r>
        <w:rPr>
          <w:rFonts w:ascii="Calibri" w:hAnsi="Calibri"/>
          <w:color w:val="000000"/>
          <w:sz w:val="22"/>
        </w:rPr>
        <w:t>Middellange termijn (Week 9-12)</w:t>
        <w:br/>
        <w:t>Training medewerkers: PGS 15 basis + V₂O₅ specifiek</w:t>
        <w:br/>
        <w:t>Interne audit met checklist (DOC-10)</w:t>
        <w:br/>
        <w:t>AGO-programma opstarten voor CMR-blootgestelden</w:t>
      </w:r>
    </w:p>
    <w:p>
      <w:r>
        <w:rPr>
          <w:rFonts w:ascii="Calibri" w:hAnsi="Calibri"/>
          <w:color w:val="000000"/>
          <w:sz w:val="22"/>
        </w:rPr>
        <w:t>Strategisch</w:t>
        <w:br/>
        <w:t>Houd V₂O₅ opslag &lt;10.000 kg om A-niveau (automatische blussing) te voorkomen</w:t>
        <w:br/>
        <w:t>Overweeg V₂O₅-afvoerfrequentie te verhogen bij productie-opSchaling</w:t>
        <w:br/>
        <w:t>Integreer PGS 15 in omgevingsvergunningstraject (lopend via Arcadis)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Deliverables Overzichtstabel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Document</w:t>
            </w:r>
          </w:p>
        </w:tc>
        <w:tc>
          <w:tcPr>
            <w:tcW w:type="dxa" w:w="1234"/>
          </w:tcPr>
          <w:p>
            <w:r>
              <w:t>Bestand</w:t>
            </w:r>
          </w:p>
        </w:tc>
        <w:tc>
          <w:tcPr>
            <w:tcW w:type="dxa" w:w="1234"/>
          </w:tcPr>
          <w:p>
            <w:r>
              <w:t>Formaat</w:t>
            </w:r>
          </w:p>
        </w:tc>
        <w:tc>
          <w:tcPr>
            <w:tcW w:type="dxa" w:w="1234"/>
          </w:tcPr>
          <w:p>
            <w:r>
              <w:t>Omvang</w:t>
            </w:r>
          </w:p>
        </w:tc>
        <w:tc>
          <w:tcPr>
            <w:tcW w:type="dxa" w:w="1234"/>
          </w:tcPr>
          <w:p>
            <w:r>
              <w:t>QC Status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---</w:t>
            </w:r>
          </w:p>
        </w:tc>
        <w:tc>
          <w:tcPr>
            <w:tcW w:type="dxa" w:w="1234"/>
          </w:tcPr>
          <w:p>
            <w:r>
              <w:t>----------</w:t>
            </w:r>
          </w:p>
        </w:tc>
        <w:tc>
          <w:tcPr>
            <w:tcW w:type="dxa" w:w="1234"/>
          </w:tcPr>
          <w:p>
            <w:r>
              <w:t>---------</w:t>
            </w:r>
          </w:p>
        </w:tc>
        <w:tc>
          <w:tcPr>
            <w:tcW w:type="dxa" w:w="1234"/>
          </w:tcPr>
          <w:p>
            <w:r>
              <w:t>---------</w:t>
            </w:r>
          </w:p>
        </w:tc>
        <w:tc>
          <w:tcPr>
            <w:tcW w:type="dxa" w:w="1234"/>
          </w:tcPr>
          <w:p>
            <w:r>
              <w:t>--------</w:t>
            </w:r>
          </w:p>
        </w:tc>
        <w:tc>
          <w:tcPr>
            <w:tcW w:type="dxa" w:w="1234"/>
          </w:tcPr>
          <w:p>
            <w:r>
              <w:t>-----------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Beleidsdocument Opslagveiligheid</w:t>
            </w:r>
          </w:p>
        </w:tc>
        <w:tc>
          <w:tcPr>
            <w:tcW w:type="dxa" w:w="1234"/>
          </w:tcPr>
          <w:p>
            <w:r>
              <w:t>`docx/beleidsdocument_opslagveiligheid_v1.0.md`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7,0 KB</w:t>
            </w:r>
          </w:p>
        </w:tc>
        <w:tc>
          <w:tcPr>
            <w:tcW w:type="dxa" w:w="1234"/>
          </w:tcPr>
          <w:p>
            <w:r>
              <w:t>✅ Goed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Procedure Opslag Gevaarlijke Stoffen</w:t>
            </w:r>
          </w:p>
        </w:tc>
        <w:tc>
          <w:tcPr>
            <w:tcW w:type="dxa" w:w="1234"/>
          </w:tcPr>
          <w:p>
            <w:r>
              <w:t>`docx/procedure_opslag_gevaarlijke_stoffen_v1.0.md`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9,7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Werkinstructie Opslag &amp; H-zin Beheer</w:t>
            </w:r>
          </w:p>
        </w:tc>
        <w:tc>
          <w:tcPr>
            <w:tcW w:type="dxa" w:w="1234"/>
          </w:tcPr>
          <w:p>
            <w:r>
              <w:t>`docx/werkinstructie_opslag_hzinnen_v1.0.md`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5,9 KB</w:t>
            </w:r>
          </w:p>
        </w:tc>
        <w:tc>
          <w:tcPr>
            <w:tcW w:type="dxa" w:w="1234"/>
          </w:tcPr>
          <w:p>
            <w:r>
              <w:t>✅ Goed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Compliance Toets PGS 15:2025</w:t>
            </w:r>
          </w:p>
        </w:tc>
        <w:tc>
          <w:tcPr>
            <w:tcW w:type="dxa" w:w="1234"/>
          </w:tcPr>
          <w:p>
            <w:r>
              <w:t>`docx/compliance_toets_pgs15_v1.0.md`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9,6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Kennisdossier PGS 15:2025</w:t>
            </w:r>
          </w:p>
        </w:tc>
        <w:tc>
          <w:tcPr>
            <w:tcW w:type="dxa" w:w="1234"/>
          </w:tcPr>
          <w:p>
            <w:r>
              <w:t>`docx/kennisdossier_pgs15_2025_v1.0.md`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7,9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Niveaubepaling Rapport</w:t>
            </w:r>
          </w:p>
        </w:tc>
        <w:tc>
          <w:tcPr>
            <w:tcW w:type="dxa" w:w="1234"/>
          </w:tcPr>
          <w:p>
            <w:r>
              <w:t>`docx/niveaubepaling_rapport_v1.0.md`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6,8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Management Presentatie Outline</w:t>
            </w:r>
          </w:p>
        </w:tc>
        <w:tc>
          <w:tcPr>
            <w:tcW w:type="dxa" w:w="1234"/>
          </w:tcPr>
          <w:p>
            <w:r>
              <w:t>`pptx/management_presentatie_outline_v1.0.md`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6,6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eLearning Module PGS 15:2025</w:t>
            </w:r>
          </w:p>
        </w:tc>
        <w:tc>
          <w:tcPr>
            <w:tcW w:type="dxa" w:w="1234"/>
          </w:tcPr>
          <w:p>
            <w:r>
              <w:t>`html/elearning_pgs15_2025_v1.0.html`</w:t>
            </w:r>
          </w:p>
        </w:tc>
        <w:tc>
          <w:tcPr>
            <w:tcW w:type="dxa" w:w="1234"/>
          </w:tcPr>
          <w:p>
            <w:r>
              <w:t>HTML</w:t>
            </w:r>
          </w:p>
        </w:tc>
        <w:tc>
          <w:tcPr>
            <w:tcW w:type="dxa" w:w="1234"/>
          </w:tcPr>
          <w:p>
            <w:r>
              <w:t>16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Basishandleiding Medewerkers</w:t>
            </w:r>
          </w:p>
        </w:tc>
        <w:tc>
          <w:tcPr>
            <w:tcW w:type="dxa" w:w="1234"/>
          </w:tcPr>
          <w:p>
            <w:r>
              <w:t>`docx/basishandleiding_medewerkers_v1.0.md`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3,2 KB</w:t>
            </w:r>
          </w:p>
        </w:tc>
        <w:tc>
          <w:tcPr>
            <w:tcW w:type="dxa" w:w="1234"/>
          </w:tcPr>
          <w:p>
            <w:r>
              <w:t>✅ Goed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Audit Checklist &amp; Rapport Template</w:t>
            </w:r>
          </w:p>
        </w:tc>
        <w:tc>
          <w:tcPr>
            <w:tcW w:type="dxa" w:w="1234"/>
          </w:tcPr>
          <w:p>
            <w:r>
              <w:t>`docx/audit_checklist_rapport_v1.0.md`</w:t>
            </w:r>
          </w:p>
        </w:tc>
        <w:tc>
          <w:tcPr>
            <w:tcW w:type="dxa" w:w="1234"/>
          </w:tcPr>
          <w:p>
            <w:r>
              <w:t>MD</w:t>
            </w:r>
          </w:p>
        </w:tc>
        <w:tc>
          <w:tcPr>
            <w:tcW w:type="dxa" w:w="1234"/>
          </w:tcPr>
          <w:p>
            <w:r>
              <w:t>6,2 KB</w:t>
            </w:r>
          </w:p>
        </w:tc>
        <w:tc>
          <w:tcPr>
            <w:tcW w:type="dxa" w:w="1234"/>
          </w:tcPr>
          <w:p>
            <w:r>
              <w:t>✅ Goed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Scanner Compliance Data</w:t>
            </w:r>
          </w:p>
        </w:tc>
        <w:tc>
          <w:tcPr>
            <w:tcW w:type="dxa" w:w="1234"/>
          </w:tcPr>
          <w:p>
            <w:r>
              <w:t>`json/scanner_compliance_data_v1.0.json`</w:t>
            </w:r>
          </w:p>
        </w:tc>
        <w:tc>
          <w:tcPr>
            <w:tcW w:type="dxa" w:w="1234"/>
          </w:tcPr>
          <w:p>
            <w:r>
              <w:t>JSON</w:t>
            </w:r>
          </w:p>
        </w:tc>
        <w:tc>
          <w:tcPr>
            <w:tcW w:type="dxa" w:w="1234"/>
          </w:tcPr>
          <w:p>
            <w:r>
              <w:t>11 KB</w:t>
            </w:r>
          </w:p>
        </w:tc>
        <w:tc>
          <w:tcPr>
            <w:tcW w:type="dxa" w:w="1234"/>
          </w:tcPr>
          <w:p>
            <w:r>
              <w:t>✅ Gecorrigeerd</w:t>
            </w:r>
          </w:p>
        </w:tc>
        <w:tc>
          <w:tcPr>
            <w:tcW w:type="dxa" w:w="1234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Eindrapport PGS 15:2025 Phoenix Metals v1.0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