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720000" cy="646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62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4"/>
        </w:rPr>
        <w:t>KPI Matrix Veiligheidsprestatie Indicatoren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3 — Controle op de Exploitatie</w:t>
        <w:br/>
        <w:t>Document #10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Phoenix Metals — Vanadium Recovery Plant, IJmuiden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2026-PM-VBS-Element3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KPI Matrix Veiligheidsprestatie Indicatoren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HQ_14 Data Analyst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1.0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HQ_14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Initiële opstelling KPI Matrix</w:t>
            </w:r>
          </w:p>
        </w:tc>
      </w:tr>
    </w:tbl>
    <w:p/>
    <w:p>
      <w:r>
        <w:rPr>
          <w:b/>
        </w:rPr>
        <w:t>Goedkeuring: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Handtekening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Directie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Phoenix Metals Management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Kas (Director)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JvG Consultancy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Scope</w:t>
      </w:r>
    </w:p>
    <w:p>
      <w:r>
        <w:t>Dit document definieert de Key Performance Indicators (KPI's) voor de veiligheidsprestatie van Phoenix Metals, als onderdeel van VBS Element 3 — Controle op de Exploitatie. De KPI's zijn afgeleid van BRZO 2015 Artikel 7 [1] en NTA 8620 [2], en koppelen direct met Element 1 Document #11 (Veiligheidsprestatie Indicatoren) [3].</w:t>
      </w:r>
    </w:p>
    <w:p>
      <w:r>
        <w:t>Doel: Het bieden van een meetbaar raamwerk voor de continue monitoring en verbetering van veiligheidsprestaties over alle processtappen van de vanadium recovery plant, inclusief alle inspectieniveaus.</w:t>
      </w:r>
    </w:p>
    <w:p>
      <w:r>
        <w:t>Scope: Alle operationele en onderhoudsactiviteiten binnen de Phoenix Metals inrichting te IJmuiden, inclusief werkvergunningen, TRA's, LOTO, overbruggingen, onderhoud, inspecties en incidentmanagement.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Wetgeving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Relevantie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BRZO 2015, Art. 7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Verplichting tot controle op de exploitatie; eist meetbare prestatie-indicatoren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NTA 8620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Specifieke eisen voor Control of Work, inspectie en onderhoudsmanagement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Arbowet / Arbobesluit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Algemene zorgplicht; specifieke eisen voor werken op hoogte, heet werk, risico-inventarisatie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Seveso III (2012/18/EU)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Kader voor veiligheidsmanagementsysteem en prestatiebewaking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Term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KPI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Key Performance Indicator — kwantificeerbare maat voor prestatie tegen een gesteld doel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Leading Indicator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Proactieve indicator die toekomstige prestatie voorspelt (bijv. inspectieratio, trainingdekking)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Lagging Indicator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Reactieve indicator die historische prestatie meet (bijv. LTIF, incidentenaantal)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Target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Beoogde prestatiewaarde — het doel waaraan moet worden voldaan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Drempelwaarde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Ondergrens — bij overschrijding (negatief) wordt escalatie geïnitieerd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Trend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Ontwikkeling van een KPI over tijd, gebruikt voor trendanalyse en benchmarking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KPI Framework</w:t>
      </w:r>
    </w:p>
    <w:p>
      <w:r>
        <w:t>Het KPI-raamwerk bestaat uit twee categorieën: Leading Indicators (proactief) en Lagging Indicators (reactief). Samen bieden zij een compleet beeld van de veiligheidsprestatie en het functioneren van het veiligheidsmanagementsysteem.</w:t>
      </w:r>
    </w:p>
    <w:p>
      <w:pPr>
        <w:pStyle w:val="Heading2"/>
      </w:pPr>
      <w:r>
        <w:rPr>
          <w:rFonts w:ascii="Calibri" w:hAnsi="Calibri"/>
          <w:color w:val="003366"/>
        </w:rPr>
        <w:t>4A. Leading Indicators (Proactief)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Eenheid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Drempel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Werkvergunningen tijdig afgesloten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systeem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&gt;95%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TRA's uitgevoerd voorafgaand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L-03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Preventief onderhoud op schema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Onderhoudsplan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&lt;85%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Inspectierondes uitgevoerd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Overbruggingen binnen tijdslimiet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Overbruggingslog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L-06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PSSR's uitgevoerd bij modificatie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PSSR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L-07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training voltooid personeel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Training matrix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&gt;95%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L-08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Gasmetingen uitgevoerd (heet werk)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Gasmeet-log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L-09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LOTO procedures correct uitgevoerd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LOTO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&gt;98%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Noodstops getest (periodiek)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Test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Correctieve acties binnen termijn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&lt;80%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Communicatie toolbox meetings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Toolbox 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≥4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&lt;2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4B. Lagging Indicators (Reactief)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Eenheid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Drempel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LTIF (Lost Time Injury Frequency)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mln uur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TRIR (Total Recordable Incident Rate)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mln uur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R-03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Near-misses gerapporteerd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Process Safety Events (PSE) Tier 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Process Safety Events (PSE) Tier 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R-06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Lekkages stoffen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&gt;1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R-07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Brandalarmen/onbedoelde ontsteking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Brandalarm 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R-08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Overtredingen vergunningvoorwaarden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systeem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Rapportage Structuur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Inhoud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Doelgroep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Wekelijks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Leading indicators dashboard (L-01 t/m L-10)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Specialist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Operationeel management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Maandelijks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Volledige KPI rapport (L + R) + management review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 + HSEQ team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Kwartaal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Trendanalyse + benchmark + actieplan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Jaarlijks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Jaarrapport + doelstellingen volgend jaar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 + 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Stakeholders + toezichthouder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Escalatie Protocol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Conditie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</w:tr>
      <w:tr>
        <w:tc>
          <w:tcPr>
            <w:tcW w:type="dxa" w:w="2351"/>
            <w:shd w:fill="92D050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Groen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op of boven target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Standaard rapportage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Regulier</w:t>
            </w:r>
          </w:p>
        </w:tc>
      </w:tr>
      <w:tr>
        <w:tc>
          <w:tcPr>
            <w:tcW w:type="dxa" w:w="2351"/>
            <w:shd w:fill="FFC000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Geel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tussen target en drempelwaarde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Actie vereist + oorzaakanalyse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Binnen 1 week</w:t>
            </w:r>
          </w:p>
        </w:tc>
      </w:tr>
      <w:tr>
        <w:tc>
          <w:tcPr>
            <w:tcW w:type="dxa" w:w="2351"/>
            <w:shd w:fill="FF0000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Rood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onder drempelwaarde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Directe actie + management escalatie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Binnen 24 uur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Verbetercyclus (PDCA)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Activiteit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Plan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Doelstellingen vaststellen per jaar; KPI's en targets definiëren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Jaarlijks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Do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Meten, monitoren en rapporteren van alle KPI's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Continu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Check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Trendanalyse, benchmarking, identificatie afwijkingen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Bijsturing, correctieve acties, preventieve maatregelen implementeren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Naar aanleiding van Check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Bronnenlijst</w:t>
      </w:r>
    </w:p>
    <w:p>
      <w:pPr>
        <w:spacing w:after="40"/>
      </w:pPr>
      <w:r>
        <w:t>[1] BRZO 2015, Artikel 7 — Controle op de exploitatie</w:t>
      </w:r>
    </w:p>
    <w:p>
      <w:pPr>
        <w:spacing w:after="40"/>
      </w:pPr>
      <w:r>
        <w:t>[2] NTA 8620 — Veiligheidsmanagementsysteem voor Seveso-inrichtingen</w:t>
      </w:r>
    </w:p>
    <w:p>
      <w:pPr>
        <w:spacing w:after="40"/>
      </w:pPr>
      <w:r>
        <w:t>[3] Element 1 Document #11 — Veiligheidsprestatie Indicatoren</w:t>
      </w:r>
    </w:p>
    <w:p>
      <w:pPr>
        <w:spacing w:after="40"/>
      </w:pPr>
      <w:r>
        <w:t>[4] Element 3 Document #09 — Inspectieprocedure</w:t>
      </w:r>
    </w:p>
    <w:p>
      <w:pPr>
        <w:spacing w:after="40"/>
      </w:pPr>
      <w:r>
        <w:t>[5] Element 3 Document #05 — Onderhoudsmanagement</w:t>
      </w:r>
    </w:p>
    <w:p>
      <w:pPr>
        <w:spacing w:after="40"/>
      </w:pPr>
      <w:r>
        <w:t>[6] Meta-Dossier VBS Element 3, versie 1.0 (2026-04-29)</w:t>
      </w:r>
    </w:p>
    <w:p>
      <w:pPr>
        <w:pStyle w:val="Heading1"/>
      </w:pPr>
      <w:r>
        <w:rPr>
          <w:rFonts w:ascii="Calibri" w:hAnsi="Calibri"/>
          <w:color w:val="003366"/>
        </w:rPr>
        <w:t>9.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Controle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KPI's gekoppeld aan BRZO Art. 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BRZO 2015 [1]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Leading/Lagging balans aanwezig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NTA 8620 [2], Element 1 Doc #11 [3]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Targets en drempelwaarden gedefinieerd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Meta-Dossier [6]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Escalatieprotocol gedefinieerd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Best practice NTA 8620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Rapportagestructuur compleet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BRZO 2015 [1], Element 3 Doc #09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PDCA-cyclus geïntegreerd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ISO 45001 / NTA 8620 [2]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Koppeling onderhoud- en inspectiedocumenten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Element 3 Doc #05 [5], Doc #09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/>
        <w:sz w:val="18"/>
        <w:color w:val="66666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