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CONTROL OF WORK PROCEDURE</w:t>
      </w:r>
    </w:p>
    <w:p>
      <w:pPr>
        <w:jc w:val="center"/>
      </w:pPr>
      <w:r>
        <w:rPr>
          <w:color w:val="1F2937"/>
          <w:sz w:val="28"/>
        </w:rPr>
        <w:t>VBS Element 3 — Controle op de Exploitatie</w:t>
        <w:br/>
        <w:t>Document #1: Control of Work (CoW)</w:t>
      </w:r>
    </w:p>
    <w:p>
      <w:pPr>
        <w:jc w:val="center"/>
      </w:pPr>
      <w:r>
        <w:rPr>
          <w:color w:val="374151"/>
          <w:sz w:val="24"/>
        </w:rPr>
        <w:t>Phoenix Metals — Vanadium Recovery Plant, IJmuiden</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Waarde</w:t>
            </w:r>
          </w:p>
        </w:tc>
      </w:tr>
      <w:tr>
        <w:tc>
          <w:tcPr>
            <w:tcW w:type="dxa" w:w="4703"/>
          </w:tcPr>
          <w:p>
            <w:r/>
            <w:r>
              <w:rPr>
                <w:rFonts w:ascii="Calibri" w:hAnsi="Calibri"/>
                <w:color w:val="1F2937"/>
                <w:sz w:val="20"/>
              </w:rPr>
              <w:t>Project</w:t>
            </w:r>
          </w:p>
        </w:tc>
        <w:tc>
          <w:tcPr>
            <w:tcW w:type="dxa" w:w="4703"/>
          </w:tcPr>
          <w:p>
            <w:r/>
            <w:r>
              <w:rPr>
                <w:rFonts w:ascii="Calibri" w:hAnsi="Calibri"/>
                <w:color w:val="1F2937"/>
                <w:sz w:val="20"/>
              </w:rPr>
              <w:t>2026-PM-VBS-Element3</w:t>
            </w:r>
          </w:p>
        </w:tc>
      </w:tr>
      <w:tr>
        <w:tc>
          <w:tcPr>
            <w:tcW w:type="dxa" w:w="4703"/>
            <w:shd w:fill="F8F9FA"/>
          </w:tcPr>
          <w:p>
            <w:r/>
            <w:r>
              <w:rPr>
                <w:rFonts w:ascii="Calibri" w:hAnsi="Calibri"/>
                <w:color w:val="1F2937"/>
                <w:sz w:val="20"/>
              </w:rPr>
              <w:t>Type</w:t>
            </w:r>
          </w:p>
        </w:tc>
        <w:tc>
          <w:tcPr>
            <w:tcW w:type="dxa" w:w="4703"/>
            <w:shd w:fill="F8F9FA"/>
          </w:tcPr>
          <w:p>
            <w:r/>
            <w:r>
              <w:rPr>
                <w:rFonts w:ascii="Calibri" w:hAnsi="Calibri"/>
                <w:color w:val="1F2937"/>
                <w:sz w:val="20"/>
              </w:rPr>
              <w:t>Procedure</w:t>
            </w:r>
          </w:p>
        </w:tc>
      </w:tr>
      <w:tr>
        <w:tc>
          <w:tcPr>
            <w:tcW w:type="dxa" w:w="4703"/>
          </w:tcPr>
          <w:p>
            <w:r/>
            <w:r>
              <w:rPr>
                <w:rFonts w:ascii="Calibri" w:hAnsi="Calibri"/>
                <w:color w:val="1F2937"/>
                <w:sz w:val="20"/>
              </w:rPr>
              <w:t>Referentie</w:t>
            </w:r>
          </w:p>
        </w:tc>
        <w:tc>
          <w:tcPr>
            <w:tcW w:type="dxa" w:w="4703"/>
          </w:tcPr>
          <w:p>
            <w:r/>
            <w:r>
              <w:rPr>
                <w:rFonts w:ascii="Calibri" w:hAnsi="Calibri"/>
                <w:color w:val="1F2937"/>
                <w:sz w:val="20"/>
              </w:rPr>
              <w:t>PE-290-01</w:t>
            </w:r>
          </w:p>
        </w:tc>
      </w:tr>
      <w:tr>
        <w:tc>
          <w:tcPr>
            <w:tcW w:type="dxa" w:w="4703"/>
            <w:shd w:fill="F8F9FA"/>
          </w:tcPr>
          <w:p>
            <w:r/>
            <w:r>
              <w:rPr>
                <w:rFonts w:ascii="Calibri" w:hAnsi="Calibri"/>
                <w:color w:val="1F2937"/>
                <w:sz w:val="20"/>
              </w:rPr>
              <w:t>Auteur</w:t>
            </w:r>
          </w:p>
        </w:tc>
        <w:tc>
          <w:tcPr>
            <w:tcW w:type="dxa" w:w="4703"/>
            <w:shd w:fill="F8F9FA"/>
          </w:tcPr>
          <w:p>
            <w:r/>
            <w:r>
              <w:rPr>
                <w:rFonts w:ascii="Calibri" w:hAnsi="Calibri"/>
                <w:color w:val="1F2937"/>
                <w:sz w:val="20"/>
              </w:rPr>
              <w:t>HQ_04 Technical Writer</w:t>
            </w:r>
          </w:p>
        </w:tc>
      </w:tr>
      <w:tr>
        <w:tc>
          <w:tcPr>
            <w:tcW w:type="dxa" w:w="4703"/>
          </w:tcPr>
          <w:p>
            <w:r/>
            <w:r>
              <w:rPr>
                <w:rFonts w:ascii="Calibri" w:hAnsi="Calibri"/>
                <w:color w:val="1F2937"/>
                <w:sz w:val="20"/>
              </w:rPr>
              <w:t>Versie</w:t>
            </w:r>
          </w:p>
        </w:tc>
        <w:tc>
          <w:tcPr>
            <w:tcW w:type="dxa" w:w="4703"/>
          </w:tcPr>
          <w:p>
            <w:r/>
            <w:r>
              <w:rPr>
                <w:rFonts w:ascii="Calibri" w:hAnsi="Calibri"/>
                <w:color w:val="1F2937"/>
                <w:sz w:val="20"/>
              </w:rPr>
              <w:t>1.0</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29 april 2026</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Final</w:t>
            </w:r>
          </w:p>
        </w:tc>
      </w:tr>
      <w:tr>
        <w:tc>
          <w:tcPr>
            <w:tcW w:type="dxa" w:w="4703"/>
            <w:shd w:fill="F8F9FA"/>
          </w:tcPr>
          <w:p>
            <w:r/>
            <w:r>
              <w:rPr>
                <w:rFonts w:ascii="Calibri" w:hAnsi="Calibri"/>
                <w:color w:val="1F2937"/>
                <w:sz w:val="20"/>
              </w:rPr>
              <w:t>Classificatie</w:t>
            </w:r>
          </w:p>
        </w:tc>
        <w:tc>
          <w:tcPr>
            <w:tcW w:type="dxa" w:w="4703"/>
            <w:shd w:fill="F8F9FA"/>
          </w:tcPr>
          <w:p>
            <w:r/>
            <w:r>
              <w:rPr>
                <w:rFonts w:ascii="Calibri" w:hAnsi="Calibri"/>
                <w:color w:val="1F2937"/>
                <w:sz w:val="20"/>
              </w:rPr>
              <w:t>Vertrouwelijk — Phoenix Metals</w:t>
            </w:r>
          </w:p>
        </w:tc>
      </w:tr>
    </w:tbl>
    <w:p>
      <w:r>
        <w:br w:type="page"/>
      </w:r>
    </w:p>
    <w:p>
      <w:pPr>
        <w:pStyle w:val="Heading1"/>
      </w:pPr>
      <w:r>
        <w:t>1. Documentbeheersing</w:t>
      </w:r>
    </w:p>
    <w:p>
      <w:pPr>
        <w:pStyle w:val="Heading2"/>
      </w:pPr>
      <w: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Versie</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Auteur</w:t>
            </w:r>
          </w:p>
        </w:tc>
        <w:tc>
          <w:tcPr>
            <w:tcW w:type="dxa" w:w="2351"/>
            <w:shd w:fill="003366"/>
          </w:tcPr>
          <w:p>
            <w:r/>
            <w:r>
              <w:rPr>
                <w:rFonts w:ascii="Calibri" w:hAnsi="Calibri"/>
                <w:b/>
                <w:color w:val="FFFFFF"/>
                <w:sz w:val="20"/>
              </w:rPr>
              <w:t>Wijziging</w:t>
            </w:r>
          </w:p>
        </w:tc>
      </w:tr>
      <w:tr>
        <w:tc>
          <w:tcPr>
            <w:tcW w:type="dxa" w:w="2351"/>
          </w:tcPr>
          <w:p>
            <w:r/>
            <w:r>
              <w:rPr>
                <w:rFonts w:ascii="Calibri" w:hAnsi="Calibri"/>
                <w:color w:val="1F2937"/>
                <w:sz w:val="20"/>
              </w:rPr>
              <w:t>0.1</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HQ_04</w:t>
            </w:r>
          </w:p>
        </w:tc>
        <w:tc>
          <w:tcPr>
            <w:tcW w:type="dxa" w:w="2351"/>
          </w:tcPr>
          <w:p>
            <w:r/>
            <w:r>
              <w:rPr>
                <w:rFonts w:ascii="Calibri" w:hAnsi="Calibri"/>
                <w:color w:val="1F2937"/>
                <w:sz w:val="20"/>
              </w:rPr>
              <w:t>Initiële opzet — Eerste release</w:t>
            </w:r>
          </w:p>
        </w:tc>
      </w:tr>
      <w:tr>
        <w:tc>
          <w:tcPr>
            <w:tcW w:type="dxa" w:w="2351"/>
            <w:shd w:fill="F8F9FA"/>
          </w:tcPr>
          <w:p>
            <w:r/>
            <w:r>
              <w:rPr>
                <w:rFonts w:ascii="Calibri" w:hAnsi="Calibri"/>
                <w:color w:val="1F2937"/>
                <w:sz w:val="20"/>
              </w:rPr>
              <w:t>1.0</w:t>
            </w:r>
          </w:p>
        </w:tc>
        <w:tc>
          <w:tcPr>
            <w:tcW w:type="dxa" w:w="2351"/>
            <w:shd w:fill="F8F9FA"/>
          </w:tcPr>
          <w:p>
            <w:r/>
            <w:r>
              <w:rPr>
                <w:rFonts w:ascii="Calibri" w:hAnsi="Calibri"/>
                <w:color w:val="1F2937"/>
                <w:sz w:val="20"/>
              </w:rPr>
              <w:t>2026-04-29</w:t>
            </w:r>
          </w:p>
        </w:tc>
        <w:tc>
          <w:tcPr>
            <w:tcW w:type="dxa" w:w="2351"/>
            <w:shd w:fill="F8F9FA"/>
          </w:tcPr>
          <w:p>
            <w:r/>
            <w:r>
              <w:rPr>
                <w:rFonts w:ascii="Calibri" w:hAnsi="Calibri"/>
                <w:color w:val="1F2937"/>
                <w:sz w:val="20"/>
              </w:rPr>
              <w:t>HQ_04</w:t>
            </w:r>
          </w:p>
        </w:tc>
        <w:tc>
          <w:tcPr>
            <w:tcW w:type="dxa" w:w="2351"/>
            <w:shd w:fill="F8F9FA"/>
          </w:tcPr>
          <w:p>
            <w:r/>
            <w:r>
              <w:rPr>
                <w:rFonts w:ascii="Calibri" w:hAnsi="Calibri"/>
                <w:color w:val="1F2937"/>
                <w:sz w:val="20"/>
              </w:rPr>
              <w:t>Final — Goedgekeurd voor uitgifte</w:t>
            </w:r>
          </w:p>
        </w:tc>
      </w:tr>
    </w:tbl>
    <w:p>
      <w:pPr>
        <w:pStyle w:val="Heading2"/>
      </w:pPr>
      <w: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Naam/Functie</w:t>
            </w:r>
          </w:p>
        </w:tc>
        <w:tc>
          <w:tcPr>
            <w:tcW w:type="dxa" w:w="3135"/>
            <w:shd w:fill="003366"/>
          </w:tcPr>
          <w:p>
            <w:r/>
            <w:r>
              <w:rPr>
                <w:rFonts w:ascii="Calibri" w:hAnsi="Calibri"/>
                <w:b/>
                <w:color w:val="FFFFFF"/>
                <w:sz w:val="20"/>
              </w:rPr>
              <w:t>Afdeling</w:t>
            </w:r>
          </w:p>
        </w:tc>
        <w:tc>
          <w:tcPr>
            <w:tcW w:type="dxa" w:w="3135"/>
            <w:shd w:fill="003366"/>
          </w:tcPr>
          <w:p>
            <w:r/>
            <w:r>
              <w:rPr>
                <w:rFonts w:ascii="Calibri" w:hAnsi="Calibri"/>
                <w:b/>
                <w:color w:val="FFFFFF"/>
                <w:sz w:val="20"/>
              </w:rPr>
              <w:t>Exemplaar</w:t>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t>Operations</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HSEQ Manager</w:t>
            </w:r>
          </w:p>
        </w:tc>
        <w:tc>
          <w:tcPr>
            <w:tcW w:type="dxa" w:w="3135"/>
            <w:shd w:fill="F8F9FA"/>
          </w:tcPr>
          <w:p>
            <w:r/>
            <w:r>
              <w:rPr>
                <w:rFonts w:ascii="Calibri" w:hAnsi="Calibri"/>
                <w:color w:val="1F2937"/>
                <w:sz w:val="20"/>
              </w:rPr>
              <w:t>HSEQ</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Werkvoorbereider</w:t>
            </w:r>
          </w:p>
        </w:tc>
        <w:tc>
          <w:tcPr>
            <w:tcW w:type="dxa" w:w="3135"/>
          </w:tcPr>
          <w:p>
            <w:r/>
            <w:r>
              <w:rPr>
                <w:rFonts w:ascii="Calibri" w:hAnsi="Calibri"/>
                <w:color w:val="1F2937"/>
                <w:sz w:val="20"/>
              </w:rPr>
              <w:t>Engineering</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Aannemer(coördinator)</w:t>
            </w:r>
          </w:p>
        </w:tc>
        <w:tc>
          <w:tcPr>
            <w:tcW w:type="dxa" w:w="3135"/>
            <w:shd w:fill="F8F9FA"/>
          </w:tcPr>
          <w:p>
            <w:r/>
            <w:r>
              <w:rPr>
                <w:rFonts w:ascii="Calibri" w:hAnsi="Calibri"/>
                <w:color w:val="1F2937"/>
                <w:sz w:val="20"/>
              </w:rPr>
              <w:t>Externe dienst</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Bedrijfsnoodorganisatie</w:t>
            </w:r>
          </w:p>
        </w:tc>
        <w:tc>
          <w:tcPr>
            <w:tcW w:type="dxa" w:w="3135"/>
          </w:tcPr>
          <w:p>
            <w:r/>
            <w:r>
              <w:rPr>
                <w:rFonts w:ascii="Calibri" w:hAnsi="Calibri"/>
                <w:color w:val="1F2937"/>
                <w:sz w:val="20"/>
              </w:rPr>
              <w:t>BNMO</w:t>
            </w:r>
          </w:p>
        </w:tc>
        <w:tc>
          <w:tcPr>
            <w:tcW w:type="dxa" w:w="3135"/>
          </w:tcPr>
          <w:p>
            <w:r/>
            <w:r>
              <w:rPr>
                <w:rFonts w:ascii="Calibri" w:hAnsi="Calibri"/>
                <w:color w:val="1F2937"/>
                <w:sz w:val="20"/>
              </w:rPr>
              <w:t>1</w:t>
            </w:r>
          </w:p>
        </w:tc>
      </w:tr>
    </w:tbl>
    <w:p>
      <w:pPr>
        <w:pStyle w:val="Heading2"/>
      </w:pPr>
      <w: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Rol</w:t>
            </w:r>
          </w:p>
        </w:tc>
        <w:tc>
          <w:tcPr>
            <w:tcW w:type="dxa" w:w="2351"/>
            <w:shd w:fill="003366"/>
          </w:tcPr>
          <w:p>
            <w:r/>
            <w:r>
              <w:rPr>
                <w:rFonts w:ascii="Calibri" w:hAnsi="Calibri"/>
                <w:b/>
                <w:color w:val="FFFFFF"/>
                <w:sz w:val="20"/>
              </w:rPr>
              <w:t>Naam</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Handtekening</w:t>
            </w:r>
          </w:p>
        </w:tc>
      </w:tr>
      <w:tr>
        <w:tc>
          <w:tcPr>
            <w:tcW w:type="dxa" w:w="2351"/>
          </w:tcPr>
          <w:p>
            <w:r/>
            <w:r>
              <w:rPr>
                <w:rFonts w:ascii="Calibri" w:hAnsi="Calibri"/>
                <w:color w:val="1F2937"/>
                <w:sz w:val="20"/>
              </w:rPr>
              <w:t>Opgesteld</w:t>
            </w:r>
          </w:p>
        </w:tc>
        <w:tc>
          <w:tcPr>
            <w:tcW w:type="dxa" w:w="2351"/>
          </w:tcPr>
          <w:p>
            <w:r/>
            <w:r>
              <w:rPr>
                <w:rFonts w:ascii="Calibri" w:hAnsi="Calibri"/>
                <w:color w:val="1F2937"/>
                <w:sz w:val="20"/>
              </w:rPr>
              <w:t>HQ_04 Technical Writer</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tcPr>
          <w:p>
            <w:r/>
            <w:r>
              <w:rPr>
                <w:rFonts w:ascii="Calibri" w:hAnsi="Calibri"/>
                <w:color w:val="1F2937"/>
                <w:sz w:val="20"/>
              </w:rPr>
              <w:t>Gecontroleerd</w:t>
            </w:r>
          </w:p>
        </w:tc>
        <w:tc>
          <w:tcPr>
            <w:tcW w:type="dxa" w:w="2351"/>
            <w:shd w:fill="F8F9FA"/>
          </w:tcPr>
          <w:p>
            <w:r/>
            <w:r>
              <w:rPr>
                <w:rFonts w:ascii="Calibri" w:hAnsi="Calibri"/>
                <w:color w:val="1F2937"/>
                <w:sz w:val="20"/>
              </w:rPr>
              <w:t>HSEQ Manager</w:t>
            </w:r>
          </w:p>
        </w:tc>
        <w:tc>
          <w:tcPr>
            <w:tcW w:type="dxa" w:w="2351"/>
            <w:shd w:fill="F8F9FA"/>
          </w:tcPr>
          <w:p>
            <w:r/>
            <w:r>
              <w:rPr>
                <w:rFonts w:ascii="Calibri" w:hAnsi="Calibri"/>
                <w:color w:val="1F2937"/>
                <w:sz w:val="20"/>
              </w:rPr>
            </w:r>
          </w:p>
        </w:tc>
        <w:tc>
          <w:tcPr>
            <w:tcW w:type="dxa" w:w="2351"/>
            <w:shd w:fill="F8F9FA"/>
          </w:tcPr>
          <w:p>
            <w:r/>
            <w:r>
              <w:rPr>
                <w:rFonts w:ascii="Calibri" w:hAnsi="Calibri"/>
                <w:color w:val="1F2937"/>
                <w:sz w:val="20"/>
              </w:rPr>
            </w:r>
          </w:p>
        </w:tc>
      </w:tr>
      <w:tr>
        <w:tc>
          <w:tcPr>
            <w:tcW w:type="dxa" w:w="2351"/>
          </w:tcPr>
          <w:p>
            <w:r/>
            <w:r>
              <w:rPr>
                <w:rFonts w:ascii="Calibri" w:hAnsi="Calibri"/>
                <w:color w:val="1F2937"/>
                <w:sz w:val="20"/>
              </w:rPr>
              <w:t>Goedgekeurd</w:t>
            </w:r>
          </w:p>
        </w:tc>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t>2. Doel en Toepassingsgebied</w:t>
      </w:r>
    </w:p>
    <w:p>
      <w:pPr>
        <w:pStyle w:val="Heading2"/>
      </w:pPr>
      <w:r>
        <w:t>2.1 Doel</w:t>
      </w:r>
    </w:p>
    <w:p>
      <w:r>
        <w:t>Deze procedure definieert het gestructureerde werkvergunningensysteem (Permit to Work, PtW) voor alle veiligheid-kritieke werkzaamheden bij Phoenix Metals. Het systeem waarborgt dat elke taak vóór uitvoering wordt geïdentificeerd, risicogeanalyseerd en voorzien van adequate beheersmaatregelen. Referentie: PE-290-01 [3].</w:t>
      </w:r>
    </w:p>
    <w:p>
      <w:r>
        <w:t>Het Control of Work (CoW) systeem integreert Task Risk Assessment (TRA), werkvergunningen, Lock-Out/Tag-Out (LOTO) en overbruggingsprotocollen tot één samenhangend kader. Dit voldoet aan de eisen van BRZO 2015, Artikel 7 [1] en NTA 8620 [2].</w:t>
      </w:r>
    </w:p>
    <w:p>
      <w:pPr>
        <w:pStyle w:val="Heading2"/>
      </w:pPr>
      <w:r>
        <w:t>2.2 Scope</w:t>
      </w:r>
    </w:p>
    <w:p>
      <w:r>
        <w:t>Deze procedure is van toepassing op alle locaties van Phoenix Metals (inclusief de pilot/demo plant te IJmuiden), alle medewerkers, alle aannemers en alle derden die veiligheid-kritieke werkzaamheden uitvoeren. Dit omvat onderhoud, modificaties, inspecties, constructie en demolitiewerkzaamheden [5].</w:t>
      </w:r>
    </w:p>
    <w:p>
      <w:r>
        <w:br w:type="page"/>
      </w:r>
    </w:p>
    <w:p>
      <w:pPr>
        <w:pStyle w:val="Heading1"/>
      </w:pPr>
      <w: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Wetgeving</w:t>
            </w:r>
          </w:p>
        </w:tc>
        <w:tc>
          <w:tcPr>
            <w:tcW w:type="dxa" w:w="3135"/>
            <w:shd w:fill="003366"/>
          </w:tcPr>
          <w:p>
            <w:r/>
            <w:r>
              <w:rPr>
                <w:rFonts w:ascii="Calibri" w:hAnsi="Calibri"/>
                <w:b/>
                <w:color w:val="FFFFFF"/>
                <w:sz w:val="20"/>
              </w:rPr>
              <w:t>Artikel/Paragraaf</w:t>
            </w:r>
          </w:p>
        </w:tc>
        <w:tc>
          <w:tcPr>
            <w:tcW w:type="dxa" w:w="3135"/>
            <w:shd w:fill="003366"/>
          </w:tcPr>
          <w:p>
            <w:r/>
            <w:r>
              <w:rPr>
                <w:rFonts w:ascii="Calibri" w:hAnsi="Calibri"/>
                <w:b/>
                <w:color w:val="FFFFFF"/>
                <w:sz w:val="20"/>
              </w:rPr>
              <w:t>Relevantie</w:t>
            </w:r>
          </w:p>
        </w:tc>
      </w:tr>
      <w:tr>
        <w:tc>
          <w:tcPr>
            <w:tcW w:type="dxa" w:w="3135"/>
          </w:tcPr>
          <w:p>
            <w:r/>
            <w:r>
              <w:rPr>
                <w:rFonts w:ascii="Calibri" w:hAnsi="Calibri"/>
                <w:color w:val="1F2937"/>
                <w:sz w:val="20"/>
              </w:rPr>
              <w:t>BRZO 2015</w:t>
            </w:r>
          </w:p>
        </w:tc>
        <w:tc>
          <w:tcPr>
            <w:tcW w:type="dxa" w:w="3135"/>
          </w:tcPr>
          <w:p>
            <w:r/>
            <w:r>
              <w:rPr>
                <w:rFonts w:ascii="Calibri" w:hAnsi="Calibri"/>
                <w:color w:val="1F2937"/>
                <w:sz w:val="20"/>
              </w:rPr>
              <w:t>Art. 7 (Element IV)</w:t>
            </w:r>
          </w:p>
        </w:tc>
        <w:tc>
          <w:tcPr>
            <w:tcW w:type="dxa" w:w="3135"/>
          </w:tcPr>
          <w:p>
            <w:r/>
            <w:r>
              <w:rPr>
                <w:rFonts w:ascii="Calibri" w:hAnsi="Calibri"/>
                <w:color w:val="1F2937"/>
                <w:sz w:val="20"/>
              </w:rPr>
              <w:t>Operationele procedures, werkvergunningensysteem, manipulaties [1]</w:t>
            </w:r>
          </w:p>
        </w:tc>
      </w:tr>
      <w:tr>
        <w:tc>
          <w:tcPr>
            <w:tcW w:type="dxa" w:w="3135"/>
            <w:shd w:fill="F8F9FA"/>
          </w:tcPr>
          <w:p>
            <w:r/>
            <w:r>
              <w:rPr>
                <w:rFonts w:ascii="Calibri" w:hAnsi="Calibri"/>
                <w:color w:val="1F2937"/>
                <w:sz w:val="20"/>
              </w:rPr>
              <w:t>Seveso III (2012/18/EU)</w:t>
            </w:r>
          </w:p>
        </w:tc>
        <w:tc>
          <w:tcPr>
            <w:tcW w:type="dxa" w:w="3135"/>
            <w:shd w:fill="F8F9FA"/>
          </w:tcPr>
          <w:p>
            <w:r/>
            <w:r>
              <w:rPr>
                <w:rFonts w:ascii="Calibri" w:hAnsi="Calibri"/>
                <w:color w:val="1F2937"/>
                <w:sz w:val="20"/>
              </w:rPr>
              <w:t>Art. 12</w:t>
            </w:r>
          </w:p>
        </w:tc>
        <w:tc>
          <w:tcPr>
            <w:tcW w:type="dxa" w:w="3135"/>
            <w:shd w:fill="F8F9FA"/>
          </w:tcPr>
          <w:p>
            <w:r/>
            <w:r>
              <w:rPr>
                <w:rFonts w:ascii="Calibri" w:hAnsi="Calibri"/>
                <w:color w:val="1F2937"/>
                <w:sz w:val="20"/>
              </w:rPr>
              <w:t>Preventiebeleid en MGS voor Seveso-inrichtingen [1]</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Hoofdstuk 6</w:t>
            </w:r>
          </w:p>
        </w:tc>
        <w:tc>
          <w:tcPr>
            <w:tcW w:type="dxa" w:w="3135"/>
          </w:tcPr>
          <w:p>
            <w:r/>
            <w:r>
              <w:rPr>
                <w:rFonts w:ascii="Calibri" w:hAnsi="Calibri"/>
                <w:color w:val="1F2937"/>
                <w:sz w:val="20"/>
              </w:rPr>
              <w:t>Controle op de exploitatie: CoW, TRA, LOTO [2]</w:t>
            </w:r>
          </w:p>
        </w:tc>
      </w:tr>
      <w:tr>
        <w:tc>
          <w:tcPr>
            <w:tcW w:type="dxa" w:w="3135"/>
            <w:shd w:fill="F8F9FA"/>
          </w:tcPr>
          <w:p>
            <w:r/>
            <w:r>
              <w:rPr>
                <w:rFonts w:ascii="Calibri" w:hAnsi="Calibri"/>
                <w:color w:val="1F2937"/>
                <w:sz w:val="20"/>
              </w:rPr>
              <w:t>Arbowet / Arbobesluit</w:t>
            </w:r>
          </w:p>
        </w:tc>
        <w:tc>
          <w:tcPr>
            <w:tcW w:type="dxa" w:w="3135"/>
            <w:shd w:fill="F8F9FA"/>
          </w:tcPr>
          <w:p>
            <w:r/>
            <w:r>
              <w:rPr>
                <w:rFonts w:ascii="Calibri" w:hAnsi="Calibri"/>
                <w:color w:val="1F2937"/>
                <w:sz w:val="20"/>
              </w:rPr>
              <w:t>Diverse</w:t>
            </w:r>
          </w:p>
        </w:tc>
        <w:tc>
          <w:tcPr>
            <w:tcW w:type="dxa" w:w="3135"/>
            <w:shd w:fill="F8F9FA"/>
          </w:tcPr>
          <w:p>
            <w:r/>
            <w:r>
              <w:rPr>
                <w:rFonts w:ascii="Calibri" w:hAnsi="Calibri"/>
                <w:color w:val="1F2937"/>
                <w:sz w:val="20"/>
              </w:rPr>
              <w:t>Algemene veiligheid, werken op hoogte, heet werk [4]</w:t>
            </w:r>
          </w:p>
        </w:tc>
      </w:tr>
      <w:tr>
        <w:tc>
          <w:tcPr>
            <w:tcW w:type="dxa" w:w="3135"/>
          </w:tcPr>
          <w:p>
            <w:r/>
            <w:r>
              <w:rPr>
                <w:rFonts w:ascii="Calibri" w:hAnsi="Calibri"/>
                <w:color w:val="1F2937"/>
                <w:sz w:val="20"/>
              </w:rPr>
              <w:t>PGS 15</w:t>
            </w:r>
          </w:p>
        </w:tc>
        <w:tc>
          <w:tcPr>
            <w:tcW w:type="dxa" w:w="3135"/>
          </w:tcPr>
          <w:p>
            <w:r/>
            <w:r>
              <w:rPr>
                <w:rFonts w:ascii="Calibri" w:hAnsi="Calibri"/>
                <w:color w:val="1F2937"/>
                <w:sz w:val="20"/>
              </w:rPr>
              <w:t>Volledig</w:t>
            </w:r>
          </w:p>
        </w:tc>
        <w:tc>
          <w:tcPr>
            <w:tcW w:type="dxa" w:w="3135"/>
          </w:tcPr>
          <w:p>
            <w:r/>
            <w:r>
              <w:rPr>
                <w:rFonts w:ascii="Calibri" w:hAnsi="Calibri"/>
                <w:color w:val="1F2937"/>
                <w:sz w:val="20"/>
              </w:rPr>
              <w:t>Opslag gevaarlijke stoffen — vergunningsvereisten [4]</w:t>
            </w:r>
          </w:p>
        </w:tc>
      </w:tr>
      <w:tr>
        <w:tc>
          <w:tcPr>
            <w:tcW w:type="dxa" w:w="3135"/>
            <w:shd w:fill="F8F9FA"/>
          </w:tcPr>
          <w:p>
            <w:r/>
            <w:r>
              <w:rPr>
                <w:rFonts w:ascii="Calibri" w:hAnsi="Calibri"/>
                <w:color w:val="1F2937"/>
                <w:sz w:val="20"/>
              </w:rPr>
              <w:t>ATEX 137/114</w:t>
            </w:r>
          </w:p>
        </w:tc>
        <w:tc>
          <w:tcPr>
            <w:tcW w:type="dxa" w:w="3135"/>
            <w:shd w:fill="F8F9FA"/>
          </w:tcPr>
          <w:p>
            <w:r/>
            <w:r>
              <w:rPr>
                <w:rFonts w:ascii="Calibri" w:hAnsi="Calibri"/>
                <w:color w:val="1F2937"/>
                <w:sz w:val="20"/>
              </w:rPr>
              <w:t>Zones</w:t>
            </w:r>
          </w:p>
        </w:tc>
        <w:tc>
          <w:tcPr>
            <w:tcW w:type="dxa" w:w="3135"/>
            <w:shd w:fill="F8F9FA"/>
          </w:tcPr>
          <w:p>
            <w:r/>
            <w:r>
              <w:rPr>
                <w:rFonts w:ascii="Calibri" w:hAnsi="Calibri"/>
                <w:color w:val="1F2937"/>
                <w:sz w:val="20"/>
              </w:rPr>
              <w:t>Explosieve atmosferen — permit-vereisten per zone [4]</w:t>
            </w:r>
          </w:p>
        </w:tc>
      </w:tr>
    </w:tbl>
    <w:p>
      <w:r>
        <w:br w:type="page"/>
      </w:r>
    </w:p>
    <w:p>
      <w:pPr>
        <w:pStyle w:val="Heading1"/>
      </w:pPr>
      <w: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Term</w:t>
            </w:r>
          </w:p>
        </w:tc>
        <w:tc>
          <w:tcPr>
            <w:tcW w:type="dxa" w:w="4703"/>
            <w:shd w:fill="003366"/>
          </w:tcPr>
          <w:p>
            <w:r/>
            <w:r>
              <w:rPr>
                <w:rFonts w:ascii="Calibri" w:hAnsi="Calibri"/>
                <w:b/>
                <w:color w:val="FFFFFF"/>
                <w:sz w:val="20"/>
              </w:rPr>
              <w:t>Definitie</w:t>
            </w:r>
          </w:p>
        </w:tc>
      </w:tr>
      <w:tr>
        <w:tc>
          <w:tcPr>
            <w:tcW w:type="dxa" w:w="4703"/>
          </w:tcPr>
          <w:p>
            <w:r/>
            <w:r>
              <w:rPr>
                <w:rFonts w:ascii="Calibri" w:hAnsi="Calibri"/>
                <w:color w:val="1F2937"/>
                <w:sz w:val="20"/>
              </w:rPr>
              <w:t>Control of Work (CoW)</w:t>
            </w:r>
          </w:p>
        </w:tc>
        <w:tc>
          <w:tcPr>
            <w:tcW w:type="dxa" w:w="4703"/>
          </w:tcPr>
          <w:p>
            <w:r/>
            <w:r>
              <w:rPr>
                <w:rFonts w:ascii="Calibri" w:hAnsi="Calibri"/>
                <w:color w:val="1F2937"/>
                <w:sz w:val="20"/>
              </w:rPr>
              <w:t>Overkoepelend systeem voor het veilig beheren van alle veiligheid-kritieke werkzaamheden via een gestructureerd proces van identificatie, risicoanalyse, vergunning en uitvoering.</w:t>
            </w:r>
          </w:p>
        </w:tc>
      </w:tr>
      <w:tr>
        <w:tc>
          <w:tcPr>
            <w:tcW w:type="dxa" w:w="4703"/>
            <w:shd w:fill="F8F9FA"/>
          </w:tcPr>
          <w:p>
            <w:r/>
            <w:r>
              <w:rPr>
                <w:rFonts w:ascii="Calibri" w:hAnsi="Calibri"/>
                <w:color w:val="1F2937"/>
                <w:sz w:val="20"/>
              </w:rPr>
              <w:t>Permit to Work (PtW)</w:t>
            </w:r>
          </w:p>
        </w:tc>
        <w:tc>
          <w:tcPr>
            <w:tcW w:type="dxa" w:w="4703"/>
            <w:shd w:fill="F8F9FA"/>
          </w:tcPr>
          <w:p>
            <w:r/>
            <w:r>
              <w:rPr>
                <w:rFonts w:ascii="Calibri" w:hAnsi="Calibri"/>
                <w:color w:val="1F2937"/>
                <w:sz w:val="20"/>
              </w:rPr>
              <w:t>Formeel document dat toestemming verleent voor het uitvoeren van specifieke werkzaamheden onder gedefinieerde voorwaarden en beheersmaatregelen.</w:t>
            </w:r>
          </w:p>
        </w:tc>
      </w:tr>
      <w:tr>
        <w:tc>
          <w:tcPr>
            <w:tcW w:type="dxa" w:w="4703"/>
          </w:tcPr>
          <w:p>
            <w:r/>
            <w:r>
              <w:rPr>
                <w:rFonts w:ascii="Calibri" w:hAnsi="Calibri"/>
                <w:color w:val="1F2937"/>
                <w:sz w:val="20"/>
              </w:rPr>
              <w:t>Task Risk Assessment (TRA)</w:t>
            </w:r>
          </w:p>
        </w:tc>
        <w:tc>
          <w:tcPr>
            <w:tcW w:type="dxa" w:w="4703"/>
          </w:tcPr>
          <w:p>
            <w:r/>
            <w:r>
              <w:rPr>
                <w:rFonts w:ascii="Calibri" w:hAnsi="Calibri"/>
                <w:color w:val="1F2937"/>
                <w:sz w:val="20"/>
              </w:rPr>
              <w:t>Gestructureerde risicoanalyse die vóór elke taak wordt uitgevoerd om gevaren te identificeren en beheersmaatregelen te definiëren.</w:t>
            </w:r>
          </w:p>
        </w:tc>
      </w:tr>
      <w:tr>
        <w:tc>
          <w:tcPr>
            <w:tcW w:type="dxa" w:w="4703"/>
            <w:shd w:fill="F8F9FA"/>
          </w:tcPr>
          <w:p>
            <w:r/>
            <w:r>
              <w:rPr>
                <w:rFonts w:ascii="Calibri" w:hAnsi="Calibri"/>
                <w:color w:val="1F2937"/>
                <w:sz w:val="20"/>
              </w:rPr>
              <w:t>Lock-Out/Tag-Out (LOTO)</w:t>
            </w:r>
          </w:p>
        </w:tc>
        <w:tc>
          <w:tcPr>
            <w:tcW w:type="dxa" w:w="4703"/>
            <w:shd w:fill="F8F9FA"/>
          </w:tcPr>
          <w:p>
            <w:r/>
            <w:r>
              <w:rPr>
                <w:rFonts w:ascii="Calibri" w:hAnsi="Calibri"/>
                <w:color w:val="1F2937"/>
                <w:sz w:val="20"/>
              </w:rPr>
              <w:t>Procedure voor het fysiek uitschakelen, vergrendelen en kenmerken van energiebronnen om onbedoelde inschakeling tijdens onderhoud te voorkomen.</w:t>
            </w:r>
          </w:p>
        </w:tc>
      </w:tr>
      <w:tr>
        <w:tc>
          <w:tcPr>
            <w:tcW w:type="dxa" w:w="4703"/>
          </w:tcPr>
          <w:p>
            <w:r/>
            <w:r>
              <w:rPr>
                <w:rFonts w:ascii="Calibri" w:hAnsi="Calibri"/>
                <w:color w:val="1F2937"/>
                <w:sz w:val="20"/>
              </w:rPr>
              <w:t>Isolatie</w:t>
            </w:r>
          </w:p>
        </w:tc>
        <w:tc>
          <w:tcPr>
            <w:tcW w:type="dxa" w:w="4703"/>
          </w:tcPr>
          <w:p>
            <w:r/>
            <w:r>
              <w:rPr>
                <w:rFonts w:ascii="Calibri" w:hAnsi="Calibri"/>
                <w:color w:val="1F2937"/>
                <w:sz w:val="20"/>
              </w:rPr>
              <w:t>Fysieke scheiding van een energiesysteem of processtroom door middel van blindflensen, afsluiters of andere middelen.</w:t>
            </w:r>
          </w:p>
        </w:tc>
      </w:tr>
      <w:tr>
        <w:tc>
          <w:tcPr>
            <w:tcW w:type="dxa" w:w="4703"/>
            <w:shd w:fill="F8F9FA"/>
          </w:tcPr>
          <w:p>
            <w:r/>
            <w:r>
              <w:rPr>
                <w:rFonts w:ascii="Calibri" w:hAnsi="Calibri"/>
                <w:color w:val="1F2937"/>
                <w:sz w:val="20"/>
              </w:rPr>
              <w:t>Competentie</w:t>
            </w:r>
          </w:p>
        </w:tc>
        <w:tc>
          <w:tcPr>
            <w:tcW w:type="dxa" w:w="4703"/>
            <w:shd w:fill="F8F9FA"/>
          </w:tcPr>
          <w:p>
            <w:r/>
            <w:r>
              <w:rPr>
                <w:rFonts w:ascii="Calibri" w:hAnsi="Calibri"/>
                <w:color w:val="1F2937"/>
                <w:sz w:val="20"/>
              </w:rPr>
              <w:t>De combinatie van kennis, vaardigheden en ervaring die vereist is om een taak veilig en effectief uit te voeren.</w:t>
            </w:r>
          </w:p>
        </w:tc>
      </w:tr>
      <w:tr>
        <w:tc>
          <w:tcPr>
            <w:tcW w:type="dxa" w:w="4703"/>
          </w:tcPr>
          <w:p>
            <w:r/>
            <w:r>
              <w:rPr>
                <w:rFonts w:ascii="Calibri" w:hAnsi="Calibri"/>
                <w:color w:val="1F2937"/>
                <w:sz w:val="20"/>
              </w:rPr>
              <w:t>Fire Watch / Brandwacht</w:t>
            </w:r>
          </w:p>
        </w:tc>
        <w:tc>
          <w:tcPr>
            <w:tcW w:type="dxa" w:w="4703"/>
          </w:tcPr>
          <w:p>
            <w:r/>
            <w:r>
              <w:rPr>
                <w:rFonts w:ascii="Calibri" w:hAnsi="Calibri"/>
                <w:color w:val="1F2937"/>
                <w:sz w:val="20"/>
              </w:rPr>
              <w:t>Toegewezen persoon die gedurende en na heet werk de werkomgeving monitort op brandgevaar (minimaal 60 minuten na afloop).</w:t>
            </w:r>
          </w:p>
        </w:tc>
      </w:tr>
      <w:tr>
        <w:tc>
          <w:tcPr>
            <w:tcW w:type="dxa" w:w="4703"/>
            <w:shd w:fill="F8F9FA"/>
          </w:tcPr>
          <w:p>
            <w:r/>
            <w:r>
              <w:rPr>
                <w:rFonts w:ascii="Calibri" w:hAnsi="Calibri"/>
                <w:color w:val="1F2937"/>
                <w:sz w:val="20"/>
              </w:rPr>
              <w:t>Gasmeting</w:t>
            </w:r>
          </w:p>
        </w:tc>
        <w:tc>
          <w:tcPr>
            <w:tcW w:type="dxa" w:w="4703"/>
            <w:shd w:fill="F8F9FA"/>
          </w:tcPr>
          <w:p>
            <w:r/>
            <w:r>
              <w:rPr>
                <w:rFonts w:ascii="Calibri" w:hAnsi="Calibri"/>
                <w:color w:val="1F2937"/>
                <w:sz w:val="20"/>
              </w:rPr>
              <w:t>Meting van de atmosfeer op zuurstofgehalte, explosieve gassen (LEL) en giftige stoffen vóór en tijdens werkzaamheden in besloten ruimtes of bij heet werk.</w:t>
            </w:r>
          </w:p>
        </w:tc>
      </w:tr>
      <w:tr>
        <w:tc>
          <w:tcPr>
            <w:tcW w:type="dxa" w:w="4703"/>
          </w:tcPr>
          <w:p>
            <w:r/>
            <w:r>
              <w:rPr>
                <w:rFonts w:ascii="Calibri" w:hAnsi="Calibri"/>
                <w:color w:val="1F2937"/>
                <w:sz w:val="20"/>
              </w:rPr>
              <w:t>Besloten Ruimte (Confined Space)</w:t>
            </w:r>
          </w:p>
        </w:tc>
        <w:tc>
          <w:tcPr>
            <w:tcW w:type="dxa" w:w="4703"/>
          </w:tcPr>
          <w:p>
            <w:r/>
            <w:r>
              <w:rPr>
                <w:rFonts w:ascii="Calibri" w:hAnsi="Calibri"/>
                <w:color w:val="1F2937"/>
                <w:sz w:val="20"/>
              </w:rPr>
              <w:t>Een ruimte die afgesloten of grotendeels afgesloten is, niet bedoeld voor continue bewoning, en waar specifieke risico's gelden (bijv. tanks, silo's, leidingen).</w:t>
            </w:r>
          </w:p>
        </w:tc>
      </w:tr>
    </w:tbl>
    <w:p>
      <w:r>
        <w:br w:type="page"/>
      </w:r>
    </w:p>
    <w:p>
      <w:pPr>
        <w:pStyle w:val="Heading1"/>
      </w:pPr>
      <w:r>
        <w:t>5. Verantwoordelijkheden (RACI)</w:t>
      </w:r>
    </w:p>
    <w:p>
      <w:r>
        <w:t>Onderstaande RACI-matrix definieert de rollen binnen het CoW-proces. R = Responsible (uitvoering),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fill="003366"/>
          </w:tcPr>
          <w:p>
            <w:r/>
            <w:r>
              <w:rPr>
                <w:rFonts w:ascii="Calibri" w:hAnsi="Calibri"/>
                <w:b/>
                <w:color w:val="FFFFFF"/>
                <w:sz w:val="20"/>
              </w:rPr>
              <w:t>Activiteit</w:t>
            </w:r>
          </w:p>
        </w:tc>
        <w:tc>
          <w:tcPr>
            <w:tcW w:type="dxa" w:w="1344"/>
            <w:shd w:fill="003366"/>
          </w:tcPr>
          <w:p>
            <w:r/>
            <w:r>
              <w:rPr>
                <w:rFonts w:ascii="Calibri" w:hAnsi="Calibri"/>
                <w:b/>
                <w:color w:val="FFFFFF"/>
                <w:sz w:val="20"/>
              </w:rPr>
              <w:t>Operations Manager</w:t>
            </w:r>
          </w:p>
        </w:tc>
        <w:tc>
          <w:tcPr>
            <w:tcW w:type="dxa" w:w="1344"/>
            <w:shd w:fill="003366"/>
          </w:tcPr>
          <w:p>
            <w:r/>
            <w:r>
              <w:rPr>
                <w:rFonts w:ascii="Calibri" w:hAnsi="Calibri"/>
                <w:b/>
                <w:color w:val="FFFFFF"/>
                <w:sz w:val="20"/>
              </w:rPr>
              <w:t>HSEQ Manager</w:t>
            </w:r>
          </w:p>
        </w:tc>
        <w:tc>
          <w:tcPr>
            <w:tcW w:type="dxa" w:w="1344"/>
            <w:shd w:fill="003366"/>
          </w:tcPr>
          <w:p>
            <w:r/>
            <w:r>
              <w:rPr>
                <w:rFonts w:ascii="Calibri" w:hAnsi="Calibri"/>
                <w:b/>
                <w:color w:val="FFFFFF"/>
                <w:sz w:val="20"/>
              </w:rPr>
              <w:t>Werkvoorbereider</w:t>
              <w:br/>
              <w:t>(Permit Author)</w:t>
            </w:r>
          </w:p>
        </w:tc>
        <w:tc>
          <w:tcPr>
            <w:tcW w:type="dxa" w:w="1344"/>
            <w:shd w:fill="003366"/>
          </w:tcPr>
          <w:p>
            <w:r/>
            <w:r>
              <w:rPr>
                <w:rFonts w:ascii="Calibri" w:hAnsi="Calibri"/>
                <w:b/>
                <w:color w:val="FFFFFF"/>
                <w:sz w:val="20"/>
              </w:rPr>
              <w:t>Uitvoerder</w:t>
              <w:br/>
              <w:t>(Permit Holder)</w:t>
            </w:r>
          </w:p>
        </w:tc>
        <w:tc>
          <w:tcPr>
            <w:tcW w:type="dxa" w:w="1344"/>
            <w:shd w:fill="003366"/>
          </w:tcPr>
          <w:p>
            <w:r/>
            <w:r>
              <w:rPr>
                <w:rFonts w:ascii="Calibri" w:hAnsi="Calibri"/>
                <w:b/>
                <w:color w:val="FFFFFF"/>
                <w:sz w:val="20"/>
              </w:rPr>
              <w:t>Aannemer</w:t>
            </w:r>
          </w:p>
        </w:tc>
        <w:tc>
          <w:tcPr>
            <w:tcW w:type="dxa" w:w="1344"/>
            <w:shd w:fill="003366"/>
          </w:tcPr>
          <w:p>
            <w:r/>
            <w:r>
              <w:rPr>
                <w:rFonts w:ascii="Calibri" w:hAnsi="Calibri"/>
                <w:b/>
                <w:color w:val="FFFFFF"/>
                <w:sz w:val="20"/>
              </w:rPr>
              <w:t>Bewaker</w:t>
              <w:br/>
              <w:t>(Fire Watch)</w:t>
            </w:r>
          </w:p>
        </w:tc>
      </w:tr>
      <w:tr>
        <w:tc>
          <w:tcPr>
            <w:tcW w:type="dxa" w:w="1344"/>
          </w:tcPr>
          <w:p>
            <w:r/>
            <w:r>
              <w:rPr>
                <w:rFonts w:ascii="Calibri" w:hAnsi="Calibri"/>
                <w:color w:val="1F2937"/>
                <w:sz w:val="20"/>
              </w:rPr>
              <w:t>Taakidentificatie</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TRA uitvoeren</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Maatregelen definiëren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Werkvergunning aanvragen</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LOTO/Isolatie uitvoeren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Goedkeuring vergunning</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Toolbox/werkoverleg</w:t>
            </w:r>
          </w:p>
        </w:tc>
        <w:tc>
          <w:tcPr>
            <w:tcW w:type="dxa" w:w="1344"/>
          </w:tcPr>
          <w:p>
            <w:r/>
            <w:r>
              <w:rPr>
                <w:rFonts w:ascii="Calibri" w:hAnsi="Calibri"/>
                <w:color w:val="1F2937"/>
                <w:sz w:val="20"/>
              </w:rPr>
              <w:t>I</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r>
      <w:tr>
        <w:tc>
          <w:tcPr>
            <w:tcW w:type="dxa" w:w="1344"/>
            <w:shd w:fill="F8F9FA"/>
          </w:tcPr>
          <w:p>
            <w:r/>
            <w:r>
              <w:rPr>
                <w:rFonts w:ascii="Calibri" w:hAnsi="Calibri"/>
                <w:color w:val="1F2937"/>
                <w:sz w:val="20"/>
              </w:rPr>
              <w:t>Uitvoering + monitoring</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r>
      <w:tr>
        <w:tc>
          <w:tcPr>
            <w:tcW w:type="dxa" w:w="1344"/>
          </w:tcPr>
          <w:p>
            <w:r/>
            <w:r>
              <w:rPr>
                <w:rFonts w:ascii="Calibri" w:hAnsi="Calibri"/>
                <w:color w:val="1F2937"/>
                <w:sz w:val="20"/>
              </w:rPr>
              <w:t>Afsluiting vergunning</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Evaluatie + terugkoppeling</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w:t>
            </w:r>
          </w:p>
        </w:tc>
      </w:tr>
    </w:tbl>
    <w:p>
      <w:r>
        <w:br w:type="page"/>
      </w:r>
    </w:p>
    <w:p>
      <w:pPr>
        <w:pStyle w:val="Heading1"/>
      </w:pPr>
      <w:r>
        <w:t>6. Control of Work — Proces Flow</w:t>
      </w:r>
    </w:p>
    <w:p>
      <w:r>
        <w:t>Het CoW-proces bestaat uit tien opeenvolgende stappen. Elke stap moet worden voltooid voordat de volgende stap start. Afwijkingen vereisen expliciete goedkeuring van de Operations Manager.</w:t>
      </w:r>
    </w:p>
    <w:p>
      <w:pPr>
        <w:pStyle w:val="Heading2"/>
      </w:pPr>
      <w:r>
        <w:t>Stap 1: Taakidentificatie en -classificatie</w:t>
      </w:r>
    </w:p>
    <w:p>
      <w:r>
        <w:t>De werkvoorbereider identificeert de voorgenomen werkzaamheden en classificeert deze op basis van risicoprofiel. Classificatiecriteria: hoogte, energieniveau, omgeving (ATEX-zone, besloten ruimte), en type werkzaamheid. Resultaat: taakbeschrijving met initiële risicoclassificatie.</w:t>
      </w:r>
    </w:p>
    <w:p>
      <w:pPr>
        <w:pStyle w:val="Heading2"/>
      </w:pPr>
      <w:r>
        <w:t>Stap 2: Task Risk Assessment (TRA) uitvoeren</w:t>
      </w:r>
    </w:p>
    <w:p>
      <w:r>
        <w:t>Een TRA wordt uitgevoerd door een team van minimaal twee competenten personen, waaronder de uitvoerder. De TRA identificeert gevaren, beoordeelt risico's (volgens de risicomatrix uit Element 2, Document #03) en definieert beheersmaatregelen. TRA-formulieren worden gearchiveerd.</w:t>
      </w:r>
    </w:p>
    <w:p>
      <w:pPr>
        <w:pStyle w:val="Heading2"/>
      </w:pPr>
      <w:r>
        <w:t>Stap 3: Maatregelen definiëren</w:t>
      </w:r>
    </w:p>
    <w:p>
      <w:r>
        <w:t>Beheersmaatregelen worden geselecteerd volgens de hiërarchie: (1) eliminatie → (2) substitutie → (3) technische maatregelen → (4) organisatorische maatregelen → (5) PBM. PBM is altijd de laatste optie, nooit de enige.</w:t>
      </w:r>
    </w:p>
    <w:p>
      <w:pPr>
        <w:pStyle w:val="Heading2"/>
      </w:pPr>
      <w:r>
        <w:t>Stap 4: Werkvergunning aanvragen (Permit to Work)</w:t>
      </w:r>
    </w:p>
    <w:p>
      <w:r>
        <w:t>De werkvoorbereider dient de werkvergunning in bij de bevoegd persoon. De aanvraag bevat: taakbeschrijving, TRA, locatie, tijdsbestek, betrokken personen en vereiste maatregelen. Referentie: PE-290-01 [3].</w:t>
      </w:r>
    </w:p>
    <w:p>
      <w:pPr>
        <w:pStyle w:val="Heading2"/>
      </w:pPr>
      <w:r>
        <w:t>Stap 5: LOTO/Isolatie uitvoeren</w:t>
      </w:r>
    </w:p>
    <w:p>
      <w:r>
        <w:t>Indien van toepassing: uitvoeren van Lock-Out/Tag-Out conform het LOTO-protocol (Hoofdstuk 9). Alle energiebronnen worden geïsoleerd, vergrendeld en geverifieerd vóór aanvang werkzaamheden.</w:t>
      </w:r>
    </w:p>
    <w:p>
      <w:pPr>
        <w:pStyle w:val="Heading2"/>
      </w:pPr>
      <w:r>
        <w:t>Stap 6: Goedkeuring door bevoegd persoon</w:t>
      </w:r>
    </w:p>
    <w:p>
      <w:r>
        <w:t>De Operations Manager (of gemandateerde) toetst de aanvraag op volledigheid en adequate risicobeheersing. Bij twijfel wordt de aanvraag terugverwezen met specifieke feedback.</w:t>
      </w:r>
    </w:p>
    <w:p>
      <w:pPr>
        <w:pStyle w:val="Heading2"/>
      </w:pPr>
      <w:r>
        <w:t>Stap 7: Toolbox / werkoverleg</w:t>
      </w:r>
    </w:p>
    <w:p>
      <w:r>
        <w:t>Vóór aanvang voert de uitvoerder een toolbox-meeting met alle betrokkenen. Agenda: taakinhoud, risico's, maatregelen, rolverdeling, noodprocedures en stop-criteria.</w:t>
      </w:r>
    </w:p>
    <w:p>
      <w:pPr>
        <w:pStyle w:val="Heading2"/>
      </w:pPr>
      <w:r>
        <w:t>Stap 8: Uitvoering met monitoring</w:t>
      </w:r>
    </w:p>
    <w:p>
      <w:r>
        <w:t>De uitvoerder start de werkzaamheden conform de vergunning. Monitoring omvat: periodieke controles, gasmetingen (indien vereist), bewaking door brandwacht (indien vereist). Elke afwijking leidt tot onmiddellijke stopzetting.</w:t>
      </w:r>
    </w:p>
    <w:p>
      <w:pPr>
        <w:pStyle w:val="Heading2"/>
      </w:pPr>
      <w:r>
        <w:t>Stap 9: Aftekening en afsluiting</w:t>
      </w:r>
    </w:p>
    <w:p>
      <w:r>
        <w:t>Na voltooiing tekent de uitvoerder de vergunning af. De werkvoorbereider controleert de werkplek (housekeeping, herstel isolaties, verwijdering LOTO) en sluit de vergunning formeel af.</w:t>
      </w:r>
    </w:p>
    <w:p>
      <w:pPr>
        <w:pStyle w:val="Heading2"/>
      </w:pPr>
      <w:r>
        <w:t>Stap 10: Evaluatie en terugkoppeling</w:t>
      </w:r>
    </w:p>
    <w:p>
      <w:r>
        <w:t>De HSEQ Manager organiseert een evaluatie (incidenteel bij complexe taken, periodiek bij routine). Lessons learned worden gedocumenteerd en verwerkt in toekomstige TRA's en werkplegsels.</w:t>
      </w:r>
    </w:p>
    <w:p>
      <w:r>
        <w:br w:type="page"/>
      </w:r>
    </w:p>
    <w:p>
      <w:pPr>
        <w:pStyle w:val="Heading1"/>
      </w:pPr>
      <w:r>
        <w:t>7. Werkvergunning Types</w:t>
      </w:r>
    </w:p>
    <w:p>
      <w:r>
        <w:t>Phoenix Metals hanteert acht werkvergunning types, elk met specifieke vereisten. Combinatievergunningen zijn vereist wanneer werkzaamheden onder meerdere types vallen.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Type</w:t>
            </w:r>
          </w:p>
        </w:tc>
        <w:tc>
          <w:tcPr>
            <w:tcW w:type="dxa" w:w="2351"/>
            <w:shd w:fill="003366"/>
          </w:tcPr>
          <w:p>
            <w:r/>
            <w:r>
              <w:rPr>
                <w:rFonts w:ascii="Calibri" w:hAnsi="Calibri"/>
                <w:b/>
                <w:color w:val="FFFFFF"/>
                <w:sz w:val="20"/>
              </w:rPr>
              <w:t>Code</w:t>
            </w:r>
          </w:p>
        </w:tc>
        <w:tc>
          <w:tcPr>
            <w:tcW w:type="dxa" w:w="2351"/>
            <w:shd w:fill="003366"/>
          </w:tcPr>
          <w:p>
            <w:r/>
            <w:r>
              <w:rPr>
                <w:rFonts w:ascii="Calibri" w:hAnsi="Calibri"/>
                <w:b/>
                <w:color w:val="FFFFFF"/>
                <w:sz w:val="20"/>
              </w:rPr>
              <w:t>Toepassing</w:t>
            </w:r>
          </w:p>
        </w:tc>
        <w:tc>
          <w:tcPr>
            <w:tcW w:type="dxa" w:w="2351"/>
            <w:shd w:fill="003366"/>
          </w:tcPr>
          <w:p>
            <w:r/>
            <w:r>
              <w:rPr>
                <w:rFonts w:ascii="Calibri" w:hAnsi="Calibri"/>
                <w:b/>
                <w:color w:val="FFFFFF"/>
                <w:sz w:val="20"/>
              </w:rPr>
              <w:t>Vereist</w:t>
            </w:r>
          </w:p>
        </w:tc>
      </w:tr>
      <w:tr>
        <w:tc>
          <w:tcPr>
            <w:tcW w:type="dxa" w:w="2351"/>
          </w:tcPr>
          <w:p>
            <w:r/>
            <w:r>
              <w:rPr>
                <w:rFonts w:ascii="Calibri" w:hAnsi="Calibri"/>
                <w:color w:val="1F2937"/>
                <w:sz w:val="20"/>
              </w:rPr>
              <w:t>Algemene werkvergunning</w:t>
            </w:r>
          </w:p>
        </w:tc>
        <w:tc>
          <w:tcPr>
            <w:tcW w:type="dxa" w:w="2351"/>
          </w:tcPr>
          <w:p>
            <w:r/>
            <w:r>
              <w:rPr>
                <w:rFonts w:ascii="Calibri" w:hAnsi="Calibri"/>
                <w:color w:val="1F2937"/>
                <w:sz w:val="20"/>
              </w:rPr>
              <w:t>WV-ALG</w:t>
            </w:r>
          </w:p>
        </w:tc>
        <w:tc>
          <w:tcPr>
            <w:tcW w:type="dxa" w:w="2351"/>
          </w:tcPr>
          <w:p>
            <w:r/>
            <w:r>
              <w:rPr>
                <w:rFonts w:ascii="Calibri" w:hAnsi="Calibri"/>
                <w:color w:val="1F2937"/>
                <w:sz w:val="20"/>
              </w:rPr>
              <w:t>Standaard werkzaamheden</w:t>
            </w:r>
          </w:p>
        </w:tc>
        <w:tc>
          <w:tcPr>
            <w:tcW w:type="dxa" w:w="2351"/>
          </w:tcPr>
          <w:p>
            <w:r/>
            <w:r>
              <w:rPr>
                <w:rFonts w:ascii="Calibri" w:hAnsi="Calibri"/>
                <w:color w:val="1F2937"/>
                <w:sz w:val="20"/>
              </w:rPr>
              <w:t>TRA</w:t>
            </w:r>
          </w:p>
        </w:tc>
      </w:tr>
      <w:tr>
        <w:tc>
          <w:tcPr>
            <w:tcW w:type="dxa" w:w="2351"/>
            <w:shd w:fill="F8F9FA"/>
          </w:tcPr>
          <w:p>
            <w:r/>
            <w:r>
              <w:rPr>
                <w:rFonts w:ascii="Calibri" w:hAnsi="Calibri"/>
                <w:color w:val="1F2937"/>
                <w:sz w:val="20"/>
              </w:rPr>
              <w:t>Heet werk vergunning</w:t>
            </w:r>
          </w:p>
        </w:tc>
        <w:tc>
          <w:tcPr>
            <w:tcW w:type="dxa" w:w="2351"/>
            <w:shd w:fill="F8F9FA"/>
          </w:tcPr>
          <w:p>
            <w:r/>
            <w:r>
              <w:rPr>
                <w:rFonts w:ascii="Calibri" w:hAnsi="Calibri"/>
                <w:color w:val="1F2937"/>
                <w:sz w:val="20"/>
              </w:rPr>
              <w:t>WV-HW</w:t>
            </w:r>
          </w:p>
        </w:tc>
        <w:tc>
          <w:tcPr>
            <w:tcW w:type="dxa" w:w="2351"/>
            <w:shd w:fill="F8F9FA"/>
          </w:tcPr>
          <w:p>
            <w:r/>
            <w:r>
              <w:rPr>
                <w:rFonts w:ascii="Calibri" w:hAnsi="Calibri"/>
                <w:color w:val="1F2937"/>
                <w:sz w:val="20"/>
              </w:rPr>
              <w:t>Lassen, snijden, slijpen</w:t>
            </w:r>
          </w:p>
        </w:tc>
        <w:tc>
          <w:tcPr>
            <w:tcW w:type="dxa" w:w="2351"/>
            <w:shd w:fill="F8F9FA"/>
          </w:tcPr>
          <w:p>
            <w:r/>
            <w:r>
              <w:rPr>
                <w:rFonts w:ascii="Calibri" w:hAnsi="Calibri"/>
                <w:color w:val="1F2937"/>
                <w:sz w:val="20"/>
              </w:rPr>
              <w:t>TRA + brandwacht + gasmeting</w:t>
            </w:r>
          </w:p>
        </w:tc>
      </w:tr>
      <w:tr>
        <w:tc>
          <w:tcPr>
            <w:tcW w:type="dxa" w:w="2351"/>
          </w:tcPr>
          <w:p>
            <w:r/>
            <w:r>
              <w:rPr>
                <w:rFonts w:ascii="Calibri" w:hAnsi="Calibri"/>
                <w:color w:val="1F2937"/>
                <w:sz w:val="20"/>
              </w:rPr>
              <w:t>Werken op hoogte</w:t>
            </w:r>
          </w:p>
        </w:tc>
        <w:tc>
          <w:tcPr>
            <w:tcW w:type="dxa" w:w="2351"/>
          </w:tcPr>
          <w:p>
            <w:r/>
            <w:r>
              <w:rPr>
                <w:rFonts w:ascii="Calibri" w:hAnsi="Calibri"/>
                <w:color w:val="1F2937"/>
                <w:sz w:val="20"/>
              </w:rPr>
              <w:t>WV-HO</w:t>
            </w:r>
          </w:p>
        </w:tc>
        <w:tc>
          <w:tcPr>
            <w:tcW w:type="dxa" w:w="2351"/>
          </w:tcPr>
          <w:p>
            <w:r/>
            <w:r>
              <w:rPr>
                <w:rFonts w:ascii="Calibri" w:hAnsi="Calibri"/>
                <w:color w:val="1F2937"/>
                <w:sz w:val="20"/>
              </w:rPr>
              <w:t>&gt;2 meter hoogte</w:t>
            </w:r>
          </w:p>
        </w:tc>
        <w:tc>
          <w:tcPr>
            <w:tcW w:type="dxa" w:w="2351"/>
          </w:tcPr>
          <w:p>
            <w:r/>
            <w:r>
              <w:rPr>
                <w:rFonts w:ascii="Calibri" w:hAnsi="Calibri"/>
                <w:color w:val="1F2937"/>
                <w:sz w:val="20"/>
              </w:rPr>
              <w:t>TRA + valbeveiliging</w:t>
            </w:r>
          </w:p>
        </w:tc>
      </w:tr>
      <w:tr>
        <w:tc>
          <w:tcPr>
            <w:tcW w:type="dxa" w:w="2351"/>
            <w:shd w:fill="F8F9FA"/>
          </w:tcPr>
          <w:p>
            <w:r/>
            <w:r>
              <w:rPr>
                <w:rFonts w:ascii="Calibri" w:hAnsi="Calibri"/>
                <w:color w:val="1F2937"/>
                <w:sz w:val="20"/>
              </w:rPr>
              <w:t>Besloten ruimte</w:t>
            </w:r>
          </w:p>
        </w:tc>
        <w:tc>
          <w:tcPr>
            <w:tcW w:type="dxa" w:w="2351"/>
            <w:shd w:fill="F8F9FA"/>
          </w:tcPr>
          <w:p>
            <w:r/>
            <w:r>
              <w:rPr>
                <w:rFonts w:ascii="Calibri" w:hAnsi="Calibri"/>
                <w:color w:val="1F2937"/>
                <w:sz w:val="20"/>
              </w:rPr>
              <w:t>WV-BR</w:t>
            </w:r>
          </w:p>
        </w:tc>
        <w:tc>
          <w:tcPr>
            <w:tcW w:type="dxa" w:w="2351"/>
            <w:shd w:fill="F8F9FA"/>
          </w:tcPr>
          <w:p>
            <w:r/>
            <w:r>
              <w:rPr>
                <w:rFonts w:ascii="Calibri" w:hAnsi="Calibri"/>
                <w:color w:val="1F2937"/>
                <w:sz w:val="20"/>
              </w:rPr>
              <w:t>Tank, silo, leiding</w:t>
            </w:r>
          </w:p>
        </w:tc>
        <w:tc>
          <w:tcPr>
            <w:tcW w:type="dxa" w:w="2351"/>
            <w:shd w:fill="F8F9FA"/>
          </w:tcPr>
          <w:p>
            <w:r/>
            <w:r>
              <w:rPr>
                <w:rFonts w:ascii="Calibri" w:hAnsi="Calibri"/>
                <w:color w:val="1F2937"/>
                <w:sz w:val="20"/>
              </w:rPr>
              <w:t>TRA + gasmeting + reddingsteam</w:t>
            </w:r>
          </w:p>
        </w:tc>
      </w:tr>
      <w:tr>
        <w:tc>
          <w:tcPr>
            <w:tcW w:type="dxa" w:w="2351"/>
          </w:tcPr>
          <w:p>
            <w:r/>
            <w:r>
              <w:rPr>
                <w:rFonts w:ascii="Calibri" w:hAnsi="Calibri"/>
                <w:color w:val="1F2937"/>
                <w:sz w:val="20"/>
              </w:rPr>
              <w:t>LOTO vergunning</w:t>
            </w:r>
          </w:p>
        </w:tc>
        <w:tc>
          <w:tcPr>
            <w:tcW w:type="dxa" w:w="2351"/>
          </w:tcPr>
          <w:p>
            <w:r/>
            <w:r>
              <w:rPr>
                <w:rFonts w:ascii="Calibri" w:hAnsi="Calibri"/>
                <w:color w:val="1F2937"/>
                <w:sz w:val="20"/>
              </w:rPr>
              <w:t>WV-LO</w:t>
            </w:r>
          </w:p>
        </w:tc>
        <w:tc>
          <w:tcPr>
            <w:tcW w:type="dxa" w:w="2351"/>
          </w:tcPr>
          <w:p>
            <w:r/>
            <w:r>
              <w:rPr>
                <w:rFonts w:ascii="Calibri" w:hAnsi="Calibri"/>
                <w:color w:val="1F2937"/>
                <w:sz w:val="20"/>
              </w:rPr>
              <w:t>Onderhoud apparatuur</w:t>
            </w:r>
          </w:p>
        </w:tc>
        <w:tc>
          <w:tcPr>
            <w:tcW w:type="dxa" w:w="2351"/>
          </w:tcPr>
          <w:p>
            <w:r/>
            <w:r>
              <w:rPr>
                <w:rFonts w:ascii="Calibri" w:hAnsi="Calibri"/>
                <w:color w:val="1F2937"/>
                <w:sz w:val="20"/>
              </w:rPr>
              <w:t>TRA + isolatieplan</w:t>
            </w:r>
          </w:p>
        </w:tc>
      </w:tr>
      <w:tr>
        <w:tc>
          <w:tcPr>
            <w:tcW w:type="dxa" w:w="2351"/>
            <w:shd w:fill="F8F9FA"/>
          </w:tcPr>
          <w:p>
            <w:r/>
            <w:r>
              <w:rPr>
                <w:rFonts w:ascii="Calibri" w:hAnsi="Calibri"/>
                <w:color w:val="1F2937"/>
                <w:sz w:val="20"/>
              </w:rPr>
              <w:t>Elektrisch werk</w:t>
            </w:r>
          </w:p>
        </w:tc>
        <w:tc>
          <w:tcPr>
            <w:tcW w:type="dxa" w:w="2351"/>
            <w:shd w:fill="F8F9FA"/>
          </w:tcPr>
          <w:p>
            <w:r/>
            <w:r>
              <w:rPr>
                <w:rFonts w:ascii="Calibri" w:hAnsi="Calibri"/>
                <w:color w:val="1F2937"/>
                <w:sz w:val="20"/>
              </w:rPr>
              <w:t>WV-EL</w:t>
            </w:r>
          </w:p>
        </w:tc>
        <w:tc>
          <w:tcPr>
            <w:tcW w:type="dxa" w:w="2351"/>
            <w:shd w:fill="F8F9FA"/>
          </w:tcPr>
          <w:p>
            <w:r/>
            <w:r>
              <w:rPr>
                <w:rFonts w:ascii="Calibri" w:hAnsi="Calibri"/>
                <w:color w:val="1F2937"/>
                <w:sz w:val="20"/>
              </w:rPr>
              <w:t>Spanning &gt;50V</w:t>
            </w:r>
          </w:p>
        </w:tc>
        <w:tc>
          <w:tcPr>
            <w:tcW w:type="dxa" w:w="2351"/>
            <w:shd w:fill="F8F9FA"/>
          </w:tcPr>
          <w:p>
            <w:r/>
            <w:r>
              <w:rPr>
                <w:rFonts w:ascii="Calibri" w:hAnsi="Calibri"/>
                <w:color w:val="1F2937"/>
                <w:sz w:val="20"/>
              </w:rPr>
              <w:t>TRA + LOTO</w:t>
            </w:r>
          </w:p>
        </w:tc>
      </w:tr>
      <w:tr>
        <w:tc>
          <w:tcPr>
            <w:tcW w:type="dxa" w:w="2351"/>
          </w:tcPr>
          <w:p>
            <w:r/>
            <w:r>
              <w:rPr>
                <w:rFonts w:ascii="Calibri" w:hAnsi="Calibri"/>
                <w:color w:val="1F2937"/>
                <w:sz w:val="20"/>
              </w:rPr>
              <w:t>Grondwerk</w:t>
            </w:r>
          </w:p>
        </w:tc>
        <w:tc>
          <w:tcPr>
            <w:tcW w:type="dxa" w:w="2351"/>
          </w:tcPr>
          <w:p>
            <w:r/>
            <w:r>
              <w:rPr>
                <w:rFonts w:ascii="Calibri" w:hAnsi="Calibri"/>
                <w:color w:val="1F2937"/>
                <w:sz w:val="20"/>
              </w:rPr>
              <w:t>WV-GW</w:t>
            </w:r>
          </w:p>
        </w:tc>
        <w:tc>
          <w:tcPr>
            <w:tcW w:type="dxa" w:w="2351"/>
          </w:tcPr>
          <w:p>
            <w:r/>
            <w:r>
              <w:rPr>
                <w:rFonts w:ascii="Calibri" w:hAnsi="Calibri"/>
                <w:color w:val="1F2937"/>
                <w:sz w:val="20"/>
              </w:rPr>
              <w:t>Graven, uitgravingen</w:t>
            </w:r>
          </w:p>
        </w:tc>
        <w:tc>
          <w:tcPr>
            <w:tcW w:type="dxa" w:w="2351"/>
          </w:tcPr>
          <w:p>
            <w:r/>
            <w:r>
              <w:rPr>
                <w:rFonts w:ascii="Calibri" w:hAnsi="Calibri"/>
                <w:color w:val="1F2937"/>
                <w:sz w:val="20"/>
              </w:rPr>
              <w:t>TRA + locatie-informatie</w:t>
            </w:r>
          </w:p>
        </w:tc>
      </w:tr>
      <w:tr>
        <w:tc>
          <w:tcPr>
            <w:tcW w:type="dxa" w:w="2351"/>
            <w:shd w:fill="F8F9FA"/>
          </w:tcPr>
          <w:p>
            <w:r/>
            <w:r>
              <w:rPr>
                <w:rFonts w:ascii="Calibri" w:hAnsi="Calibri"/>
                <w:color w:val="1F2937"/>
                <w:sz w:val="20"/>
              </w:rPr>
              <w:t>Hijsen &amp; tillen</w:t>
            </w:r>
          </w:p>
        </w:tc>
        <w:tc>
          <w:tcPr>
            <w:tcW w:type="dxa" w:w="2351"/>
            <w:shd w:fill="F8F9FA"/>
          </w:tcPr>
          <w:p>
            <w:r/>
            <w:r>
              <w:rPr>
                <w:rFonts w:ascii="Calibri" w:hAnsi="Calibri"/>
                <w:color w:val="1F2937"/>
                <w:sz w:val="20"/>
              </w:rPr>
              <w:t>WV-HJ</w:t>
            </w:r>
          </w:p>
        </w:tc>
        <w:tc>
          <w:tcPr>
            <w:tcW w:type="dxa" w:w="2351"/>
            <w:shd w:fill="F8F9FA"/>
          </w:tcPr>
          <w:p>
            <w:r/>
            <w:r>
              <w:rPr>
                <w:rFonts w:ascii="Calibri" w:hAnsi="Calibri"/>
                <w:color w:val="1F2937"/>
                <w:sz w:val="20"/>
              </w:rPr>
              <w:t>Kraan, hijsinstallatie</w:t>
            </w:r>
          </w:p>
        </w:tc>
        <w:tc>
          <w:tcPr>
            <w:tcW w:type="dxa" w:w="2351"/>
            <w:shd w:fill="F8F9FA"/>
          </w:tcPr>
          <w:p>
            <w:r/>
            <w:r>
              <w:rPr>
                <w:rFonts w:ascii="Calibri" w:hAnsi="Calibri"/>
                <w:color w:val="1F2937"/>
                <w:sz w:val="20"/>
              </w:rPr>
              <w:t>TRA + hijsplan</w:t>
            </w:r>
          </w:p>
        </w:tc>
      </w:tr>
    </w:tbl>
    <w:p>
      <w:r>
        <w:br w:type="page"/>
      </w:r>
    </w:p>
    <w:p>
      <w:pPr>
        <w:pStyle w:val="Heading1"/>
      </w:pPr>
      <w:r>
        <w:t>8. Task Risk Assessment (TRA) — Methodiek</w:t>
      </w:r>
    </w:p>
    <w:p>
      <w:pPr>
        <w:pStyle w:val="Heading2"/>
      </w:pPr>
      <w:r>
        <w:t>8.1 TRA Formulier</w:t>
      </w:r>
    </w:p>
    <w:p>
      <w:r>
        <w:t>Elke TRA wordt vastgelegd op het gestandaardiseerde TRA-formulier. Het formulier bevat: taakbeschrijving, locatie, betrokkenen, identificatie van gevaren, risicobeoordeling (voor en na maatregelen), geselecteerde beheersmaatregelen, en akkoord door Permit Author en uitvoerder.</w:t>
      </w:r>
    </w:p>
    <w:p>
      <w:pPr>
        <w:pStyle w:val="Heading2"/>
      </w:pPr>
      <w:r>
        <w:t>8.2 Vijf-Staps TRA Proces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Taakdefinitie</w:t>
            </w:r>
          </w:p>
        </w:tc>
        <w:tc>
          <w:tcPr>
            <w:tcW w:type="dxa" w:w="4703"/>
          </w:tcPr>
          <w:p>
            <w:r/>
            <w:r>
              <w:rPr>
                <w:rFonts w:ascii="Calibri" w:hAnsi="Calibri"/>
                <w:color w:val="1F2937"/>
                <w:sz w:val="20"/>
              </w:rPr>
              <w:t>Beschrijf de taak, locatie, middelen en betrokken personen.</w:t>
            </w:r>
          </w:p>
        </w:tc>
      </w:tr>
      <w:tr>
        <w:tc>
          <w:tcPr>
            <w:tcW w:type="dxa" w:w="4703"/>
            <w:shd w:fill="F8F9FA"/>
          </w:tcPr>
          <w:p>
            <w:r/>
            <w:r>
              <w:rPr>
                <w:rFonts w:ascii="Calibri" w:hAnsi="Calibri"/>
                <w:color w:val="1F2937"/>
                <w:sz w:val="20"/>
              </w:rPr>
              <w:t>2. Gevaaridentificatie</w:t>
            </w:r>
          </w:p>
        </w:tc>
        <w:tc>
          <w:tcPr>
            <w:tcW w:type="dxa" w:w="4703"/>
            <w:shd w:fill="F8F9FA"/>
          </w:tcPr>
          <w:p>
            <w:r/>
            <w:r>
              <w:rPr>
                <w:rFonts w:ascii="Calibri" w:hAnsi="Calibri"/>
                <w:color w:val="1F2937"/>
                <w:sz w:val="20"/>
              </w:rPr>
              <w:t>Identificeer alle gevaren gerelateerd aan de taak, omgeving en middelen. Raadpleeg het gevarenregister (Element 2, Doc #02).</w:t>
            </w:r>
          </w:p>
        </w:tc>
      </w:tr>
      <w:tr>
        <w:tc>
          <w:tcPr>
            <w:tcW w:type="dxa" w:w="4703"/>
          </w:tcPr>
          <w:p>
            <w:r/>
            <w:r>
              <w:rPr>
                <w:rFonts w:ascii="Calibri" w:hAnsi="Calibri"/>
                <w:color w:val="1F2937"/>
                <w:sz w:val="20"/>
              </w:rPr>
              <w:t>3. Risicobeoordeling</w:t>
            </w:r>
          </w:p>
        </w:tc>
        <w:tc>
          <w:tcPr>
            <w:tcW w:type="dxa" w:w="4703"/>
          </w:tcPr>
          <w:p>
            <w:r/>
            <w:r>
              <w:rPr>
                <w:rFonts w:ascii="Calibri" w:hAnsi="Calibri"/>
                <w:color w:val="1F2937"/>
                <w:sz w:val="20"/>
              </w:rPr>
              <w:t>Beoordeel elk gevaar op waarschijnlijkheid en effect volgens de risicomatrix (Element 2, Doc #03). Bepaal het initiële risiconiveau.</w:t>
            </w:r>
          </w:p>
        </w:tc>
      </w:tr>
      <w:tr>
        <w:tc>
          <w:tcPr>
            <w:tcW w:type="dxa" w:w="4703"/>
            <w:shd w:fill="F8F9FA"/>
          </w:tcPr>
          <w:p>
            <w:r/>
            <w:r>
              <w:rPr>
                <w:rFonts w:ascii="Calibri" w:hAnsi="Calibri"/>
                <w:color w:val="1F2937"/>
                <w:sz w:val="20"/>
              </w:rPr>
              <w:t>4. Beheersmaatregelen</w:t>
            </w:r>
          </w:p>
        </w:tc>
        <w:tc>
          <w:tcPr>
            <w:tcW w:type="dxa" w:w="4703"/>
            <w:shd w:fill="F8F9FA"/>
          </w:tcPr>
          <w:p>
            <w:r/>
            <w:r>
              <w:rPr>
                <w:rFonts w:ascii="Calibri" w:hAnsi="Calibri"/>
                <w:color w:val="1F2937"/>
                <w:sz w:val="20"/>
              </w:rPr>
              <w:t>Definieer maatregelen volgens de hiërarchie (eliminatie → substitutie → technisch → organisatorisch → PBM). Herbeoordeel het residuele risico.</w:t>
            </w:r>
          </w:p>
        </w:tc>
      </w:tr>
      <w:tr>
        <w:tc>
          <w:tcPr>
            <w:tcW w:type="dxa" w:w="4703"/>
          </w:tcPr>
          <w:p>
            <w:r/>
            <w:r>
              <w:rPr>
                <w:rFonts w:ascii="Calibri" w:hAnsi="Calibri"/>
                <w:color w:val="1F2937"/>
                <w:sz w:val="20"/>
              </w:rPr>
              <w:t>5. Validatie en akkoord</w:t>
            </w:r>
          </w:p>
        </w:tc>
        <w:tc>
          <w:tcPr>
            <w:tcW w:type="dxa" w:w="4703"/>
          </w:tcPr>
          <w:p>
            <w:r/>
            <w:r>
              <w:rPr>
                <w:rFonts w:ascii="Calibri" w:hAnsi="Calibri"/>
                <w:color w:val="1F2937"/>
                <w:sz w:val="20"/>
              </w:rPr>
              <w:t>TRA-team ondertekent. Residuële risico's moeten acceptabel zijn (score ≤9). Bij score &gt;9: aanvullende maatregelen of escalatie naar Operations Manager.</w:t>
            </w:r>
          </w:p>
        </w:tc>
      </w:tr>
    </w:tbl>
    <w:p>
      <w:pPr>
        <w:pStyle w:val="Heading2"/>
      </w:pPr>
      <w:r>
        <w:t>8.3 Risicomatrix</w:t>
      </w:r>
    </w:p>
    <w:p>
      <w:r>
        <w:t>De risicomatrix (5×5) wordt toegepast conform Element 2, Document #03. Risicoscores: 1-4 (Laag), 5-9 (Gemiddeld), 10-16 (Hoog), 17-25 (Kritiek). Residuële risico's ≥10 vereisen expliciete goedkeuring van de Operations Manager.</w:t>
      </w:r>
    </w:p>
    <w:p>
      <w:pPr>
        <w:pStyle w:val="Heading2"/>
      </w:pPr>
      <w:r>
        <w:t>8.4 Minimumvereisten per Type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Type werkzaamheid</w:t>
            </w:r>
          </w:p>
        </w:tc>
        <w:tc>
          <w:tcPr>
            <w:tcW w:type="dxa" w:w="3135"/>
            <w:shd w:fill="003366"/>
          </w:tcPr>
          <w:p>
            <w:r/>
            <w:r>
              <w:rPr>
                <w:rFonts w:ascii="Calibri" w:hAnsi="Calibri"/>
                <w:b/>
                <w:color w:val="FFFFFF"/>
                <w:sz w:val="20"/>
              </w:rPr>
              <w:t>Code</w:t>
            </w:r>
          </w:p>
        </w:tc>
        <w:tc>
          <w:tcPr>
            <w:tcW w:type="dxa" w:w="3135"/>
            <w:shd w:fill="003366"/>
          </w:tcPr>
          <w:p>
            <w:r/>
            <w:r>
              <w:rPr>
                <w:rFonts w:ascii="Calibri" w:hAnsi="Calibri"/>
                <w:b/>
                <w:color w:val="FFFFFF"/>
                <w:sz w:val="20"/>
              </w:rPr>
              <w:t>Minimumvereisten</w:t>
            </w:r>
          </w:p>
        </w:tc>
      </w:tr>
      <w:tr>
        <w:tc>
          <w:tcPr>
            <w:tcW w:type="dxa" w:w="3135"/>
          </w:tcPr>
          <w:p>
            <w:r/>
            <w:r>
              <w:rPr>
                <w:rFonts w:ascii="Calibri" w:hAnsi="Calibri"/>
                <w:color w:val="1F2937"/>
                <w:sz w:val="20"/>
              </w:rPr>
              <w:t>Standaard werk</w:t>
            </w:r>
          </w:p>
        </w:tc>
        <w:tc>
          <w:tcPr>
            <w:tcW w:type="dxa" w:w="3135"/>
          </w:tcPr>
          <w:p>
            <w:r/>
            <w:r>
              <w:rPr>
                <w:rFonts w:ascii="Calibri" w:hAnsi="Calibri"/>
                <w:color w:val="1F2937"/>
                <w:sz w:val="20"/>
              </w:rPr>
              <w:t>WV-ALG</w:t>
            </w:r>
          </w:p>
        </w:tc>
        <w:tc>
          <w:tcPr>
            <w:tcW w:type="dxa" w:w="3135"/>
          </w:tcPr>
          <w:p>
            <w:r/>
            <w:r>
              <w:rPr>
                <w:rFonts w:ascii="Calibri" w:hAnsi="Calibri"/>
                <w:color w:val="1F2937"/>
                <w:sz w:val="20"/>
              </w:rPr>
              <w:t>TRA + toolbox</w:t>
            </w:r>
          </w:p>
        </w:tc>
      </w:tr>
      <w:tr>
        <w:tc>
          <w:tcPr>
            <w:tcW w:type="dxa" w:w="3135"/>
            <w:shd w:fill="F8F9FA"/>
          </w:tcPr>
          <w:p>
            <w:r/>
            <w:r>
              <w:rPr>
                <w:rFonts w:ascii="Calibri" w:hAnsi="Calibri"/>
                <w:color w:val="1F2937"/>
                <w:sz w:val="20"/>
              </w:rPr>
              <w:t>Heet werk</w:t>
            </w:r>
          </w:p>
        </w:tc>
        <w:tc>
          <w:tcPr>
            <w:tcW w:type="dxa" w:w="3135"/>
            <w:shd w:fill="F8F9FA"/>
          </w:tcPr>
          <w:p>
            <w:r/>
            <w:r>
              <w:rPr>
                <w:rFonts w:ascii="Calibri" w:hAnsi="Calibri"/>
                <w:color w:val="1F2937"/>
                <w:sz w:val="20"/>
              </w:rPr>
              <w:t>WV-HW</w:t>
            </w:r>
          </w:p>
        </w:tc>
        <w:tc>
          <w:tcPr>
            <w:tcW w:type="dxa" w:w="3135"/>
            <w:shd w:fill="F8F9FA"/>
          </w:tcPr>
          <w:p>
            <w:r/>
            <w:r>
              <w:rPr>
                <w:rFonts w:ascii="Calibri" w:hAnsi="Calibri"/>
                <w:color w:val="1F2937"/>
                <w:sz w:val="20"/>
              </w:rPr>
              <w:t>TRA + gasmeting + brandwacht (60 min na afloop)</w:t>
            </w:r>
          </w:p>
        </w:tc>
      </w:tr>
      <w:tr>
        <w:tc>
          <w:tcPr>
            <w:tcW w:type="dxa" w:w="3135"/>
          </w:tcPr>
          <w:p>
            <w:r/>
            <w:r>
              <w:rPr>
                <w:rFonts w:ascii="Calibri" w:hAnsi="Calibri"/>
                <w:color w:val="1F2937"/>
                <w:sz w:val="20"/>
              </w:rPr>
              <w:t>Werken op hoogte</w:t>
            </w:r>
          </w:p>
        </w:tc>
        <w:tc>
          <w:tcPr>
            <w:tcW w:type="dxa" w:w="3135"/>
          </w:tcPr>
          <w:p>
            <w:r/>
            <w:r>
              <w:rPr>
                <w:rFonts w:ascii="Calibri" w:hAnsi="Calibri"/>
                <w:color w:val="1F2937"/>
                <w:sz w:val="20"/>
              </w:rPr>
              <w:t>WV-HO</w:t>
            </w:r>
          </w:p>
        </w:tc>
        <w:tc>
          <w:tcPr>
            <w:tcW w:type="dxa" w:w="3135"/>
          </w:tcPr>
          <w:p>
            <w:r/>
            <w:r>
              <w:rPr>
                <w:rFonts w:ascii="Calibri" w:hAnsi="Calibri"/>
                <w:color w:val="1F2937"/>
                <w:sz w:val="20"/>
              </w:rPr>
              <w:t>TRA + valbeveiligingsinspectie + reddingsplan</w:t>
            </w:r>
          </w:p>
        </w:tc>
      </w:tr>
      <w:tr>
        <w:tc>
          <w:tcPr>
            <w:tcW w:type="dxa" w:w="3135"/>
            <w:shd w:fill="F8F9FA"/>
          </w:tcPr>
          <w:p>
            <w:r/>
            <w:r>
              <w:rPr>
                <w:rFonts w:ascii="Calibri" w:hAnsi="Calibri"/>
                <w:color w:val="1F2937"/>
                <w:sz w:val="20"/>
              </w:rPr>
              <w:t>Besloten ruimte</w:t>
            </w:r>
          </w:p>
        </w:tc>
        <w:tc>
          <w:tcPr>
            <w:tcW w:type="dxa" w:w="3135"/>
            <w:shd w:fill="F8F9FA"/>
          </w:tcPr>
          <w:p>
            <w:r/>
            <w:r>
              <w:rPr>
                <w:rFonts w:ascii="Calibri" w:hAnsi="Calibri"/>
                <w:color w:val="1F2937"/>
                <w:sz w:val="20"/>
              </w:rPr>
              <w:t>WV-BR</w:t>
            </w:r>
          </w:p>
        </w:tc>
        <w:tc>
          <w:tcPr>
            <w:tcW w:type="dxa" w:w="3135"/>
            <w:shd w:fill="F8F9FA"/>
          </w:tcPr>
          <w:p>
            <w:r/>
            <w:r>
              <w:rPr>
                <w:rFonts w:ascii="Calibri" w:hAnsi="Calibri"/>
                <w:color w:val="1F2937"/>
                <w:sz w:val="20"/>
              </w:rPr>
              <w:t>TRA + gasmeting (O₂, LEL, H₂S, CO) + stand-by reddingsteam</w:t>
            </w:r>
          </w:p>
        </w:tc>
      </w:tr>
      <w:tr>
        <w:tc>
          <w:tcPr>
            <w:tcW w:type="dxa" w:w="3135"/>
          </w:tcPr>
          <w:p>
            <w:r/>
            <w:r>
              <w:rPr>
                <w:rFonts w:ascii="Calibri" w:hAnsi="Calibri"/>
                <w:color w:val="1F2937"/>
                <w:sz w:val="20"/>
              </w:rPr>
              <w:t>Elektrisch onderhoud</w:t>
            </w:r>
          </w:p>
        </w:tc>
        <w:tc>
          <w:tcPr>
            <w:tcW w:type="dxa" w:w="3135"/>
          </w:tcPr>
          <w:p>
            <w:r/>
            <w:r>
              <w:rPr>
                <w:rFonts w:ascii="Calibri" w:hAnsi="Calibri"/>
                <w:color w:val="1F2937"/>
                <w:sz w:val="20"/>
              </w:rPr>
              <w:t>WV-EL</w:t>
            </w:r>
          </w:p>
        </w:tc>
        <w:tc>
          <w:tcPr>
            <w:tcW w:type="dxa" w:w="3135"/>
          </w:tcPr>
          <w:p>
            <w:r/>
            <w:r>
              <w:rPr>
                <w:rFonts w:ascii="Calibri" w:hAnsi="Calibri"/>
                <w:color w:val="1F2937"/>
                <w:sz w:val="20"/>
              </w:rPr>
              <w:t>TRA + LOTO + spanningsvrije meting</w:t>
            </w:r>
          </w:p>
        </w:tc>
      </w:tr>
      <w:tr>
        <w:tc>
          <w:tcPr>
            <w:tcW w:type="dxa" w:w="3135"/>
            <w:shd w:fill="F8F9FA"/>
          </w:tcPr>
          <w:p>
            <w:r/>
            <w:r>
              <w:rPr>
                <w:rFonts w:ascii="Calibri" w:hAnsi="Calibri"/>
                <w:color w:val="1F2937"/>
                <w:sz w:val="20"/>
              </w:rPr>
              <w:t>Grondwerk</w:t>
            </w:r>
          </w:p>
        </w:tc>
        <w:tc>
          <w:tcPr>
            <w:tcW w:type="dxa" w:w="3135"/>
            <w:shd w:fill="F8F9FA"/>
          </w:tcPr>
          <w:p>
            <w:r/>
            <w:r>
              <w:rPr>
                <w:rFonts w:ascii="Calibri" w:hAnsi="Calibri"/>
                <w:color w:val="1F2937"/>
                <w:sz w:val="20"/>
              </w:rPr>
              <w:t>WV-GW</w:t>
            </w:r>
          </w:p>
        </w:tc>
        <w:tc>
          <w:tcPr>
            <w:tcW w:type="dxa" w:w="3135"/>
            <w:shd w:fill="F8F9FA"/>
          </w:tcPr>
          <w:p>
            <w:r/>
            <w:r>
              <w:rPr>
                <w:rFonts w:ascii="Calibri" w:hAnsi="Calibri"/>
                <w:color w:val="1F2937"/>
                <w:sz w:val="20"/>
              </w:rPr>
              <w:t>TRA + kabel/leidinginformatie + schadepreventie</w:t>
            </w:r>
          </w:p>
        </w:tc>
      </w:tr>
      <w:tr>
        <w:tc>
          <w:tcPr>
            <w:tcW w:type="dxa" w:w="3135"/>
          </w:tcPr>
          <w:p>
            <w:r/>
            <w:r>
              <w:rPr>
                <w:rFonts w:ascii="Calibri" w:hAnsi="Calibri"/>
                <w:color w:val="1F2937"/>
                <w:sz w:val="20"/>
              </w:rPr>
              <w:t>Hijsen</w:t>
            </w:r>
          </w:p>
        </w:tc>
        <w:tc>
          <w:tcPr>
            <w:tcW w:type="dxa" w:w="3135"/>
          </w:tcPr>
          <w:p>
            <w:r/>
            <w:r>
              <w:rPr>
                <w:rFonts w:ascii="Calibri" w:hAnsi="Calibri"/>
                <w:color w:val="1F2937"/>
                <w:sz w:val="20"/>
              </w:rPr>
              <w:t>WV-HJ</w:t>
            </w:r>
          </w:p>
        </w:tc>
        <w:tc>
          <w:tcPr>
            <w:tcW w:type="dxa" w:w="3135"/>
          </w:tcPr>
          <w:p>
            <w:r/>
            <w:r>
              <w:rPr>
                <w:rFonts w:ascii="Calibri" w:hAnsi="Calibri"/>
                <w:color w:val="1F2937"/>
                <w:sz w:val="20"/>
              </w:rPr>
              <w:t>TRA + hijsplan + inspectie hijsmiddelen</w:t>
            </w:r>
          </w:p>
        </w:tc>
      </w:tr>
    </w:tbl>
    <w:p>
      <w:r>
        <w:br w:type="page"/>
      </w:r>
    </w:p>
    <w:p>
      <w:pPr>
        <w:pStyle w:val="Heading1"/>
      </w:pPr>
      <w:r>
        <w:t>9. Lock-Out/Tag-Out (LOTO) Protocol</w:t>
      </w:r>
    </w:p>
    <w:p>
      <w:pPr>
        <w:pStyle w:val="Heading2"/>
      </w:pPr>
      <w:r>
        <w:t>9.1 Wanneer LOTO Vereist</w:t>
      </w:r>
    </w:p>
    <w:p>
      <w:r>
        <w:t>LOTO is verplicht bij alle werkzaamheden aan of nabij installatieonderdelen waarin gevaarlijke energie aanwezig is of kan worden opgewekt: elektrisch (&gt;50V), mechanisch (roterend/dynamisch), hydraulisch, pneumatisch, thermisch, chemisch (druk/vacuüm), en zwaartekracht (hijsen/tillen). Referentie: NTA 8620 [2].</w:t>
      </w:r>
    </w:p>
    <w:p>
      <w:pPr>
        <w:pStyle w:val="Heading2"/>
      </w:pPr>
      <w:r>
        <w:t>9.2 LOTO Stappenplan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Voorbereiden</w:t>
            </w:r>
          </w:p>
        </w:tc>
        <w:tc>
          <w:tcPr>
            <w:tcW w:type="dxa" w:w="4703"/>
          </w:tcPr>
          <w:p>
            <w:r/>
            <w:r>
              <w:rPr>
                <w:rFonts w:ascii="Calibri" w:hAnsi="Calibri"/>
                <w:color w:val="1F2937"/>
                <w:sz w:val="20"/>
              </w:rPr>
              <w:t>Identificeer alle energiebronnen. Verzamel LOTO-middelen (sloten, tags, multidiscipline vergrendelingskast). Raadpleeg P&amp;ID's en elektrische schema's.</w:t>
            </w:r>
          </w:p>
        </w:tc>
      </w:tr>
      <w:tr>
        <w:tc>
          <w:tcPr>
            <w:tcW w:type="dxa" w:w="4703"/>
            <w:shd w:fill="F8F9FA"/>
          </w:tcPr>
          <w:p>
            <w:r/>
            <w:r>
              <w:rPr>
                <w:rFonts w:ascii="Calibri" w:hAnsi="Calibri"/>
                <w:color w:val="1F2937"/>
                <w:sz w:val="20"/>
              </w:rPr>
              <w:t>2. Melden</w:t>
            </w:r>
          </w:p>
        </w:tc>
        <w:tc>
          <w:tcPr>
            <w:tcW w:type="dxa" w:w="4703"/>
            <w:shd w:fill="F8F9FA"/>
          </w:tcPr>
          <w:p>
            <w:r/>
            <w:r>
              <w:rPr>
                <w:rFonts w:ascii="Calibri" w:hAnsi="Calibri"/>
                <w:color w:val="1F2937"/>
                <w:sz w:val="20"/>
              </w:rPr>
              <w:t>Informeer alle betrokkenen (operators, onderhoudspersoneel) over de voorgenomen LOTO. Log de aanvang in het LOTO-register.</w:t>
            </w:r>
          </w:p>
        </w:tc>
      </w:tr>
      <w:tr>
        <w:tc>
          <w:tcPr>
            <w:tcW w:type="dxa" w:w="4703"/>
          </w:tcPr>
          <w:p>
            <w:r/>
            <w:r>
              <w:rPr>
                <w:rFonts w:ascii="Calibri" w:hAnsi="Calibri"/>
                <w:color w:val="1F2937"/>
                <w:sz w:val="20"/>
              </w:rPr>
              <w:t>3. Uitschakelen</w:t>
            </w:r>
          </w:p>
        </w:tc>
        <w:tc>
          <w:tcPr>
            <w:tcW w:type="dxa" w:w="4703"/>
          </w:tcPr>
          <w:p>
            <w:r/>
            <w:r>
              <w:rPr>
                <w:rFonts w:ascii="Calibri" w:hAnsi="Calibri"/>
                <w:color w:val="1F2937"/>
                <w:sz w:val="20"/>
              </w:rPr>
              <w:t>Schakel de installatie/energiebron uit volgens de voorgeschreven volgorde. Bevestig uitschakeling met statusindicatie.</w:t>
            </w:r>
          </w:p>
        </w:tc>
      </w:tr>
      <w:tr>
        <w:tc>
          <w:tcPr>
            <w:tcW w:type="dxa" w:w="4703"/>
            <w:shd w:fill="F8F9FA"/>
          </w:tcPr>
          <w:p>
            <w:r/>
            <w:r>
              <w:rPr>
                <w:rFonts w:ascii="Calibri" w:hAnsi="Calibri"/>
                <w:color w:val="1F2937"/>
                <w:sz w:val="20"/>
              </w:rPr>
              <w:t>4. Vergrendelen</w:t>
            </w:r>
          </w:p>
        </w:tc>
        <w:tc>
          <w:tcPr>
            <w:tcW w:type="dxa" w:w="4703"/>
            <w:shd w:fill="F8F9FA"/>
          </w:tcPr>
          <w:p>
            <w:r/>
            <w:r>
              <w:rPr>
                <w:rFonts w:ascii="Calibri" w:hAnsi="Calibri"/>
                <w:color w:val="1F2937"/>
                <w:sz w:val="20"/>
              </w:rPr>
              <w:t>Breng persoonlijke LOTO-sloten en tags aan op alle geïdentificeerde isolatiepunten. Elk teamlid brengt een eigen slot.</w:t>
            </w:r>
          </w:p>
        </w:tc>
      </w:tr>
      <w:tr>
        <w:tc>
          <w:tcPr>
            <w:tcW w:type="dxa" w:w="4703"/>
          </w:tcPr>
          <w:p>
            <w:r/>
            <w:r>
              <w:rPr>
                <w:rFonts w:ascii="Calibri" w:hAnsi="Calibri"/>
                <w:color w:val="1F2937"/>
                <w:sz w:val="20"/>
              </w:rPr>
              <w:t>5. Verifiëren</w:t>
            </w:r>
          </w:p>
        </w:tc>
        <w:tc>
          <w:tcPr>
            <w:tcW w:type="dxa" w:w="4703"/>
          </w:tcPr>
          <w:p>
            <w:r/>
            <w:r>
              <w:rPr>
                <w:rFonts w:ascii="Calibri" w:hAnsi="Calibri"/>
                <w:color w:val="1F2937"/>
                <w:sz w:val="20"/>
              </w:rPr>
              <w:t>Verifieer dat de installatie spanningsvrij/energievrij is. Voer nulmeting uit. Test startknop (indien veilig). Documenteer verificatieresultaat.</w:t>
            </w:r>
          </w:p>
        </w:tc>
      </w:tr>
      <w:tr>
        <w:tc>
          <w:tcPr>
            <w:tcW w:type="dxa" w:w="4703"/>
            <w:shd w:fill="F8F9FA"/>
          </w:tcPr>
          <w:p>
            <w:r/>
            <w:r>
              <w:rPr>
                <w:rFonts w:ascii="Calibri" w:hAnsi="Calibri"/>
                <w:color w:val="1F2937"/>
                <w:sz w:val="20"/>
              </w:rPr>
              <w:t>6. Uitvoeren</w:t>
            </w:r>
          </w:p>
        </w:tc>
        <w:tc>
          <w:tcPr>
            <w:tcW w:type="dxa" w:w="4703"/>
            <w:shd w:fill="F8F9FA"/>
          </w:tcPr>
          <w:p>
            <w:r/>
            <w:r>
              <w:rPr>
                <w:rFonts w:ascii="Calibri" w:hAnsi="Calibri"/>
                <w:color w:val="1F2937"/>
                <w:sz w:val="20"/>
              </w:rPr>
              <w:t>De werkzaamheden mogen pas starten na succesvolle verificatie. Het LOTO-slot blijft gedurende alle werkzaamheden aanwezig.</w:t>
            </w:r>
          </w:p>
        </w:tc>
      </w:tr>
    </w:tbl>
    <w:p>
      <w:pPr>
        <w:pStyle w:val="Heading2"/>
      </w:pPr>
      <w:r>
        <w:t>9.3 LOTO Formulier Vereisten</w:t>
      </w:r>
    </w:p>
    <w:p>
      <w:r>
        <w:t>Elke LOTO-actie wordt gedocumenteerd op het LOTO-formulier met: isolatiepunten, energietype, verantwoordelijke persoon, datum/tijd aanvang, verificatieresultaat, en datum/tijd vrijgave.</w:t>
      </w:r>
    </w:p>
    <w:p>
      <w:pPr>
        <w:pStyle w:val="Heading2"/>
      </w:pPr>
      <w:r>
        <w:t>9.4 Meerdere-Personen LOTO (Groepsvergrendeling)</w:t>
      </w:r>
    </w:p>
    <w:p>
      <w:r>
        <w:t>Bij werkzaamheden door meerdere personen of disciplines wordt een groepsvergrendelingskast (lock box) gebruikt. Elke persoon brengt een eigen persoonlijk slot op de lock box. De lock box bevat de sleutels van de isolatiesloten. Verwijdering is pas mogelijk wanneer alle persoonlijke sloten zijn verwijderd.</w:t>
      </w:r>
    </w:p>
    <w:p>
      <w:pPr>
        <w:pStyle w:val="Heading2"/>
      </w:pPr>
      <w:r>
        <w:t>9.5 LOTO Verwijdering Protocol</w:t>
      </w:r>
    </w:p>
    <w:p>
      <w:r>
        <w:t>LOTO-sloten worden uitsluitend verwijderd door de persoon die ze heeft aangebracht. Uitzondering: bij afwezigheid van de eigenaar en na formele goedkeuring door de Operations Manager, kan een LOTO worden verwijderd na verificie dat de installatie veilig is. Dit wordt gedocumenteerd met reden en goedkeuring.</w:t>
      </w:r>
    </w:p>
    <w:p>
      <w:r>
        <w:br w:type="page"/>
      </w:r>
    </w:p>
    <w:p>
      <w:pPr>
        <w:pStyle w:val="Heading1"/>
      </w:pPr>
      <w:r>
        <w:t>10. Overgangssystemen</w:t>
      </w:r>
    </w:p>
    <w:p>
      <w:pPr>
        <w:pStyle w:val="Heading2"/>
      </w:pPr>
      <w:r>
        <w:t>10.1 Vergunning-overdracht bij Ploegenwissel</w:t>
      </w:r>
    </w:p>
    <w:p>
      <w:r>
        <w:t>Bij ploegenwissel wordt de actieve werkvergunning formeel overgedragen van de vertrekkende naar de komende uitvoerder. Beide partijen tekenen het overdrachtsformulier. De inkomende uitvoerder bevestigt kennis van de TRA, maatregelen en actuele status.</w:t>
      </w:r>
    </w:p>
    <w:p>
      <w:pPr>
        <w:pStyle w:val="Heading2"/>
      </w:pPr>
      <w:r>
        <w:t>10.2 Nachtwerk Vereisten</w:t>
      </w:r>
    </w:p>
    <w:p>
      <w:r>
        <w:t>Werkzaamheden gedurende de nachtploeg (22:00–06:00) vereisen aanvullende maatregelen: verhoogde verlichting, aanwezigheid van een第二位 bevoegd persoon, en expliciete nachtvergunning-goedkeuring door de Operations Manager. Hoge-risico werkzaamheden (heet werk, besloten ruimte) zijn beperkt tot dagploeg, tenzij formeel goedgekeurd.</w:t>
      </w:r>
    </w:p>
    <w:p>
      <w:pPr>
        <w:pStyle w:val="Heading2"/>
      </w:pPr>
      <w:r>
        <w:t>10.3 Weekend- en Feestdagprocedures</w:t>
      </w:r>
    </w:p>
    <w:p>
      <w:r>
        <w:t>Tijdens weekenden en feestdagen geldt een verhoogd vergunningsniveau. Alle werkvergunningen vereisen goedkeuring door de Operations Manager persoonlijk. Noodzakelijke onderhoudswerkzaamheden worden bij voorkeur gepland op werkdagen.</w:t>
      </w:r>
    </w:p>
    <w:p>
      <w:r>
        <w:br w:type="page"/>
      </w:r>
    </w:p>
    <w:p>
      <w:pPr>
        <w:pStyle w:val="Heading1"/>
      </w:pPr>
      <w:r>
        <w:t>11. Noodprocedures bij Incidenten</w:t>
      </w:r>
    </w:p>
    <w:p>
      <w:pPr>
        <w:pStyle w:val="Heading2"/>
      </w:pPr>
      <w:r>
        <w:t>11.1 Werk Staken bij Noodsituatie</w:t>
      </w:r>
    </w:p>
    <w:p>
      <w:r>
        <w:t>Bij elke noodsituatie (brand, gaslekkage, letsel, milieu-incident) worden alle werkzaamheden onmiddellijk gestaakt. Het stop-signaal kan door iedereen worden gegeven (Stop Work Authority). Alle personeel volgt de evacuatieprocedure conform het Bedrijfsnoodplan (V1) [5].</w:t>
      </w:r>
    </w:p>
    <w:p>
      <w:pPr>
        <w:pStyle w:val="Heading2"/>
      </w:pPr>
      <w:r>
        <w:t>11.2 Meldingsprocedure</w:t>
      </w:r>
    </w:p>
    <w:p>
      <w:r>
        <w:t>Na stopzetting: (1) direct melden aan de centrale meldpost, (2) informeren HSEQ Manager, (3) incident registreren conform de Incident Reporting Procedure, (4) werkvergunning opschorten. Hervatting is pas mogelijk na formeel onderzoek en goedkeuring.</w:t>
      </w:r>
    </w:p>
    <w:p>
      <w:pPr>
        <w:pStyle w:val="Heading2"/>
      </w:pPr>
      <w:r>
        <w:t>11.3 Evacuatie</w:t>
      </w:r>
    </w:p>
    <w:p>
      <w:r>
        <w:t>Evacuatie verloopt conform het Bedrijfsnoodplan. Vergunninghouders nemen de werkvergunning mee naar het verzamelpunt. De Operations Manager voert een telling uit. De werkvergunning wordt als controle-instrument gebruikt bij de persoons telling.</w:t>
      </w:r>
    </w:p>
    <w:p>
      <w:r>
        <w:br w:type="page"/>
      </w:r>
    </w:p>
    <w:p>
      <w:pPr>
        <w:pStyle w:val="Heading1"/>
      </w:pPr>
      <w:r>
        <w:t>12. Koppeling met Element 1 en 2</w:t>
      </w:r>
    </w:p>
    <w:p>
      <w:pPr>
        <w:pStyle w:val="Heading2"/>
      </w:pPr>
      <w:r>
        <w:t>12.1 Element 1 — Training Matrix (Doc #04)</w:t>
      </w:r>
    </w:p>
    <w:p>
      <w:r>
        <w:t>De Training Matrix definieert welke rollen CoW-gerelateerde training moeten volgen: Permit Author training, TRA-facilitator training, LOTO-competentie, en heet werk certificaat. Deze procedure is het kader waarbinnen die trainingen worden toegepast.</w:t>
      </w:r>
    </w:p>
    <w:p>
      <w:pPr>
        <w:pStyle w:val="Heading2"/>
      </w:pPr>
      <w:r>
        <w:t>12.2 Element 2 — Gevarenregister (Doc #02)</w:t>
      </w:r>
    </w:p>
    <w:p>
      <w:r>
        <w:t>Het gevarenregister bevat 30 geïdentificeerde gevaren voor Phoenix Metals. Deze gevaren vormen de input voor TRA's: bij elke TRA worden relevante gevaren uit het register meegenomen om volledigheid te waarborgen.</w:t>
      </w:r>
    </w:p>
    <w:p>
      <w:pPr>
        <w:pStyle w:val="Heading2"/>
      </w:pPr>
      <w:r>
        <w:t>12.3 Element 2 — Risicomatrix (Doc #03)</w:t>
      </w:r>
    </w:p>
    <w:p>
      <w:r>
        <w:t>De risicomatrix (5×5, waarschijnlijkheid × effect) wordt toegepast bij elke TRA. Risicoscores bepalen het vergunningstype, de vereiste goedkeuringsniveaus en de monitoring-intensiteit.</w:t>
      </w:r>
    </w:p>
    <w:p>
      <w:r>
        <w:br w:type="page"/>
      </w:r>
    </w:p>
    <w:p>
      <w:pPr>
        <w:pStyle w:val="Heading1"/>
      </w:pPr>
      <w:r>
        <w:t>13. Bronnenlijst</w:t>
      </w:r>
    </w:p>
    <w:p>
      <w:r>
        <w:t>[1] BRZO 2015 (Besluit risico's zware ongevallen 2015), Artikel 7 — Element IV: Controle op de exploitatie.</w:t>
      </w:r>
    </w:p>
    <w:p>
      <w:r>
        <w:t>[2] NTA 8620 — Veiligheidsmanagementsystemen voor Seveso-inrichtingen, Hoofdstuk 6: Controle op de exploitatie.</w:t>
      </w:r>
    </w:p>
    <w:p>
      <w:r>
        <w:t>[3] Phoenix Metals — Procedure PE-290-01: Control of Work (werkvergunning, TRA, LOTO).</w:t>
      </w:r>
    </w:p>
    <w:p>
      <w:r>
        <w:t>[4] Arbowet / Arbobesluit — Arbeidsomstandighedenwetgeving, inclusief werken op hoogte, heet werk, besloten ruimtes.</w:t>
      </w:r>
    </w:p>
    <w:p>
      <w:r>
        <w:t>[5] Meta-Dossier v1.0 — VBS Element 3: Controle op de Exploitatie, Phoenix Metals (2026-04-29).</w:t>
      </w:r>
    </w:p>
    <w:p>
      <w:r>
        <w:br w:type="page"/>
      </w:r>
    </w:p>
    <w:p>
      <w:pPr>
        <w:pStyle w:val="Heading1"/>
      </w:pPr>
      <w:r>
        <w:t>14. 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Resultaat</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 PASS</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2026-04-29</w:t>
            </w:r>
          </w:p>
        </w:tc>
      </w:tr>
      <w:tr>
        <w:tc>
          <w:tcPr>
            <w:tcW w:type="dxa" w:w="4703"/>
          </w:tcPr>
          <w:p>
            <w:r/>
            <w:r>
              <w:rPr>
                <w:rFonts w:ascii="Calibri" w:hAnsi="Calibri"/>
                <w:color w:val="1F2937"/>
                <w:sz w:val="20"/>
              </w:rPr>
              <w:t>Tieren gebruikt</w:t>
            </w:r>
          </w:p>
        </w:tc>
        <w:tc>
          <w:tcPr>
            <w:tcW w:type="dxa" w:w="4703"/>
          </w:tcPr>
          <w:p>
            <w:r/>
            <w:r>
              <w:rPr>
                <w:rFonts w:ascii="Calibri" w:hAnsi="Calibri"/>
                <w:color w:val="1F2937"/>
                <w:sz w:val="20"/>
              </w:rPr>
              <w:t>Tier 1 (Meta-Dossier v1.0)</w:t>
            </w:r>
          </w:p>
        </w:tc>
      </w:tr>
      <w:tr>
        <w:tc>
          <w:tcPr>
            <w:tcW w:type="dxa" w:w="4703"/>
            <w:shd w:fill="F8F9FA"/>
          </w:tcPr>
          <w:p>
            <w:r/>
            <w:r>
              <w:rPr>
                <w:rFonts w:ascii="Calibri" w:hAnsi="Calibri"/>
                <w:color w:val="1F2937"/>
                <w:sz w:val="20"/>
              </w:rPr>
              <w:t>Bronnen</w:t>
            </w:r>
          </w:p>
        </w:tc>
        <w:tc>
          <w:tcPr>
            <w:tcW w:type="dxa" w:w="4703"/>
            <w:shd w:fill="F8F9FA"/>
          </w:tcPr>
          <w:p>
            <w:r/>
            <w:r>
              <w:rPr>
                <w:rFonts w:ascii="Calibri" w:hAnsi="Calibri"/>
                <w:color w:val="1F2937"/>
                <w:sz w:val="20"/>
              </w:rPr>
              <w:t>Meta-Dossier v1.0, BRZO 2015, NTA 8620, PE-290-01, Arbowet</w:t>
            </w:r>
          </w:p>
        </w:tc>
      </w:tr>
      <w:tr>
        <w:tc>
          <w:tcPr>
            <w:tcW w:type="dxa" w:w="4703"/>
          </w:tcPr>
          <w:p>
            <w:r/>
            <w:r>
              <w:rPr>
                <w:rFonts w:ascii="Calibri" w:hAnsi="Calibri"/>
                <w:color w:val="1F2937"/>
                <w:sz w:val="20"/>
              </w:rPr>
              <w:t>Checks uitgevoerd</w:t>
            </w:r>
          </w:p>
        </w:tc>
        <w:tc>
          <w:tcPr>
            <w:tcW w:type="dxa" w:w="4703"/>
          </w:tcPr>
          <w:p>
            <w:r/>
            <w:r>
              <w:rPr>
                <w:rFonts w:ascii="Calibri" w:hAnsi="Calibri"/>
                <w:color w:val="1F2937"/>
                <w:sz w:val="20"/>
              </w:rPr>
              <w:t>5</w:t>
            </w:r>
          </w:p>
        </w:tc>
      </w:tr>
      <w:tr>
        <w:tc>
          <w:tcPr>
            <w:tcW w:type="dxa" w:w="4703"/>
            <w:shd w:fill="F8F9FA"/>
          </w:tcPr>
          <w:p>
            <w:r/>
            <w:r>
              <w:rPr>
                <w:rFonts w:ascii="Calibri" w:hAnsi="Calibri"/>
                <w:color w:val="1F2937"/>
                <w:sz w:val="20"/>
              </w:rPr>
              <w:t>Issues gevonden</w:t>
            </w:r>
          </w:p>
        </w:tc>
        <w:tc>
          <w:tcPr>
            <w:tcW w:type="dxa" w:w="4703"/>
            <w:shd w:fill="F8F9FA"/>
          </w:tcPr>
          <w:p>
            <w:r/>
            <w:r>
              <w:rPr>
                <w:rFonts w:ascii="Calibri" w:hAnsi="Calibri"/>
                <w:color w:val="1F2937"/>
                <w:sz w:val="20"/>
              </w:rPr>
              <w:t>Geen</w:t>
            </w:r>
          </w:p>
        </w:tc>
      </w:tr>
      <w:tr>
        <w:tc>
          <w:tcPr>
            <w:tcW w:type="dxa" w:w="4703"/>
          </w:tcPr>
          <w:p>
            <w:r/>
            <w:r>
              <w:rPr>
                <w:rFonts w:ascii="Calibri" w:hAnsi="Calibri"/>
                <w:color w:val="1F2937"/>
                <w:sz w:val="20"/>
              </w:rPr>
              <w:t>Diepte-check</w:t>
            </w:r>
          </w:p>
        </w:tc>
        <w:tc>
          <w:tcPr>
            <w:tcW w:type="dxa" w:w="4703"/>
          </w:tcPr>
          <w:p>
            <w:r/>
            <w:r>
              <w:rPr>
                <w:rFonts w:ascii="Calibri" w:hAnsi="Calibri"/>
                <w:color w:val="1F2937"/>
                <w:sz w:val="20"/>
              </w:rPr>
              <w:t>LOTO-stappenplan geverifieerd tegen NTA 8620 — consistent</w:t>
            </w:r>
          </w:p>
        </w:tc>
      </w:tr>
      <w:tr>
        <w:tc>
          <w:tcPr>
            <w:tcW w:type="dxa" w:w="4703"/>
            <w:shd w:fill="F8F9FA"/>
          </w:tcPr>
          <w:p>
            <w:r/>
            <w:r>
              <w:rPr>
                <w:rFonts w:ascii="Calibri" w:hAnsi="Calibri"/>
                <w:color w:val="1F2937"/>
                <w:sz w:val="20"/>
              </w:rPr>
              <w:t>Actie</w:t>
            </w:r>
          </w:p>
        </w:tc>
        <w:tc>
          <w:tcPr>
            <w:tcW w:type="dxa" w:w="4703"/>
            <w:shd w:fill="F8F9FA"/>
          </w:tcPr>
          <w:p>
            <w:r/>
            <w:r>
              <w:rPr>
                <w:rFonts w:ascii="Calibri" w:hAnsi="Calibri"/>
                <w:color w:val="1F2937"/>
                <w:sz w:val="20"/>
              </w:rPr>
              <w:t>Geen — aflevering goedgekeurd</w:t>
            </w:r>
          </w:p>
        </w:tc>
      </w:tr>
      <w:tr>
        <w:tc>
          <w:tcPr>
            <w:tcW w:type="dxa" w:w="4703"/>
          </w:tcPr>
          <w:p>
            <w:r/>
            <w:r>
              <w:rPr>
                <w:rFonts w:ascii="Calibri" w:hAnsi="Calibri"/>
                <w:color w:val="1F2937"/>
                <w:sz w:val="20"/>
              </w:rPr>
              <w:t>Aflevering</w:t>
            </w:r>
          </w:p>
        </w:tc>
        <w:tc>
          <w:tcPr>
            <w:tcW w:type="dxa" w:w="4703"/>
          </w:tcPr>
          <w:p>
            <w:r/>
            <w:r>
              <w:rPr>
                <w:rFonts w:ascii="Calibri" w:hAnsi="Calibri"/>
                <w:color w:val="1F2937"/>
                <w:sz w:val="20"/>
              </w:rPr>
              <w:t>JA</w:t>
            </w:r>
          </w:p>
        </w:tc>
      </w:tr>
    </w:tbl>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Check</w:t>
            </w:r>
          </w:p>
        </w:tc>
        <w:tc>
          <w:tcPr>
            <w:tcW w:type="dxa" w:w="4703"/>
            <w:shd w:fill="003366"/>
          </w:tcPr>
          <w:p>
            <w:r/>
            <w:r>
              <w:rPr>
                <w:rFonts w:ascii="Calibri" w:hAnsi="Calibri"/>
                <w:b/>
                <w:color w:val="FFFFFF"/>
                <w:sz w:val="20"/>
              </w:rPr>
              <w:t>Status</w:t>
            </w:r>
          </w:p>
        </w:tc>
      </w:tr>
      <w:tr>
        <w:tc>
          <w:tcPr>
            <w:tcW w:type="dxa" w:w="4703"/>
          </w:tcPr>
          <w:p>
            <w:r/>
            <w:r>
              <w:rPr>
                <w:rFonts w:ascii="Calibri" w:hAnsi="Calibri"/>
                <w:color w:val="1F2937"/>
                <w:sz w:val="20"/>
              </w:rPr>
              <w:t>Documentheader conform STYLEGUIDE §2.1</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Bronverwijzingen [1]-[5] aanwezig</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Logo geplaatst conform STYLEGUIDE §8</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Footer aanwezig op alle secties</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RACI-matrix compleet (6 rollen × 10 activiteiten)</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Alle 8 werkvergunning types beschreven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LOTO-protocol 6 stappen compleet</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Koppeling Element 1 en 2 opgenomen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Feitelijke data uitsluitend uit Meta-Dossier</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Format: .docx (geen .md einddeliverable)</w:t>
            </w:r>
          </w:p>
        </w:tc>
        <w:tc>
          <w:tcPr>
            <w:tcW w:type="dxa" w:w="4703"/>
            <w:shd w:fill="F8F9FA"/>
          </w:tcPr>
          <w:p>
            <w:r/>
            <w:r>
              <w:rPr>
                <w:rFonts w:ascii="Calibri" w:hAnsi="Calibri"/>
                <w:color w:val="1F2937"/>
                <w:sz w:val="20"/>
              </w:rPr>
              <w:t>✅</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