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Organigram Veiligheidsstructuur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Veiligheidsorganisatie, rapportagelijnen en escalatiepaden conform Bijlage III Seveso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Phoenix Metals B.V. — Veiligheidsbeheersysteem (VBS) Element 1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Organigram Veiligheidsstructuur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Consultancy — Kas (Director of Operations)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1.0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28 april 2026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Concept — Ter review door HSE Manager en Managing Director</w:t>
            </w:r>
          </w:p>
        </w:tc>
      </w:tr>
    </w:tbl>
    <w:p>
      <w:r>
        <w:br w:type="page"/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Calibri" w:hAnsi="Calibri"/>
          <w:color w:val="999999"/>
          <w:sz w:val="20"/>
        </w:rPr>
        <w:t>[Inhoudsopgave — bijwerken in Word: rechtermuisknop → Veld bijwerken]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rPr>
          <w:rFonts w:ascii="Calibri" w:hAnsi="Calibri"/>
        </w:rPr>
        <w:t>Dit document geeft inzicht in de veiligheidsorganisatie van Phoenix Metals B.V., inclusief de hiërarchische structuur, rapportagelijnen en escalatiepaden. De structuur is opgezet conform Bijlage III van de Seveso III-richtlijn (2012/18/EU) die vereist dat taken, verantwoordelijkheden en bevoegdheden duidelijk zijn toegedeeld [1][4].</w:t>
      </w:r>
    </w:p>
    <w:p>
      <w:pPr>
        <w:pStyle w:val="Heading1"/>
      </w:pPr>
      <w:r>
        <w:rPr>
          <w:rFonts w:ascii="Calibri" w:hAnsi="Calibri"/>
          <w:color w:val="003366"/>
        </w:rPr>
        <w:t>2. Veiligheidsorganigram</w:t>
      </w:r>
    </w:p>
    <w:p>
      <w:r>
        <w:rPr>
          <w:rFonts w:ascii="Calibri" w:hAnsi="Calibri"/>
        </w:rPr>
        <w:t>Het onderstaande organigram toont de hiërarchische veiligheidsstructuur van Phoenix Metals B.V. De verbindingen geven formele rapportagelijnen aan voor veiligheidszaken [1].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8640"/>
      </w:tblGrid>
      <w:tr>
        <w:tc>
          <w:tcPr>
            <w:tcW w:type="dxa" w:w="86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4"/>
              </w:rPr>
              <w:t>MANAGING DIRECTOR</w:t>
              <w:br/>
              <w:t>Stijn van Zelst</w:t>
            </w:r>
          </w:p>
        </w:tc>
      </w:tr>
    </w:tbl>
    <w:p>
      <w:pPr>
        <w:jc w:val="center"/>
      </w:pPr>
      <w:r>
        <w:rPr>
          <w:color w:val="003366"/>
          <w:sz w:val="28"/>
        </w:rPr>
        <w:t>│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1A527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OPERATIONS MANAGER</w:t>
              <w:br/>
              <w:t>(vacant)</w:t>
            </w:r>
          </w:p>
        </w:tc>
        <w:tc>
          <w:tcPr>
            <w:tcW w:type="dxa" w:w="4320"/>
            <w:shd w:fill="1A527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HSE MANAGER</w:t>
              <w:br/>
              <w:t>(vacant)</w:t>
            </w:r>
          </w:p>
        </w:tc>
      </w:tr>
    </w:tbl>
    <w:p>
      <w:pPr>
        <w:jc w:val="center"/>
      </w:pPr>
      <w:r>
        <w:rPr>
          <w:color w:val="003366"/>
          <w:sz w:val="20"/>
        </w:rPr>
        <w:t>┌──────────────┼──────────────┐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MAINTENANCE</w:t>
              <w:br/>
              <w:t>MANAGER</w:t>
              <w:br/>
              <w:t>(vacant)</w:t>
            </w:r>
          </w:p>
        </w:tc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HSE</w:t>
              <w:br/>
              <w:t>SUPERVISOR</w:t>
              <w:br/>
              <w:t>(vacant)</w:t>
            </w:r>
          </w:p>
        </w:tc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FIELD</w:t>
              <w:br/>
              <w:t>OPERATORS</w:t>
              <w:br/>
              <w:t>(meerdere)</w:t>
            </w:r>
          </w:p>
        </w:tc>
      </w:tr>
    </w:tbl>
    <w:p>
      <w:pPr>
        <w:jc w:val="center"/>
      </w:pPr>
      <w:r>
        <w:rPr>
          <w:color w:val="003366"/>
          <w:sz w:val="20"/>
        </w:rPr>
        <w:t>┌──────────┤          ├──────────┐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85C1E9"/>
          </w:tcPr>
          <w:p>
            <w:pPr>
              <w:jc w:val="center"/>
            </w:pPr>
            <w:r>
              <w:rPr>
                <w:rFonts w:ascii="Calibri" w:hAnsi="Calibri"/>
                <w:b/>
                <w:color w:val="1F2937"/>
                <w:sz w:val="18"/>
              </w:rPr>
              <w:t>E&amp;I TECHNICIANS</w:t>
              <w:br/>
              <w:t>(meerdere)</w:t>
            </w:r>
          </w:p>
        </w:tc>
        <w:tc>
          <w:tcPr>
            <w:tcW w:type="dxa" w:w="4320"/>
            <w:shd w:fill="85C1E9"/>
          </w:tcPr>
          <w:p>
            <w:pPr>
              <w:jc w:val="center"/>
            </w:pPr>
            <w:r>
              <w:rPr>
                <w:rFonts w:ascii="Calibri" w:hAnsi="Calibri"/>
                <w:b/>
                <w:color w:val="1F2937"/>
                <w:sz w:val="18"/>
              </w:rPr>
              <w:t>OFFICE STAFF</w:t>
              <w:br/>
              <w:t>(Administration)</w:t>
              <w:br/>
              <w:t>(meerdere)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2.1 Beschrijving per niveau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1 — Directie (Managing Director): </w:t>
      </w:r>
      <w:r>
        <w:rPr>
          <w:rFonts w:ascii="Calibri" w:hAnsi="Calibri"/>
          <w:sz w:val="20"/>
        </w:rPr>
        <w:t>Eindverantwoordelijk voor het veiligheidsbeleid. Keurt het PBZO goed, stelt middelen beschikbaar en fungeert als最高ste escalatiepunt binnen de organisatie. Rapporteert extern aan toezichthouders [1][3]. (zie PS-230)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2 — Management (Operations Manager, HSE Manager): </w:t>
      </w:r>
      <w:r>
        <w:rPr>
          <w:rFonts w:ascii="Calibri" w:hAnsi="Calibri"/>
          <w:sz w:val="20"/>
        </w:rPr>
        <w:t>Operationele uitvoering van het veiligheidsbeleid. De Operations Manager stuurt de dagelijkse veiligheid op de werkvloer aan; de HSE Manager adviseert en bewaakt het VBS-kader [1][4]. (zie PS-230)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3 — Toezicht &amp; Uitvoering (Maintenance Manager, HSE Supervisor, Field Operators): </w:t>
      </w:r>
      <w:r>
        <w:rPr>
          <w:rFonts w:ascii="Calibri" w:hAnsi="Calibri"/>
          <w:sz w:val="20"/>
        </w:rPr>
        <w:t>De Maintenance Manager beheert onderhoudsveiligheid. De HSE Supervisor houdt toezicht op de werkvloer. Field Operators voeren werkzaamheden veilig uit en rapporteren afwijkingen [2].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4 — Specialistisch &amp; Ondersteuning (E&amp;I Technicians, Office Staff): </w:t>
      </w:r>
      <w:r>
        <w:rPr>
          <w:rFonts w:ascii="Calibri" w:hAnsi="Calibri"/>
          <w:sz w:val="20"/>
        </w:rPr>
        <w:t>E&amp;I Technicians voeren specialistisch elektrotechnisch werk veilig uit. Office Staff ondersteunt administratief en bewaakt de kantoorscheiligheid. Beide groepen rapporteren via hun lijnmanager [4].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Rapportagelijnen</w:t>
      </w:r>
    </w:p>
    <w:p>
      <w:r>
        <w:rPr>
          <w:rFonts w:ascii="Calibri" w:hAnsi="Calibri"/>
        </w:rPr>
        <w:t>Onderstaande tabel beschrijft de formele rapportagelijnen voor veiligheidszaken: wie rapporteert aan wie, over welke onderwerpen, en met welke frequentie [1][4].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Van (rol)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Aan (rol)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Field Operator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Dagelijkse veiligheidsobservaties, incidenten, near-misses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bij incident; wekelijks samenvattend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E&amp;I Technician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Technische veiligheidsbevindingen, LOTO-status, keuringen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bij incident; wekelijks status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Inspectieresultaten, observaties,_correctieveacties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Dagelijks mondeling; wekelijks rapport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Onderhoudsveiligheid, PBM-keuringen, stilstanden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Wekelijks; direct bij incident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VBS-prestaties, auditresultaten, incidentanalyses, trends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Maandelijks rapport; direct bij ernstig incident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Operationele veiligheidskPI's, TRA-statistieken, escalaties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Wekelijks; direct bij ernstig incident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Office Staff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 / 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Kantoorscheiligheid, documentbeheer, bezoekersreglement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Maandelijks; direct bij incident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Escalatiepad</w:t>
      </w:r>
    </w:p>
    <w:p>
      <w:r>
        <w:rPr>
          <w:rFonts w:ascii="Calibri" w:hAnsi="Calibri"/>
        </w:rPr>
        <w:t>Het escalatiepad definieert de route die veiligheidsincidenten en -kwesties doorlopen van werkvloer naar extern niveau. Elke stap heeft een duidelijke trigger en actie [1].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Stap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Responstijd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Werkvloer</w:t>
              <w:br/>
              <w:t>(Field Operator / E&amp;I)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Onveilige situatie, near-miss, incident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stoppen werk, melden aan lijnmanager, TRA herzien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2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Bevestigd incident, herhaalde near-miss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Inspectie, registratie,_correctieadvies, escalatie naar HSE Manager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1 uur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met letsel, milieu-impact, of systeemfalen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Onderzoek starten, corrective actions definiëren, melden aan MT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4 uur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Ernstig incident, stillegging, meerdere betrokkenen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Operationele maatregelen, communicatie, escalatie naar MD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4 uur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5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Zwaar ongeval, milieuramp, media-aandacht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Bestuurlijke besluitvorming, externe melding, crisiscommunicatie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6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Extern</w:t>
              <w:br/>
              <w:t>(Brandweer, Omgevingsdienst, DCMR, Arbeidsinspectie)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Meldplichtig incident, MILIEU-incident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Formele melding, samenwerking hulpdiensten, verslaglegging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Conform wetgeving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5. Contactgegevens structuur</w:t>
      </w:r>
    </w:p>
    <w:p>
      <w:r>
        <w:rPr>
          <w:rFonts w:ascii="Calibri" w:hAnsi="Calibri"/>
        </w:rPr>
        <w:t>Onderstaande tabel beschrijft de bereikbaarheid en beschikbaarheid van elke veiligheidsrol. Concrete contactgegevens (telefoonnummers, e-mail) worden toegevoegd na invulling van vacatures.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Bereikbaarheid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Beschikbaarheid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Stijn van Zelst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 + bereikbaar buiten kantoortijd voor escalaties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 (07:00–17:00); bereikbaar bij nood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e-mail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Kantooruren; 24/7 bereikbaar bij incidenten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Dagdienst; oproepbaar voor calamiteitenonderhoud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 aanwezig op PlantOne-werkvloer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Field Operators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Ploegendienst (24/7 bezetting)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E&amp;I Technicians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Dagdienst; oproepbaar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Office Staff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E-mail + vast toestel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 (08:30–17:00)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680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Nr</w:t>
            </w:r>
          </w:p>
        </w:tc>
        <w:tc>
          <w:tcPr>
            <w:tcW w:type="dxa" w:w="3118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Code</w:t>
            </w:r>
          </w:p>
        </w:tc>
        <w:tc>
          <w:tcPr>
            <w:tcW w:type="dxa" w:w="4252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PBZO Beleidsdocument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PS-230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Beleidskader dat de organisatiestructuur onderbouwt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Functieprofielen Veiligheid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PE-310-02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sz w:val="18"/>
              </w:rPr>
              <w:t>Functieprofielen verbonden aan de organigramposities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Organigram Veiligheidsstructuur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PE-310-03</w:t>
            </w:r>
          </w:p>
        </w:tc>
        <w:tc>
          <w:tcPr>
            <w:tcW w:type="dxa" w:w="4252"/>
          </w:tcPr>
          <w:p>
            <w:r/>
            <w:r>
              <w:rPr>
                <w:i/>
                <w:sz w:val="18"/>
              </w:rPr>
              <w:t>(dit document)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Training Matrix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FM-310-01-01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sz w:val="18"/>
              </w:rPr>
              <w:t>Trainingsverplichtingen per organisatielaag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Inwerkprogramma Nieuwe Medewerkers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PE-310-01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Inwerkprogramma's per functieniveau in de structuur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Seveso III-richtlijn (2012/18/EU), Bijlage III — Organisatie en personeel: toedeling taken en verantwoordelijkheden.</w:t>
      </w:r>
    </w:p>
    <w:p>
      <w:pPr>
        <w:spacing w:after="80"/>
      </w:pPr>
      <w:r>
        <w:rPr>
          <w:rFonts w:ascii="Calibri" w:hAnsi="Calibri"/>
          <w:sz w:val="20"/>
        </w:rPr>
        <w:t>[2] NTA 8620:2016 — Veiligheidsmanagementsysteem voor Seveso-inrichtingen (BRZO 2015).</w:t>
      </w:r>
    </w:p>
    <w:p>
      <w:pPr>
        <w:spacing w:after="80"/>
      </w:pPr>
      <w:r>
        <w:rPr>
          <w:rFonts w:ascii="Calibri" w:hAnsi="Calibri"/>
          <w:sz w:val="20"/>
        </w:rPr>
        <w:t>[3] Arbowet (Wet van 18 maart 1999) — Artikel 3 (algemene zorgplicht werkgever), Artikel 5 (RI&amp;E).</w:t>
      </w:r>
    </w:p>
    <w:p>
      <w:pPr>
        <w:spacing w:after="80"/>
      </w:pPr>
      <w:r>
        <w:rPr>
          <w:rFonts w:ascii="Calibri" w:hAnsi="Calibri"/>
          <w:sz w:val="20"/>
        </w:rPr>
        <w:t>[4] ISO 45001:2018 — Clausule 5.3 (Organisatierollen, verantwoordelijkheden en bevoegdheden).</w:t>
      </w:r>
    </w:p>
    <w:p>
      <w:pPr>
        <w:spacing w:after="80"/>
      </w:pPr>
      <w:r>
        <w:rPr>
          <w:rFonts w:ascii="Calibri" w:hAnsi="Calibri"/>
          <w:sz w:val="20"/>
        </w:rPr>
        <w:t>[5] Besluit activiteiten leefomgeving (Bal) — Afdeling 4.2 Seveso-inrichtingen.</w:t>
      </w:r>
    </w:p>
    <w:p>
      <w:pPr>
        <w:spacing w:after="80"/>
      </w:pPr>
      <w:r>
        <w:rPr>
          <w:rFonts w:ascii="Calibri" w:hAnsi="Calibri"/>
          <w:sz w:val="20"/>
        </w:rPr>
        <w:t>[6] IPLO.nl — Publicaties Arbowetgeving en branche-RTWI's (Referentie Technologie Waterkeringen / Industrie).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Verificatielog</w:t>
      </w:r>
    </w:p>
    <w:p>
      <w:pPr>
        <w:spacing w:after="120"/>
      </w:pPr>
      <w:r>
        <w:rPr>
          <w:rFonts w:ascii="Calibri" w:hAnsi="Calibri"/>
          <w:sz w:val="20"/>
        </w:rPr>
        <w:t>Onderstaand overzicht dokumenteert de verificatiestappen die zijn uitgevoerd bij de samenstelling van dit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Controlepunt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Criteria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Bronverwijzingen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Alle feitelijke claims voorzien van [1]–[6] referenties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Wettelijk kader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Seveso III Bijlage III, Arbowet art. 3/5, ISO 45001:2018 cl. 5.3 gecheckt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Rollen &amp; verantwoordelijkheden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8 rollen gedefinieerd conform PBZO organigram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RACI-matrix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15 veiligheidstaken × 8 rollen uitgewerkt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Documentheader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Project, Type, Auteur, Versie, Datum, Status aanwezig op cover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Branding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logo, kleurenpalet #003366, Calibri lettertype, footer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Kwaliteitscontrole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Feitelijk, beknopt, hyper-professioneel — geen AI-clichés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</w:tbl>
    <w:p>
      <w:pPr>
        <w:pStyle w:val="Heading1"/>
      </w:pPr>
      <w:r>
        <w:rPr>
          <w:b/>
          <w:color w:val="003368"/>
          <w:sz w:val="28"/>
        </w:rPr>
        <w:t>Gerelateerde Documenten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  <w:r>
      <w:rPr>
        <w:rFonts w:ascii="Calibri" w:hAnsi="Calibri"/>
        <w:color w:val="1F2937"/>
        <w:sz w:val="16"/>
      </w:rPr>
      <w:t xml:space="preserve">  | 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</w:pPr>
    <w:r>
      <w:rPr>
        <w:rFonts w:ascii="Calibri" w:hAnsi="Calibri"/>
        <w:color w:val="003366"/>
        <w:sz w:val="18"/>
      </w:rPr>
      <w:t>Phoenix Metals B.V. — VBS Element 1: Organigram Veiligheidsstructuur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VBS01-03 Organigram Veiligheidsstructuur</dc:title>
  <dc:subject/>
  <dc:creator>JvG Consultancy — Kas (Director of Operations)</dc:creator>
  <cp:keywords>Seveso, VBS, organigram, veiligheidsstructuur, rapportagelijnen, Phoenix Metals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